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627BE" w14:textId="77777777" w:rsidR="00707CE2" w:rsidRPr="005A66AF" w:rsidRDefault="00000000">
      <w:pPr>
        <w:spacing w:after="80"/>
        <w:jc w:val="center"/>
        <w:rPr>
          <w:rFonts w:cs="Arial"/>
        </w:rPr>
      </w:pPr>
      <w:r w:rsidRPr="005A66AF">
        <w:rPr>
          <w:rFonts w:cs="Arial"/>
          <w:b/>
          <w:color w:val="17365D"/>
          <w:sz w:val="46"/>
        </w:rPr>
        <w:t>PUBLIC SECTOR LEADERSHIP</w:t>
      </w:r>
      <w:r w:rsidRPr="005A66AF">
        <w:rPr>
          <w:rFonts w:cs="Arial"/>
          <w:b/>
          <w:color w:val="17365D"/>
          <w:sz w:val="46"/>
        </w:rPr>
        <w:br/>
        <w:t>ROLE PROFILE</w:t>
      </w:r>
    </w:p>
    <w:p w14:paraId="5BEF856E" w14:textId="77777777" w:rsidR="00707CE2" w:rsidRPr="005A66AF" w:rsidRDefault="00000000">
      <w:pPr>
        <w:spacing w:after="300"/>
        <w:jc w:val="center"/>
        <w:rPr>
          <w:rFonts w:cs="Arial"/>
        </w:rPr>
      </w:pPr>
      <w:r w:rsidRPr="005A66AF">
        <w:rPr>
          <w:rFonts w:cs="Arial"/>
          <w:color w:val="2E75B6"/>
          <w:sz w:val="24"/>
        </w:rPr>
        <w:t>Participant Workshop Tool</w:t>
      </w:r>
    </w:p>
    <w:tbl>
      <w:tblPr>
        <w:tblW w:w="0" w:type="auto"/>
        <w:jc w:val="center"/>
        <w:tblLayout w:type="fixed"/>
        <w:tblLook w:val="04A0" w:firstRow="1" w:lastRow="0" w:firstColumn="1" w:lastColumn="0" w:noHBand="0" w:noVBand="1"/>
      </w:tblPr>
      <w:tblGrid>
        <w:gridCol w:w="9936"/>
      </w:tblGrid>
      <w:tr w:rsidR="00707CE2" w:rsidRPr="005A66AF" w14:paraId="0F754F5B" w14:textId="77777777">
        <w:trPr>
          <w:jc w:val="center"/>
        </w:trPr>
        <w:tc>
          <w:tcPr>
            <w:tcW w:w="9936" w:type="dxa"/>
            <w:shd w:val="clear" w:color="auto" w:fill="EAF2F8"/>
            <w:tcMar>
              <w:top w:w="110" w:type="dxa"/>
              <w:left w:w="140" w:type="dxa"/>
              <w:bottom w:w="110" w:type="dxa"/>
              <w:right w:w="140" w:type="dxa"/>
            </w:tcMar>
          </w:tcPr>
          <w:p w14:paraId="0EDEABE6" w14:textId="77777777" w:rsidR="00707CE2" w:rsidRPr="0029473B" w:rsidRDefault="00000000">
            <w:pPr>
              <w:spacing w:after="0"/>
              <w:rPr>
                <w:rFonts w:cs="Arial"/>
                <w:sz w:val="24"/>
                <w:szCs w:val="24"/>
              </w:rPr>
            </w:pPr>
            <w:r w:rsidRPr="0029473B">
              <w:rPr>
                <w:rFonts w:cs="Arial"/>
                <w:b/>
                <w:color w:val="000000" w:themeColor="text1"/>
                <w:sz w:val="24"/>
                <w:szCs w:val="24"/>
              </w:rPr>
              <w:t xml:space="preserve">PURPOSE  </w:t>
            </w:r>
            <w:r w:rsidRPr="0029473B">
              <w:rPr>
                <w:rFonts w:cs="Arial"/>
                <w:color w:val="000000" w:themeColor="text1"/>
                <w:sz w:val="24"/>
                <w:szCs w:val="24"/>
              </w:rPr>
              <w:t>To clarify what you are expected to lead, the public value your role should create, the authority you hold, and how effective leadership will be recognised.</w:t>
            </w:r>
          </w:p>
        </w:tc>
      </w:tr>
    </w:tbl>
    <w:p w14:paraId="2271FD66" w14:textId="77777777" w:rsidR="00707CE2" w:rsidRPr="005A66AF" w:rsidRDefault="00707CE2">
      <w:pPr>
        <w:spacing w:after="0"/>
        <w:rPr>
          <w:rFonts w:cs="Arial"/>
        </w:rPr>
      </w:pPr>
    </w:p>
    <w:p w14:paraId="0A12F365" w14:textId="77777777" w:rsidR="00707CE2" w:rsidRPr="005A66AF" w:rsidRDefault="00000000">
      <w:pPr>
        <w:pStyle w:val="Heading1"/>
        <w:rPr>
          <w:rFonts w:ascii="Arial" w:hAnsi="Arial" w:cs="Arial"/>
        </w:rPr>
      </w:pPr>
      <w:r w:rsidRPr="005A66AF">
        <w:rPr>
          <w:rFonts w:ascii="Arial" w:hAnsi="Arial" w:cs="Arial"/>
        </w:rPr>
        <w:t>What this tool produces</w:t>
      </w:r>
    </w:p>
    <w:p w14:paraId="14102C28" w14:textId="77777777" w:rsidR="00707CE2" w:rsidRPr="0029473B" w:rsidRDefault="00000000">
      <w:pPr>
        <w:rPr>
          <w:rFonts w:cs="Arial"/>
          <w:color w:val="000000" w:themeColor="text1"/>
          <w:sz w:val="24"/>
          <w:szCs w:val="24"/>
        </w:rPr>
      </w:pPr>
      <w:r w:rsidRPr="0029473B">
        <w:rPr>
          <w:rFonts w:cs="Arial"/>
          <w:color w:val="000000" w:themeColor="text1"/>
          <w:sz w:val="24"/>
          <w:szCs w:val="24"/>
        </w:rPr>
        <w:t>A concise leadership role profile that will become the reference point for your leadership self-assessment, feedback discussion, and Leadership Action Project.</w:t>
      </w:r>
    </w:p>
    <w:p w14:paraId="4B7AB26D" w14:textId="77777777" w:rsidR="00707CE2" w:rsidRPr="005A66AF" w:rsidRDefault="00000000">
      <w:pPr>
        <w:pStyle w:val="Heading1"/>
        <w:rPr>
          <w:rFonts w:ascii="Arial" w:hAnsi="Arial" w:cs="Arial"/>
        </w:rPr>
      </w:pPr>
      <w:r w:rsidRPr="005A66AF">
        <w:rPr>
          <w:rFonts w:ascii="Arial" w:hAnsi="Arial" w:cs="Arial"/>
        </w:rPr>
        <w:t>The five questions</w:t>
      </w:r>
    </w:p>
    <w:p w14:paraId="3D1BECC5" w14:textId="77777777" w:rsidR="00707CE2" w:rsidRPr="0029473B" w:rsidRDefault="00000000" w:rsidP="0029473B">
      <w:pPr>
        <w:pStyle w:val="ListBullet"/>
        <w:numPr>
          <w:ilvl w:val="0"/>
          <w:numId w:val="10"/>
        </w:numPr>
        <w:spacing w:after="40"/>
        <w:ind w:hanging="638"/>
        <w:rPr>
          <w:rFonts w:cs="Arial"/>
          <w:sz w:val="24"/>
          <w:szCs w:val="24"/>
        </w:rPr>
      </w:pPr>
      <w:r w:rsidRPr="0029473B">
        <w:rPr>
          <w:rFonts w:cs="Arial"/>
          <w:sz w:val="24"/>
          <w:szCs w:val="24"/>
        </w:rPr>
        <w:t>What am I here to achieve?</w:t>
      </w:r>
    </w:p>
    <w:p w14:paraId="73570DFE" w14:textId="77777777" w:rsidR="00707CE2" w:rsidRPr="0029473B" w:rsidRDefault="00000000" w:rsidP="0029473B">
      <w:pPr>
        <w:pStyle w:val="ListBullet"/>
        <w:numPr>
          <w:ilvl w:val="0"/>
          <w:numId w:val="10"/>
        </w:numPr>
        <w:spacing w:after="40"/>
        <w:ind w:hanging="638"/>
        <w:rPr>
          <w:rFonts w:cs="Arial"/>
          <w:sz w:val="24"/>
          <w:szCs w:val="24"/>
        </w:rPr>
      </w:pPr>
      <w:r w:rsidRPr="0029473B">
        <w:rPr>
          <w:rFonts w:cs="Arial"/>
          <w:sz w:val="24"/>
          <w:szCs w:val="24"/>
        </w:rPr>
        <w:t>Who am I responsible to, responsible for, and expected to serve?</w:t>
      </w:r>
    </w:p>
    <w:p w14:paraId="6DC0AD9A" w14:textId="77777777" w:rsidR="00707CE2" w:rsidRPr="0029473B" w:rsidRDefault="00000000" w:rsidP="0029473B">
      <w:pPr>
        <w:pStyle w:val="ListBullet"/>
        <w:numPr>
          <w:ilvl w:val="0"/>
          <w:numId w:val="10"/>
        </w:numPr>
        <w:spacing w:after="40"/>
        <w:ind w:hanging="638"/>
        <w:rPr>
          <w:rFonts w:cs="Arial"/>
          <w:sz w:val="24"/>
          <w:szCs w:val="24"/>
        </w:rPr>
      </w:pPr>
      <w:r w:rsidRPr="0029473B">
        <w:rPr>
          <w:rFonts w:cs="Arial"/>
          <w:sz w:val="24"/>
          <w:szCs w:val="24"/>
        </w:rPr>
        <w:t>What decisions am I authorised to make?</w:t>
      </w:r>
    </w:p>
    <w:p w14:paraId="13D0CF2E" w14:textId="77777777" w:rsidR="00707CE2" w:rsidRPr="0029473B" w:rsidRDefault="00000000" w:rsidP="0029473B">
      <w:pPr>
        <w:pStyle w:val="ListBullet"/>
        <w:numPr>
          <w:ilvl w:val="0"/>
          <w:numId w:val="10"/>
        </w:numPr>
        <w:spacing w:after="40"/>
        <w:ind w:hanging="638"/>
        <w:rPr>
          <w:rFonts w:cs="Arial"/>
          <w:sz w:val="24"/>
          <w:szCs w:val="24"/>
        </w:rPr>
      </w:pPr>
      <w:r w:rsidRPr="0029473B">
        <w:rPr>
          <w:rFonts w:cs="Arial"/>
          <w:sz w:val="24"/>
          <w:szCs w:val="24"/>
        </w:rPr>
        <w:t>What leadership behaviours does my role require?</w:t>
      </w:r>
    </w:p>
    <w:p w14:paraId="4CA8D048" w14:textId="77777777" w:rsidR="00707CE2" w:rsidRPr="0029473B" w:rsidRDefault="00000000" w:rsidP="0029473B">
      <w:pPr>
        <w:pStyle w:val="ListBullet"/>
        <w:numPr>
          <w:ilvl w:val="0"/>
          <w:numId w:val="10"/>
        </w:numPr>
        <w:spacing w:after="40"/>
        <w:ind w:hanging="638"/>
        <w:rPr>
          <w:rFonts w:cs="Arial"/>
          <w:sz w:val="24"/>
          <w:szCs w:val="24"/>
        </w:rPr>
      </w:pPr>
      <w:r w:rsidRPr="0029473B">
        <w:rPr>
          <w:rFonts w:cs="Arial"/>
          <w:sz w:val="24"/>
          <w:szCs w:val="24"/>
        </w:rPr>
        <w:t>How will successful leadership be recognised?</w:t>
      </w:r>
    </w:p>
    <w:p w14:paraId="034B3952" w14:textId="77777777" w:rsidR="00707CE2" w:rsidRPr="005A66AF" w:rsidRDefault="00000000">
      <w:pPr>
        <w:pStyle w:val="Heading1"/>
        <w:rPr>
          <w:rFonts w:ascii="Arial" w:hAnsi="Arial" w:cs="Arial"/>
        </w:rPr>
      </w:pPr>
      <w:r w:rsidRPr="005A66AF">
        <w:rPr>
          <w:rFonts w:ascii="Arial" w:hAnsi="Arial" w:cs="Arial"/>
        </w:rPr>
        <w:t>Suggested workshop process</w:t>
      </w:r>
    </w:p>
    <w:tbl>
      <w:tblPr>
        <w:tblStyle w:val="TableGrid"/>
        <w:tblW w:w="0" w:type="auto"/>
        <w:jc w:val="center"/>
        <w:tblLayout w:type="fixed"/>
        <w:tblLook w:val="04A0" w:firstRow="1" w:lastRow="0" w:firstColumn="1" w:lastColumn="0" w:noHBand="0" w:noVBand="1"/>
      </w:tblPr>
      <w:tblGrid>
        <w:gridCol w:w="1586"/>
        <w:gridCol w:w="1134"/>
        <w:gridCol w:w="7215"/>
      </w:tblGrid>
      <w:tr w:rsidR="00707CE2" w:rsidRPr="005A66AF" w14:paraId="54166E3F" w14:textId="77777777" w:rsidTr="0088233E">
        <w:trPr>
          <w:tblHeader/>
          <w:jc w:val="center"/>
        </w:trPr>
        <w:tc>
          <w:tcPr>
            <w:tcW w:w="1586" w:type="dxa"/>
            <w:shd w:val="clear" w:color="auto" w:fill="17365D"/>
            <w:tcMar>
              <w:top w:w="80" w:type="dxa"/>
              <w:left w:w="110" w:type="dxa"/>
              <w:bottom w:w="80" w:type="dxa"/>
              <w:right w:w="110" w:type="dxa"/>
            </w:tcMar>
            <w:vAlign w:val="center"/>
          </w:tcPr>
          <w:p w14:paraId="77E2A620" w14:textId="77777777" w:rsidR="00707CE2" w:rsidRPr="0088233E" w:rsidRDefault="00000000">
            <w:pPr>
              <w:spacing w:after="0" w:line="245" w:lineRule="auto"/>
              <w:jc w:val="center"/>
              <w:rPr>
                <w:rFonts w:cs="Arial"/>
                <w:sz w:val="24"/>
                <w:szCs w:val="24"/>
              </w:rPr>
            </w:pPr>
            <w:r w:rsidRPr="0088233E">
              <w:rPr>
                <w:rFonts w:cs="Arial"/>
                <w:b/>
                <w:color w:val="FFFFFF"/>
                <w:sz w:val="24"/>
                <w:szCs w:val="24"/>
              </w:rPr>
              <w:t>Stage</w:t>
            </w:r>
          </w:p>
        </w:tc>
        <w:tc>
          <w:tcPr>
            <w:tcW w:w="1134" w:type="dxa"/>
            <w:shd w:val="clear" w:color="auto" w:fill="17365D"/>
            <w:tcMar>
              <w:top w:w="80" w:type="dxa"/>
              <w:left w:w="110" w:type="dxa"/>
              <w:bottom w:w="80" w:type="dxa"/>
              <w:right w:w="110" w:type="dxa"/>
            </w:tcMar>
            <w:vAlign w:val="center"/>
          </w:tcPr>
          <w:p w14:paraId="4D0C0154" w14:textId="77777777" w:rsidR="00707CE2" w:rsidRPr="0088233E" w:rsidRDefault="00000000">
            <w:pPr>
              <w:spacing w:after="0" w:line="245" w:lineRule="auto"/>
              <w:jc w:val="center"/>
              <w:rPr>
                <w:rFonts w:cs="Arial"/>
                <w:sz w:val="24"/>
                <w:szCs w:val="24"/>
              </w:rPr>
            </w:pPr>
            <w:r w:rsidRPr="0088233E">
              <w:rPr>
                <w:rFonts w:cs="Arial"/>
                <w:b/>
                <w:color w:val="FFFFFF"/>
                <w:sz w:val="24"/>
                <w:szCs w:val="24"/>
              </w:rPr>
              <w:t>Time</w:t>
            </w:r>
          </w:p>
        </w:tc>
        <w:tc>
          <w:tcPr>
            <w:tcW w:w="7215" w:type="dxa"/>
            <w:shd w:val="clear" w:color="auto" w:fill="17365D"/>
            <w:tcMar>
              <w:top w:w="80" w:type="dxa"/>
              <w:left w:w="110" w:type="dxa"/>
              <w:bottom w:w="80" w:type="dxa"/>
              <w:right w:w="110" w:type="dxa"/>
            </w:tcMar>
            <w:vAlign w:val="center"/>
          </w:tcPr>
          <w:p w14:paraId="609BCD0E" w14:textId="77777777" w:rsidR="00707CE2" w:rsidRPr="0088233E" w:rsidRDefault="00000000">
            <w:pPr>
              <w:spacing w:after="0" w:line="245" w:lineRule="auto"/>
              <w:jc w:val="center"/>
              <w:rPr>
                <w:rFonts w:cs="Arial"/>
                <w:sz w:val="24"/>
                <w:szCs w:val="24"/>
              </w:rPr>
            </w:pPr>
            <w:r w:rsidRPr="0088233E">
              <w:rPr>
                <w:rFonts w:cs="Arial"/>
                <w:b/>
                <w:color w:val="FFFFFF"/>
                <w:sz w:val="24"/>
                <w:szCs w:val="24"/>
              </w:rPr>
              <w:t>Activity</w:t>
            </w:r>
          </w:p>
        </w:tc>
      </w:tr>
      <w:tr w:rsidR="00707CE2" w:rsidRPr="005A66AF" w14:paraId="45A8DAA0" w14:textId="77777777" w:rsidTr="0088233E">
        <w:trPr>
          <w:jc w:val="center"/>
        </w:trPr>
        <w:tc>
          <w:tcPr>
            <w:tcW w:w="1586" w:type="dxa"/>
            <w:tcMar>
              <w:top w:w="100" w:type="dxa"/>
              <w:left w:w="110" w:type="dxa"/>
              <w:bottom w:w="100" w:type="dxa"/>
              <w:right w:w="110" w:type="dxa"/>
            </w:tcMar>
            <w:vAlign w:val="center"/>
          </w:tcPr>
          <w:p w14:paraId="7B9050C2" w14:textId="77777777" w:rsidR="00707CE2" w:rsidRPr="0088233E" w:rsidRDefault="00000000">
            <w:pPr>
              <w:spacing w:after="0" w:line="245" w:lineRule="auto"/>
              <w:rPr>
                <w:rFonts w:cs="Arial"/>
                <w:sz w:val="24"/>
                <w:szCs w:val="24"/>
              </w:rPr>
            </w:pPr>
            <w:r w:rsidRPr="0088233E">
              <w:rPr>
                <w:rFonts w:cs="Arial"/>
                <w:sz w:val="24"/>
                <w:szCs w:val="24"/>
              </w:rPr>
              <w:t>1. Clarify</w:t>
            </w:r>
          </w:p>
        </w:tc>
        <w:tc>
          <w:tcPr>
            <w:tcW w:w="1134" w:type="dxa"/>
            <w:tcMar>
              <w:top w:w="100" w:type="dxa"/>
              <w:left w:w="110" w:type="dxa"/>
              <w:bottom w:w="100" w:type="dxa"/>
              <w:right w:w="110" w:type="dxa"/>
            </w:tcMar>
            <w:vAlign w:val="center"/>
          </w:tcPr>
          <w:p w14:paraId="6A771590" w14:textId="77777777" w:rsidR="00707CE2" w:rsidRPr="0088233E" w:rsidRDefault="00000000">
            <w:pPr>
              <w:spacing w:after="0" w:line="245" w:lineRule="auto"/>
              <w:rPr>
                <w:rFonts w:cs="Arial"/>
                <w:sz w:val="24"/>
                <w:szCs w:val="24"/>
              </w:rPr>
            </w:pPr>
            <w:r w:rsidRPr="0088233E">
              <w:rPr>
                <w:rFonts w:cs="Arial"/>
                <w:sz w:val="24"/>
                <w:szCs w:val="24"/>
              </w:rPr>
              <w:t>10 min</w:t>
            </w:r>
          </w:p>
        </w:tc>
        <w:tc>
          <w:tcPr>
            <w:tcW w:w="7215" w:type="dxa"/>
            <w:tcMar>
              <w:top w:w="100" w:type="dxa"/>
              <w:left w:w="110" w:type="dxa"/>
              <w:bottom w:w="100" w:type="dxa"/>
              <w:right w:w="110" w:type="dxa"/>
            </w:tcMar>
            <w:vAlign w:val="center"/>
          </w:tcPr>
          <w:p w14:paraId="75833583" w14:textId="77777777" w:rsidR="00707CE2" w:rsidRPr="0088233E" w:rsidRDefault="00000000">
            <w:pPr>
              <w:spacing w:after="0" w:line="245" w:lineRule="auto"/>
              <w:rPr>
                <w:rFonts w:cs="Arial"/>
                <w:sz w:val="24"/>
                <w:szCs w:val="24"/>
              </w:rPr>
            </w:pPr>
            <w:r w:rsidRPr="0088233E">
              <w:rPr>
                <w:rFonts w:cs="Arial"/>
                <w:sz w:val="24"/>
                <w:szCs w:val="24"/>
              </w:rPr>
              <w:t>Facilitator explains public purpose, responsibility, authority, and leadership expectations.</w:t>
            </w:r>
          </w:p>
        </w:tc>
      </w:tr>
      <w:tr w:rsidR="00707CE2" w:rsidRPr="005A66AF" w14:paraId="6D77D06D" w14:textId="77777777" w:rsidTr="0088233E">
        <w:trPr>
          <w:jc w:val="center"/>
        </w:trPr>
        <w:tc>
          <w:tcPr>
            <w:tcW w:w="1586" w:type="dxa"/>
            <w:shd w:val="clear" w:color="auto" w:fill="F5F7F9"/>
            <w:tcMar>
              <w:top w:w="100" w:type="dxa"/>
              <w:left w:w="110" w:type="dxa"/>
              <w:bottom w:w="100" w:type="dxa"/>
              <w:right w:w="110" w:type="dxa"/>
            </w:tcMar>
            <w:vAlign w:val="center"/>
          </w:tcPr>
          <w:p w14:paraId="79D805A9" w14:textId="77777777" w:rsidR="00707CE2" w:rsidRPr="0088233E" w:rsidRDefault="00000000">
            <w:pPr>
              <w:spacing w:after="0" w:line="245" w:lineRule="auto"/>
              <w:rPr>
                <w:rFonts w:cs="Arial"/>
                <w:sz w:val="24"/>
                <w:szCs w:val="24"/>
              </w:rPr>
            </w:pPr>
            <w:r w:rsidRPr="0088233E">
              <w:rPr>
                <w:rFonts w:cs="Arial"/>
                <w:sz w:val="24"/>
                <w:szCs w:val="24"/>
              </w:rPr>
              <w:t>2. Complete</w:t>
            </w:r>
          </w:p>
        </w:tc>
        <w:tc>
          <w:tcPr>
            <w:tcW w:w="1134" w:type="dxa"/>
            <w:shd w:val="clear" w:color="auto" w:fill="F5F7F9"/>
            <w:tcMar>
              <w:top w:w="100" w:type="dxa"/>
              <w:left w:w="110" w:type="dxa"/>
              <w:bottom w:w="100" w:type="dxa"/>
              <w:right w:w="110" w:type="dxa"/>
            </w:tcMar>
            <w:vAlign w:val="center"/>
          </w:tcPr>
          <w:p w14:paraId="6F5E26EB" w14:textId="77777777" w:rsidR="00707CE2" w:rsidRPr="0088233E" w:rsidRDefault="00000000">
            <w:pPr>
              <w:spacing w:after="0" w:line="245" w:lineRule="auto"/>
              <w:rPr>
                <w:rFonts w:cs="Arial"/>
                <w:sz w:val="24"/>
                <w:szCs w:val="24"/>
              </w:rPr>
            </w:pPr>
            <w:r w:rsidRPr="0088233E">
              <w:rPr>
                <w:rFonts w:cs="Arial"/>
                <w:sz w:val="24"/>
                <w:szCs w:val="24"/>
              </w:rPr>
              <w:t>25 min</w:t>
            </w:r>
          </w:p>
        </w:tc>
        <w:tc>
          <w:tcPr>
            <w:tcW w:w="7215" w:type="dxa"/>
            <w:shd w:val="clear" w:color="auto" w:fill="F5F7F9"/>
            <w:tcMar>
              <w:top w:w="100" w:type="dxa"/>
              <w:left w:w="110" w:type="dxa"/>
              <w:bottom w:w="100" w:type="dxa"/>
              <w:right w:w="110" w:type="dxa"/>
            </w:tcMar>
            <w:vAlign w:val="center"/>
          </w:tcPr>
          <w:p w14:paraId="0A07EF66" w14:textId="77777777" w:rsidR="00707CE2" w:rsidRPr="0088233E" w:rsidRDefault="00000000">
            <w:pPr>
              <w:spacing w:after="0" w:line="245" w:lineRule="auto"/>
              <w:rPr>
                <w:rFonts w:cs="Arial"/>
                <w:sz w:val="24"/>
                <w:szCs w:val="24"/>
              </w:rPr>
            </w:pPr>
            <w:r w:rsidRPr="0088233E">
              <w:rPr>
                <w:rFonts w:cs="Arial"/>
                <w:sz w:val="24"/>
                <w:szCs w:val="24"/>
              </w:rPr>
              <w:t>Complete Sections A–H using your current role and evidence.</w:t>
            </w:r>
          </w:p>
        </w:tc>
      </w:tr>
      <w:tr w:rsidR="00707CE2" w:rsidRPr="005A66AF" w14:paraId="54BB60F0" w14:textId="77777777" w:rsidTr="0088233E">
        <w:trPr>
          <w:jc w:val="center"/>
        </w:trPr>
        <w:tc>
          <w:tcPr>
            <w:tcW w:w="1586" w:type="dxa"/>
            <w:tcMar>
              <w:top w:w="100" w:type="dxa"/>
              <w:left w:w="110" w:type="dxa"/>
              <w:bottom w:w="100" w:type="dxa"/>
              <w:right w:w="110" w:type="dxa"/>
            </w:tcMar>
            <w:vAlign w:val="center"/>
          </w:tcPr>
          <w:p w14:paraId="2883E487" w14:textId="77777777" w:rsidR="00707CE2" w:rsidRPr="0088233E" w:rsidRDefault="00000000">
            <w:pPr>
              <w:spacing w:after="0" w:line="245" w:lineRule="auto"/>
              <w:rPr>
                <w:rFonts w:cs="Arial"/>
                <w:sz w:val="24"/>
                <w:szCs w:val="24"/>
              </w:rPr>
            </w:pPr>
            <w:r w:rsidRPr="0088233E">
              <w:rPr>
                <w:rFonts w:cs="Arial"/>
                <w:sz w:val="24"/>
                <w:szCs w:val="24"/>
              </w:rPr>
              <w:t>3. Test</w:t>
            </w:r>
          </w:p>
        </w:tc>
        <w:tc>
          <w:tcPr>
            <w:tcW w:w="1134" w:type="dxa"/>
            <w:tcMar>
              <w:top w:w="100" w:type="dxa"/>
              <w:left w:w="110" w:type="dxa"/>
              <w:bottom w:w="100" w:type="dxa"/>
              <w:right w:w="110" w:type="dxa"/>
            </w:tcMar>
            <w:vAlign w:val="center"/>
          </w:tcPr>
          <w:p w14:paraId="66E2DD7E" w14:textId="77777777" w:rsidR="00707CE2" w:rsidRPr="0088233E" w:rsidRDefault="00000000">
            <w:pPr>
              <w:spacing w:after="0" w:line="245" w:lineRule="auto"/>
              <w:rPr>
                <w:rFonts w:cs="Arial"/>
                <w:sz w:val="24"/>
                <w:szCs w:val="24"/>
              </w:rPr>
            </w:pPr>
            <w:r w:rsidRPr="0088233E">
              <w:rPr>
                <w:rFonts w:cs="Arial"/>
                <w:sz w:val="24"/>
                <w:szCs w:val="24"/>
              </w:rPr>
              <w:t>15 min</w:t>
            </w:r>
          </w:p>
        </w:tc>
        <w:tc>
          <w:tcPr>
            <w:tcW w:w="7215" w:type="dxa"/>
            <w:tcMar>
              <w:top w:w="100" w:type="dxa"/>
              <w:left w:w="110" w:type="dxa"/>
              <w:bottom w:w="100" w:type="dxa"/>
              <w:right w:w="110" w:type="dxa"/>
            </w:tcMar>
            <w:vAlign w:val="center"/>
          </w:tcPr>
          <w:p w14:paraId="28580B6F" w14:textId="77777777" w:rsidR="00707CE2" w:rsidRPr="0088233E" w:rsidRDefault="00000000">
            <w:pPr>
              <w:spacing w:after="0" w:line="245" w:lineRule="auto"/>
              <w:rPr>
                <w:rFonts w:cs="Arial"/>
                <w:sz w:val="24"/>
                <w:szCs w:val="24"/>
              </w:rPr>
            </w:pPr>
            <w:r w:rsidRPr="0088233E">
              <w:rPr>
                <w:rFonts w:cs="Arial"/>
                <w:sz w:val="24"/>
                <w:szCs w:val="24"/>
              </w:rPr>
              <w:t>Discuss your profile with a partner and identify anything unclear or unrealistic.</w:t>
            </w:r>
          </w:p>
        </w:tc>
      </w:tr>
      <w:tr w:rsidR="00707CE2" w:rsidRPr="005A66AF" w14:paraId="164B4ED7" w14:textId="77777777" w:rsidTr="0088233E">
        <w:trPr>
          <w:jc w:val="center"/>
        </w:trPr>
        <w:tc>
          <w:tcPr>
            <w:tcW w:w="1586" w:type="dxa"/>
            <w:shd w:val="clear" w:color="auto" w:fill="F5F7F9"/>
            <w:tcMar>
              <w:top w:w="100" w:type="dxa"/>
              <w:left w:w="110" w:type="dxa"/>
              <w:bottom w:w="100" w:type="dxa"/>
              <w:right w:w="110" w:type="dxa"/>
            </w:tcMar>
            <w:vAlign w:val="center"/>
          </w:tcPr>
          <w:p w14:paraId="3382B932" w14:textId="77777777" w:rsidR="00707CE2" w:rsidRPr="0088233E" w:rsidRDefault="00000000">
            <w:pPr>
              <w:spacing w:after="0" w:line="245" w:lineRule="auto"/>
              <w:rPr>
                <w:rFonts w:cs="Arial"/>
                <w:sz w:val="24"/>
                <w:szCs w:val="24"/>
              </w:rPr>
            </w:pPr>
            <w:r w:rsidRPr="0088233E">
              <w:rPr>
                <w:rFonts w:cs="Arial"/>
                <w:sz w:val="24"/>
                <w:szCs w:val="24"/>
              </w:rPr>
              <w:t>4. Refine</w:t>
            </w:r>
          </w:p>
        </w:tc>
        <w:tc>
          <w:tcPr>
            <w:tcW w:w="1134" w:type="dxa"/>
            <w:shd w:val="clear" w:color="auto" w:fill="F5F7F9"/>
            <w:tcMar>
              <w:top w:w="100" w:type="dxa"/>
              <w:left w:w="110" w:type="dxa"/>
              <w:bottom w:w="100" w:type="dxa"/>
              <w:right w:w="110" w:type="dxa"/>
            </w:tcMar>
            <w:vAlign w:val="center"/>
          </w:tcPr>
          <w:p w14:paraId="39077D1E" w14:textId="77777777" w:rsidR="00707CE2" w:rsidRPr="0088233E" w:rsidRDefault="00000000">
            <w:pPr>
              <w:spacing w:after="0" w:line="245" w:lineRule="auto"/>
              <w:rPr>
                <w:rFonts w:cs="Arial"/>
                <w:sz w:val="24"/>
                <w:szCs w:val="24"/>
              </w:rPr>
            </w:pPr>
            <w:r w:rsidRPr="0088233E">
              <w:rPr>
                <w:rFonts w:cs="Arial"/>
                <w:sz w:val="24"/>
                <w:szCs w:val="24"/>
              </w:rPr>
              <w:t>10 min</w:t>
            </w:r>
          </w:p>
        </w:tc>
        <w:tc>
          <w:tcPr>
            <w:tcW w:w="7215" w:type="dxa"/>
            <w:shd w:val="clear" w:color="auto" w:fill="F5F7F9"/>
            <w:tcMar>
              <w:top w:w="100" w:type="dxa"/>
              <w:left w:w="110" w:type="dxa"/>
              <w:bottom w:w="100" w:type="dxa"/>
              <w:right w:w="110" w:type="dxa"/>
            </w:tcMar>
            <w:vAlign w:val="center"/>
          </w:tcPr>
          <w:p w14:paraId="6F57CC73" w14:textId="77777777" w:rsidR="00707CE2" w:rsidRPr="0088233E" w:rsidRDefault="00000000">
            <w:pPr>
              <w:spacing w:after="0" w:line="245" w:lineRule="auto"/>
              <w:rPr>
                <w:rFonts w:cs="Arial"/>
                <w:sz w:val="24"/>
                <w:szCs w:val="24"/>
              </w:rPr>
            </w:pPr>
            <w:r w:rsidRPr="0088233E">
              <w:rPr>
                <w:rFonts w:cs="Arial"/>
                <w:sz w:val="24"/>
                <w:szCs w:val="24"/>
              </w:rPr>
              <w:t>Revise the profile and select one immediate leadership priority.</w:t>
            </w:r>
          </w:p>
        </w:tc>
      </w:tr>
    </w:tbl>
    <w:p w14:paraId="621C59B5" w14:textId="77777777" w:rsidR="00707CE2" w:rsidRPr="005A66AF" w:rsidRDefault="00707CE2">
      <w:pPr>
        <w:spacing w:after="0"/>
        <w:rPr>
          <w:rFonts w:cs="Arial"/>
        </w:rPr>
      </w:pPr>
    </w:p>
    <w:tbl>
      <w:tblPr>
        <w:tblW w:w="0" w:type="auto"/>
        <w:jc w:val="center"/>
        <w:tblLayout w:type="fixed"/>
        <w:tblLook w:val="04A0" w:firstRow="1" w:lastRow="0" w:firstColumn="1" w:lastColumn="0" w:noHBand="0" w:noVBand="1"/>
      </w:tblPr>
      <w:tblGrid>
        <w:gridCol w:w="9936"/>
      </w:tblGrid>
      <w:tr w:rsidR="00707CE2" w:rsidRPr="005A66AF" w14:paraId="462B3CA8" w14:textId="77777777">
        <w:trPr>
          <w:jc w:val="center"/>
        </w:trPr>
        <w:tc>
          <w:tcPr>
            <w:tcW w:w="9936" w:type="dxa"/>
            <w:shd w:val="clear" w:color="auto" w:fill="EAF2F8"/>
            <w:tcMar>
              <w:top w:w="110" w:type="dxa"/>
              <w:left w:w="140" w:type="dxa"/>
              <w:bottom w:w="110" w:type="dxa"/>
              <w:right w:w="140" w:type="dxa"/>
            </w:tcMar>
          </w:tcPr>
          <w:p w14:paraId="74AA5928" w14:textId="77777777" w:rsidR="00707CE2" w:rsidRPr="0088233E" w:rsidRDefault="00000000">
            <w:pPr>
              <w:spacing w:after="0"/>
              <w:rPr>
                <w:rFonts w:cs="Arial"/>
                <w:sz w:val="24"/>
                <w:szCs w:val="24"/>
              </w:rPr>
            </w:pPr>
            <w:r w:rsidRPr="0088233E">
              <w:rPr>
                <w:rFonts w:cs="Arial"/>
                <w:b/>
                <w:color w:val="000000" w:themeColor="text1"/>
                <w:sz w:val="24"/>
                <w:szCs w:val="24"/>
              </w:rPr>
              <w:t xml:space="preserve">WORKING RULE  </w:t>
            </w:r>
            <w:r w:rsidRPr="0088233E">
              <w:rPr>
                <w:rFonts w:cs="Arial"/>
                <w:color w:val="000000" w:themeColor="text1"/>
                <w:sz w:val="24"/>
                <w:szCs w:val="24"/>
              </w:rPr>
              <w:t xml:space="preserve">Describe the role as it </w:t>
            </w:r>
            <w:proofErr w:type="gramStart"/>
            <w:r w:rsidRPr="0088233E">
              <w:rPr>
                <w:rFonts w:cs="Arial"/>
                <w:color w:val="000000" w:themeColor="text1"/>
                <w:sz w:val="24"/>
                <w:szCs w:val="24"/>
              </w:rPr>
              <w:t>actually operates</w:t>
            </w:r>
            <w:proofErr w:type="gramEnd"/>
            <w:r w:rsidRPr="0088233E">
              <w:rPr>
                <w:rFonts w:cs="Arial"/>
                <w:color w:val="000000" w:themeColor="text1"/>
                <w:sz w:val="24"/>
                <w:szCs w:val="24"/>
              </w:rPr>
              <w:t>, while noting where authority, expectations, or accountability need clarification.</w:t>
            </w:r>
          </w:p>
        </w:tc>
      </w:tr>
    </w:tbl>
    <w:p w14:paraId="03C2CCE1" w14:textId="77777777" w:rsidR="00707CE2" w:rsidRPr="005A66AF" w:rsidRDefault="00707CE2">
      <w:pPr>
        <w:spacing w:after="0"/>
        <w:rPr>
          <w:rFonts w:cs="Arial"/>
        </w:rPr>
      </w:pPr>
    </w:p>
    <w:p w14:paraId="633A9107" w14:textId="77777777" w:rsidR="00707CE2" w:rsidRPr="005A66AF" w:rsidRDefault="00000000">
      <w:pPr>
        <w:rPr>
          <w:rFonts w:cs="Arial"/>
        </w:rPr>
      </w:pPr>
      <w:r w:rsidRPr="005A66AF">
        <w:rPr>
          <w:rFonts w:cs="Arial"/>
        </w:rPr>
        <w:br w:type="page"/>
      </w:r>
    </w:p>
    <w:p w14:paraId="58DAA9B6" w14:textId="77777777" w:rsidR="00707CE2" w:rsidRPr="005A66AF" w:rsidRDefault="00000000">
      <w:pPr>
        <w:pStyle w:val="Heading1"/>
        <w:rPr>
          <w:rFonts w:ascii="Arial" w:hAnsi="Arial" w:cs="Arial"/>
        </w:rPr>
      </w:pPr>
      <w:r w:rsidRPr="005A66AF">
        <w:rPr>
          <w:rFonts w:ascii="Arial" w:hAnsi="Arial" w:cs="Arial"/>
        </w:rPr>
        <w:lastRenderedPageBreak/>
        <w:t>A. My Leadership Context</w:t>
      </w:r>
    </w:p>
    <w:tbl>
      <w:tblPr>
        <w:tblStyle w:val="TableGrid"/>
        <w:tblW w:w="0" w:type="auto"/>
        <w:jc w:val="center"/>
        <w:tblLayout w:type="fixed"/>
        <w:tblLook w:val="04A0" w:firstRow="1" w:lastRow="0" w:firstColumn="1" w:lastColumn="0" w:noHBand="0" w:noVBand="1"/>
      </w:tblPr>
      <w:tblGrid>
        <w:gridCol w:w="2880"/>
        <w:gridCol w:w="7056"/>
      </w:tblGrid>
      <w:tr w:rsidR="00707CE2" w:rsidRPr="005A66AF" w14:paraId="3E3208F0" w14:textId="77777777">
        <w:trPr>
          <w:jc w:val="center"/>
        </w:trPr>
        <w:tc>
          <w:tcPr>
            <w:tcW w:w="2880" w:type="dxa"/>
            <w:shd w:val="clear" w:color="auto" w:fill="EAF2F8"/>
            <w:tcMar>
              <w:top w:w="100" w:type="dxa"/>
              <w:left w:w="110" w:type="dxa"/>
              <w:bottom w:w="100" w:type="dxa"/>
              <w:right w:w="110" w:type="dxa"/>
            </w:tcMar>
            <w:vAlign w:val="center"/>
          </w:tcPr>
          <w:p w14:paraId="57AD81BC"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Name</w:t>
            </w:r>
          </w:p>
        </w:tc>
        <w:tc>
          <w:tcPr>
            <w:tcW w:w="7056" w:type="dxa"/>
            <w:tcMar>
              <w:top w:w="100" w:type="dxa"/>
              <w:left w:w="110" w:type="dxa"/>
              <w:bottom w:w="100" w:type="dxa"/>
              <w:right w:w="110" w:type="dxa"/>
            </w:tcMar>
            <w:vAlign w:val="center"/>
          </w:tcPr>
          <w:p w14:paraId="3656E23D" w14:textId="7D101003" w:rsidR="00707CE2" w:rsidRPr="005A66AF" w:rsidRDefault="00707CE2">
            <w:pPr>
              <w:spacing w:after="0" w:line="245" w:lineRule="auto"/>
              <w:rPr>
                <w:rFonts w:cs="Arial"/>
              </w:rPr>
            </w:pPr>
          </w:p>
        </w:tc>
      </w:tr>
      <w:tr w:rsidR="00707CE2" w:rsidRPr="005A66AF" w14:paraId="60FCBAD8" w14:textId="77777777">
        <w:trPr>
          <w:jc w:val="center"/>
        </w:trPr>
        <w:tc>
          <w:tcPr>
            <w:tcW w:w="2880" w:type="dxa"/>
            <w:shd w:val="clear" w:color="auto" w:fill="EAF2F8"/>
            <w:tcMar>
              <w:top w:w="100" w:type="dxa"/>
              <w:left w:w="110" w:type="dxa"/>
              <w:bottom w:w="100" w:type="dxa"/>
              <w:right w:w="110" w:type="dxa"/>
            </w:tcMar>
            <w:vAlign w:val="center"/>
          </w:tcPr>
          <w:p w14:paraId="208DC3AB"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Position / role title</w:t>
            </w:r>
          </w:p>
        </w:tc>
        <w:tc>
          <w:tcPr>
            <w:tcW w:w="7056" w:type="dxa"/>
            <w:tcMar>
              <w:top w:w="100" w:type="dxa"/>
              <w:left w:w="110" w:type="dxa"/>
              <w:bottom w:w="100" w:type="dxa"/>
              <w:right w:w="110" w:type="dxa"/>
            </w:tcMar>
            <w:vAlign w:val="center"/>
          </w:tcPr>
          <w:p w14:paraId="799840D9" w14:textId="6C434CBB" w:rsidR="00707CE2" w:rsidRPr="005A66AF" w:rsidRDefault="00707CE2">
            <w:pPr>
              <w:spacing w:after="0" w:line="245" w:lineRule="auto"/>
              <w:rPr>
                <w:rFonts w:cs="Arial"/>
              </w:rPr>
            </w:pPr>
          </w:p>
        </w:tc>
      </w:tr>
      <w:tr w:rsidR="00707CE2" w:rsidRPr="005A66AF" w14:paraId="3532EB17" w14:textId="77777777">
        <w:trPr>
          <w:jc w:val="center"/>
        </w:trPr>
        <w:tc>
          <w:tcPr>
            <w:tcW w:w="2880" w:type="dxa"/>
            <w:shd w:val="clear" w:color="auto" w:fill="EAF2F8"/>
            <w:tcMar>
              <w:top w:w="100" w:type="dxa"/>
              <w:left w:w="110" w:type="dxa"/>
              <w:bottom w:w="100" w:type="dxa"/>
              <w:right w:w="110" w:type="dxa"/>
            </w:tcMar>
            <w:vAlign w:val="center"/>
          </w:tcPr>
          <w:p w14:paraId="5A98CD9A"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Organisation / work unit</w:t>
            </w:r>
          </w:p>
        </w:tc>
        <w:tc>
          <w:tcPr>
            <w:tcW w:w="7056" w:type="dxa"/>
            <w:tcMar>
              <w:top w:w="100" w:type="dxa"/>
              <w:left w:w="110" w:type="dxa"/>
              <w:bottom w:w="100" w:type="dxa"/>
              <w:right w:w="110" w:type="dxa"/>
            </w:tcMar>
            <w:vAlign w:val="center"/>
          </w:tcPr>
          <w:p w14:paraId="331484AF" w14:textId="6CE395B2" w:rsidR="00707CE2" w:rsidRPr="005A66AF" w:rsidRDefault="00707CE2">
            <w:pPr>
              <w:spacing w:after="0" w:line="245" w:lineRule="auto"/>
              <w:rPr>
                <w:rFonts w:cs="Arial"/>
              </w:rPr>
            </w:pPr>
          </w:p>
        </w:tc>
      </w:tr>
      <w:tr w:rsidR="00707CE2" w:rsidRPr="005A66AF" w14:paraId="73A6C419" w14:textId="77777777">
        <w:trPr>
          <w:jc w:val="center"/>
        </w:trPr>
        <w:tc>
          <w:tcPr>
            <w:tcW w:w="2880" w:type="dxa"/>
            <w:shd w:val="clear" w:color="auto" w:fill="EAF2F8"/>
            <w:tcMar>
              <w:top w:w="100" w:type="dxa"/>
              <w:left w:w="110" w:type="dxa"/>
              <w:bottom w:w="100" w:type="dxa"/>
              <w:right w:w="110" w:type="dxa"/>
            </w:tcMar>
            <w:vAlign w:val="center"/>
          </w:tcPr>
          <w:p w14:paraId="7D71B010"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Reports to</w:t>
            </w:r>
          </w:p>
        </w:tc>
        <w:tc>
          <w:tcPr>
            <w:tcW w:w="7056" w:type="dxa"/>
            <w:tcMar>
              <w:top w:w="100" w:type="dxa"/>
              <w:left w:w="110" w:type="dxa"/>
              <w:bottom w:w="100" w:type="dxa"/>
              <w:right w:w="110" w:type="dxa"/>
            </w:tcMar>
            <w:vAlign w:val="center"/>
          </w:tcPr>
          <w:p w14:paraId="0D7C466F" w14:textId="71F2BFED" w:rsidR="00707CE2" w:rsidRPr="005A66AF" w:rsidRDefault="00707CE2">
            <w:pPr>
              <w:spacing w:after="0" w:line="245" w:lineRule="auto"/>
              <w:rPr>
                <w:rFonts w:cs="Arial"/>
              </w:rPr>
            </w:pPr>
          </w:p>
        </w:tc>
      </w:tr>
      <w:tr w:rsidR="00707CE2" w:rsidRPr="005A66AF" w14:paraId="6C953727" w14:textId="77777777">
        <w:trPr>
          <w:jc w:val="center"/>
        </w:trPr>
        <w:tc>
          <w:tcPr>
            <w:tcW w:w="2880" w:type="dxa"/>
            <w:shd w:val="clear" w:color="auto" w:fill="EAF2F8"/>
            <w:tcMar>
              <w:top w:w="100" w:type="dxa"/>
              <w:left w:w="110" w:type="dxa"/>
              <w:bottom w:w="100" w:type="dxa"/>
              <w:right w:w="110" w:type="dxa"/>
            </w:tcMar>
            <w:vAlign w:val="center"/>
          </w:tcPr>
          <w:p w14:paraId="5FBDE0A0"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Team or people led</w:t>
            </w:r>
          </w:p>
        </w:tc>
        <w:tc>
          <w:tcPr>
            <w:tcW w:w="7056" w:type="dxa"/>
            <w:tcMar>
              <w:top w:w="100" w:type="dxa"/>
              <w:left w:w="110" w:type="dxa"/>
              <w:bottom w:w="100" w:type="dxa"/>
              <w:right w:w="110" w:type="dxa"/>
            </w:tcMar>
            <w:vAlign w:val="center"/>
          </w:tcPr>
          <w:p w14:paraId="125F498C" w14:textId="08B9E774" w:rsidR="00707CE2" w:rsidRPr="005A66AF" w:rsidRDefault="00707CE2">
            <w:pPr>
              <w:spacing w:after="0" w:line="245" w:lineRule="auto"/>
              <w:rPr>
                <w:rFonts w:cs="Arial"/>
              </w:rPr>
            </w:pPr>
          </w:p>
        </w:tc>
      </w:tr>
      <w:tr w:rsidR="00707CE2" w:rsidRPr="005A66AF" w14:paraId="054B467F" w14:textId="77777777">
        <w:trPr>
          <w:jc w:val="center"/>
        </w:trPr>
        <w:tc>
          <w:tcPr>
            <w:tcW w:w="2880" w:type="dxa"/>
            <w:shd w:val="clear" w:color="auto" w:fill="EAF2F8"/>
            <w:tcMar>
              <w:top w:w="100" w:type="dxa"/>
              <w:left w:w="110" w:type="dxa"/>
              <w:bottom w:w="100" w:type="dxa"/>
              <w:right w:w="110" w:type="dxa"/>
            </w:tcMar>
            <w:vAlign w:val="center"/>
          </w:tcPr>
          <w:p w14:paraId="3371D552"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Main service, programme, or function</w:t>
            </w:r>
          </w:p>
        </w:tc>
        <w:tc>
          <w:tcPr>
            <w:tcW w:w="7056" w:type="dxa"/>
            <w:tcMar>
              <w:top w:w="100" w:type="dxa"/>
              <w:left w:w="110" w:type="dxa"/>
              <w:bottom w:w="100" w:type="dxa"/>
              <w:right w:w="110" w:type="dxa"/>
            </w:tcMar>
            <w:vAlign w:val="center"/>
          </w:tcPr>
          <w:p w14:paraId="311171E6" w14:textId="5EF10676" w:rsidR="00707CE2" w:rsidRPr="005A66AF" w:rsidRDefault="00707CE2">
            <w:pPr>
              <w:spacing w:after="0" w:line="245" w:lineRule="auto"/>
              <w:rPr>
                <w:rFonts w:cs="Arial"/>
              </w:rPr>
            </w:pPr>
          </w:p>
        </w:tc>
      </w:tr>
      <w:tr w:rsidR="00707CE2" w:rsidRPr="005A66AF" w14:paraId="3F8C0AE4" w14:textId="77777777">
        <w:trPr>
          <w:jc w:val="center"/>
        </w:trPr>
        <w:tc>
          <w:tcPr>
            <w:tcW w:w="2880" w:type="dxa"/>
            <w:shd w:val="clear" w:color="auto" w:fill="EAF2F8"/>
            <w:tcMar>
              <w:top w:w="100" w:type="dxa"/>
              <w:left w:w="110" w:type="dxa"/>
              <w:bottom w:w="100" w:type="dxa"/>
              <w:right w:w="110" w:type="dxa"/>
            </w:tcMar>
            <w:vAlign w:val="center"/>
          </w:tcPr>
          <w:p w14:paraId="33DC239F" w14:textId="77777777" w:rsidR="00707CE2" w:rsidRPr="009A1119" w:rsidRDefault="00000000">
            <w:pPr>
              <w:spacing w:after="0" w:line="245" w:lineRule="auto"/>
              <w:rPr>
                <w:rFonts w:cs="Arial"/>
                <w:color w:val="000000" w:themeColor="text1"/>
                <w:sz w:val="24"/>
                <w:szCs w:val="24"/>
              </w:rPr>
            </w:pPr>
            <w:r w:rsidRPr="009A1119">
              <w:rPr>
                <w:rFonts w:cs="Arial"/>
                <w:b/>
                <w:color w:val="000000" w:themeColor="text1"/>
                <w:sz w:val="24"/>
                <w:szCs w:val="24"/>
              </w:rPr>
              <w:t>Community or service users affected</w:t>
            </w:r>
          </w:p>
        </w:tc>
        <w:tc>
          <w:tcPr>
            <w:tcW w:w="7056" w:type="dxa"/>
            <w:tcMar>
              <w:top w:w="100" w:type="dxa"/>
              <w:left w:w="110" w:type="dxa"/>
              <w:bottom w:w="100" w:type="dxa"/>
              <w:right w:w="110" w:type="dxa"/>
            </w:tcMar>
            <w:vAlign w:val="center"/>
          </w:tcPr>
          <w:p w14:paraId="1F4F480E" w14:textId="5F91B4FB" w:rsidR="00707CE2" w:rsidRPr="005A66AF" w:rsidRDefault="00707CE2">
            <w:pPr>
              <w:spacing w:after="0" w:line="245" w:lineRule="auto"/>
              <w:rPr>
                <w:rFonts w:cs="Arial"/>
              </w:rPr>
            </w:pPr>
          </w:p>
        </w:tc>
      </w:tr>
    </w:tbl>
    <w:p w14:paraId="7A8AA371" w14:textId="77777777" w:rsidR="00707CE2" w:rsidRPr="005A66AF" w:rsidRDefault="00707CE2">
      <w:pPr>
        <w:spacing w:after="0"/>
        <w:rPr>
          <w:rFonts w:cs="Arial"/>
        </w:rPr>
      </w:pPr>
    </w:p>
    <w:p w14:paraId="33AD255B" w14:textId="77777777" w:rsidR="00707CE2" w:rsidRPr="005A66AF" w:rsidRDefault="00000000">
      <w:pPr>
        <w:pStyle w:val="Heading1"/>
        <w:rPr>
          <w:rFonts w:ascii="Arial" w:hAnsi="Arial" w:cs="Arial"/>
        </w:rPr>
      </w:pPr>
      <w:r w:rsidRPr="005A66AF">
        <w:rPr>
          <w:rFonts w:ascii="Arial" w:hAnsi="Arial" w:cs="Arial"/>
        </w:rPr>
        <w:t>B. Public Purpose</w:t>
      </w:r>
    </w:p>
    <w:p w14:paraId="147EDEEA" w14:textId="77777777" w:rsidR="00707CE2" w:rsidRPr="00D65357" w:rsidRDefault="00000000">
      <w:pPr>
        <w:rPr>
          <w:rFonts w:cs="Arial"/>
          <w:color w:val="000000" w:themeColor="text1"/>
        </w:rPr>
      </w:pPr>
      <w:r w:rsidRPr="00D65357">
        <w:rPr>
          <w:rFonts w:cs="Arial"/>
          <w:color w:val="000000" w:themeColor="text1"/>
        </w:rPr>
        <w:t>In one sentence, explain why your role exists from the perspective of citizens, communities, or the public interest—not only from the perspective of your organisation.</w:t>
      </w:r>
    </w:p>
    <w:tbl>
      <w:tblPr>
        <w:tblStyle w:val="TableGrid"/>
        <w:tblW w:w="0" w:type="auto"/>
        <w:jc w:val="center"/>
        <w:tblLayout w:type="fixed"/>
        <w:tblLook w:val="04A0" w:firstRow="1" w:lastRow="0" w:firstColumn="1" w:lastColumn="0" w:noHBand="0" w:noVBand="1"/>
      </w:tblPr>
      <w:tblGrid>
        <w:gridCol w:w="2376"/>
        <w:gridCol w:w="7560"/>
      </w:tblGrid>
      <w:tr w:rsidR="00707CE2" w:rsidRPr="005A66AF" w14:paraId="2F76E88A" w14:textId="77777777" w:rsidTr="00D65357">
        <w:trPr>
          <w:trHeight w:val="1035"/>
          <w:jc w:val="center"/>
        </w:trPr>
        <w:tc>
          <w:tcPr>
            <w:tcW w:w="2376" w:type="dxa"/>
            <w:shd w:val="clear" w:color="auto" w:fill="EAF2F8"/>
            <w:tcMar>
              <w:top w:w="100" w:type="dxa"/>
              <w:left w:w="110" w:type="dxa"/>
              <w:bottom w:w="100" w:type="dxa"/>
              <w:right w:w="110" w:type="dxa"/>
            </w:tcMar>
            <w:vAlign w:val="center"/>
          </w:tcPr>
          <w:p w14:paraId="623A7C17" w14:textId="77777777" w:rsidR="00707CE2" w:rsidRPr="00D65357" w:rsidRDefault="00000000">
            <w:pPr>
              <w:spacing w:after="0" w:line="245" w:lineRule="auto"/>
              <w:rPr>
                <w:rFonts w:cs="Arial"/>
                <w:sz w:val="24"/>
                <w:szCs w:val="24"/>
              </w:rPr>
            </w:pPr>
            <w:r w:rsidRPr="00D65357">
              <w:rPr>
                <w:rFonts w:cs="Arial"/>
                <w:b/>
                <w:color w:val="000000" w:themeColor="text1"/>
                <w:sz w:val="24"/>
                <w:szCs w:val="24"/>
              </w:rPr>
              <w:t>My role exists to…</w:t>
            </w:r>
          </w:p>
        </w:tc>
        <w:tc>
          <w:tcPr>
            <w:tcW w:w="7560" w:type="dxa"/>
            <w:tcMar>
              <w:top w:w="100" w:type="dxa"/>
              <w:left w:w="110" w:type="dxa"/>
              <w:bottom w:w="100" w:type="dxa"/>
              <w:right w:w="110" w:type="dxa"/>
            </w:tcMar>
            <w:vAlign w:val="center"/>
          </w:tcPr>
          <w:p w14:paraId="78B76A53" w14:textId="1EBE0A1A" w:rsidR="00B46B33" w:rsidRPr="005A66AF" w:rsidRDefault="003E2E43" w:rsidP="00F85CAF">
            <w:pPr>
              <w:spacing w:after="0" w:line="245" w:lineRule="auto"/>
              <w:rPr>
                <w:rFonts w:cs="Arial"/>
              </w:rPr>
            </w:pPr>
            <w:r>
              <w:rPr>
                <w:rFonts w:cs="Arial"/>
                <w:sz w:val="18"/>
              </w:rPr>
              <w:t>Teach key elements of the Sports Studies Degree, develop opportunities for students to develop skills and competencies that will be useful in their future working life, supervise the work of staff and establish the learning platforms and ensure that they meet the quality standards of the University of Stirling.</w:t>
            </w:r>
          </w:p>
        </w:tc>
      </w:tr>
    </w:tbl>
    <w:p w14:paraId="7FC3CFAB" w14:textId="77777777" w:rsidR="00707CE2" w:rsidRPr="005A66AF" w:rsidRDefault="00707CE2">
      <w:pPr>
        <w:spacing w:after="0"/>
        <w:rPr>
          <w:rFonts w:cs="Arial"/>
        </w:rPr>
      </w:pPr>
    </w:p>
    <w:p w14:paraId="1602D5A6" w14:textId="77777777" w:rsidR="00707CE2" w:rsidRPr="005A66AF" w:rsidRDefault="00000000">
      <w:pPr>
        <w:pStyle w:val="Heading1"/>
        <w:rPr>
          <w:rFonts w:ascii="Arial" w:hAnsi="Arial" w:cs="Arial"/>
        </w:rPr>
      </w:pPr>
      <w:r w:rsidRPr="005A66AF">
        <w:rPr>
          <w:rFonts w:ascii="Arial" w:hAnsi="Arial" w:cs="Arial"/>
        </w:rPr>
        <w:t>C. Five Most Important Leadership Responsibilities</w:t>
      </w:r>
    </w:p>
    <w:p w14:paraId="05CB04F8" w14:textId="77777777" w:rsidR="00707CE2" w:rsidRPr="00D65357" w:rsidRDefault="00000000">
      <w:pPr>
        <w:rPr>
          <w:rFonts w:cs="Arial"/>
          <w:color w:val="000000" w:themeColor="text1"/>
        </w:rPr>
      </w:pPr>
      <w:r w:rsidRPr="00D65357">
        <w:rPr>
          <w:rFonts w:cs="Arial"/>
          <w:color w:val="000000" w:themeColor="text1"/>
        </w:rPr>
        <w:t>List responsibilities that require direction, judgement, influence, coordination, or accountability. Avoid copying every technical duty from a job description.</w:t>
      </w:r>
    </w:p>
    <w:tbl>
      <w:tblPr>
        <w:tblStyle w:val="TableGrid"/>
        <w:tblW w:w="0" w:type="auto"/>
        <w:jc w:val="center"/>
        <w:tblLayout w:type="fixed"/>
        <w:tblLook w:val="04A0" w:firstRow="1" w:lastRow="0" w:firstColumn="1" w:lastColumn="0" w:noHBand="0" w:noVBand="1"/>
      </w:tblPr>
      <w:tblGrid>
        <w:gridCol w:w="736"/>
        <w:gridCol w:w="4394"/>
        <w:gridCol w:w="4805"/>
      </w:tblGrid>
      <w:tr w:rsidR="00707CE2" w:rsidRPr="005A66AF" w14:paraId="583855AE" w14:textId="77777777" w:rsidTr="00DF245D">
        <w:trPr>
          <w:tblHeader/>
          <w:jc w:val="center"/>
        </w:trPr>
        <w:tc>
          <w:tcPr>
            <w:tcW w:w="736" w:type="dxa"/>
            <w:shd w:val="clear" w:color="auto" w:fill="17365D"/>
            <w:tcMar>
              <w:top w:w="80" w:type="dxa"/>
              <w:left w:w="110" w:type="dxa"/>
              <w:bottom w:w="80" w:type="dxa"/>
              <w:right w:w="110" w:type="dxa"/>
            </w:tcMar>
            <w:vAlign w:val="center"/>
          </w:tcPr>
          <w:p w14:paraId="588A5264" w14:textId="77777777" w:rsidR="00707CE2" w:rsidRPr="00D65357" w:rsidRDefault="00000000">
            <w:pPr>
              <w:spacing w:after="0" w:line="245" w:lineRule="auto"/>
              <w:jc w:val="center"/>
              <w:rPr>
                <w:rFonts w:cs="Arial"/>
                <w:sz w:val="24"/>
                <w:szCs w:val="24"/>
              </w:rPr>
            </w:pPr>
            <w:r w:rsidRPr="00D65357">
              <w:rPr>
                <w:rFonts w:cs="Arial"/>
                <w:b/>
                <w:color w:val="FFFFFF"/>
                <w:sz w:val="24"/>
                <w:szCs w:val="24"/>
              </w:rPr>
              <w:t>No.</w:t>
            </w:r>
          </w:p>
        </w:tc>
        <w:tc>
          <w:tcPr>
            <w:tcW w:w="4394" w:type="dxa"/>
            <w:shd w:val="clear" w:color="auto" w:fill="17365D"/>
            <w:tcMar>
              <w:top w:w="80" w:type="dxa"/>
              <w:left w:w="110" w:type="dxa"/>
              <w:bottom w:w="80" w:type="dxa"/>
              <w:right w:w="110" w:type="dxa"/>
            </w:tcMar>
            <w:vAlign w:val="center"/>
          </w:tcPr>
          <w:p w14:paraId="4D87BE4A" w14:textId="77777777" w:rsidR="00707CE2" w:rsidRPr="00D65357" w:rsidRDefault="00000000">
            <w:pPr>
              <w:spacing w:after="0" w:line="245" w:lineRule="auto"/>
              <w:jc w:val="center"/>
              <w:rPr>
                <w:rFonts w:cs="Arial"/>
                <w:sz w:val="24"/>
                <w:szCs w:val="24"/>
              </w:rPr>
            </w:pPr>
            <w:r w:rsidRPr="00D65357">
              <w:rPr>
                <w:rFonts w:cs="Arial"/>
                <w:b/>
                <w:color w:val="FFFFFF"/>
                <w:sz w:val="24"/>
                <w:szCs w:val="24"/>
              </w:rPr>
              <w:t>Leadership responsibility</w:t>
            </w:r>
          </w:p>
        </w:tc>
        <w:tc>
          <w:tcPr>
            <w:tcW w:w="4805" w:type="dxa"/>
            <w:shd w:val="clear" w:color="auto" w:fill="17365D"/>
            <w:tcMar>
              <w:top w:w="80" w:type="dxa"/>
              <w:left w:w="110" w:type="dxa"/>
              <w:bottom w:w="80" w:type="dxa"/>
              <w:right w:w="110" w:type="dxa"/>
            </w:tcMar>
            <w:vAlign w:val="center"/>
          </w:tcPr>
          <w:p w14:paraId="6B9BEF4D" w14:textId="77777777" w:rsidR="00707CE2" w:rsidRPr="00D65357" w:rsidRDefault="00000000">
            <w:pPr>
              <w:spacing w:after="0" w:line="245" w:lineRule="auto"/>
              <w:jc w:val="center"/>
              <w:rPr>
                <w:rFonts w:cs="Arial"/>
                <w:sz w:val="24"/>
                <w:szCs w:val="24"/>
              </w:rPr>
            </w:pPr>
            <w:r w:rsidRPr="00D65357">
              <w:rPr>
                <w:rFonts w:cs="Arial"/>
                <w:b/>
                <w:color w:val="FFFFFF"/>
                <w:sz w:val="24"/>
                <w:szCs w:val="24"/>
              </w:rPr>
              <w:t>Why it matters</w:t>
            </w:r>
          </w:p>
        </w:tc>
      </w:tr>
      <w:tr w:rsidR="00707CE2" w:rsidRPr="005A66AF" w14:paraId="346DAABE" w14:textId="77777777" w:rsidTr="00DF245D">
        <w:trPr>
          <w:jc w:val="center"/>
        </w:trPr>
        <w:tc>
          <w:tcPr>
            <w:tcW w:w="736" w:type="dxa"/>
            <w:tcMar>
              <w:top w:w="100" w:type="dxa"/>
              <w:left w:w="110" w:type="dxa"/>
              <w:bottom w:w="100" w:type="dxa"/>
              <w:right w:w="110" w:type="dxa"/>
            </w:tcMar>
            <w:vAlign w:val="center"/>
          </w:tcPr>
          <w:p w14:paraId="043BE608" w14:textId="77777777" w:rsidR="00707CE2" w:rsidRPr="00D65357" w:rsidRDefault="00000000">
            <w:pPr>
              <w:spacing w:after="0" w:line="245" w:lineRule="auto"/>
              <w:rPr>
                <w:rFonts w:cs="Arial"/>
                <w:sz w:val="24"/>
                <w:szCs w:val="24"/>
              </w:rPr>
            </w:pPr>
            <w:r w:rsidRPr="00D65357">
              <w:rPr>
                <w:rFonts w:cs="Arial"/>
                <w:sz w:val="24"/>
                <w:szCs w:val="24"/>
              </w:rPr>
              <w:t>1</w:t>
            </w:r>
          </w:p>
        </w:tc>
        <w:tc>
          <w:tcPr>
            <w:tcW w:w="4394" w:type="dxa"/>
            <w:tcMar>
              <w:top w:w="100" w:type="dxa"/>
              <w:left w:w="110" w:type="dxa"/>
              <w:bottom w:w="100" w:type="dxa"/>
              <w:right w:w="110" w:type="dxa"/>
            </w:tcMar>
            <w:vAlign w:val="center"/>
          </w:tcPr>
          <w:p w14:paraId="08F47104" w14:textId="5D8A60A6" w:rsidR="00707CE2" w:rsidRPr="00063497" w:rsidRDefault="00707CE2">
            <w:pPr>
              <w:spacing w:after="0" w:line="245" w:lineRule="auto"/>
              <w:rPr>
                <w:rFonts w:cs="Arial"/>
                <w:szCs w:val="20"/>
              </w:rPr>
            </w:pPr>
          </w:p>
        </w:tc>
        <w:tc>
          <w:tcPr>
            <w:tcW w:w="4805" w:type="dxa"/>
            <w:tcMar>
              <w:top w:w="100" w:type="dxa"/>
              <w:left w:w="110" w:type="dxa"/>
              <w:bottom w:w="100" w:type="dxa"/>
              <w:right w:w="110" w:type="dxa"/>
            </w:tcMar>
            <w:vAlign w:val="center"/>
          </w:tcPr>
          <w:p w14:paraId="24A04B18" w14:textId="031BD36B" w:rsidR="00707CE2" w:rsidRPr="00063497" w:rsidRDefault="00707CE2">
            <w:pPr>
              <w:spacing w:after="0" w:line="245" w:lineRule="auto"/>
              <w:rPr>
                <w:rFonts w:cs="Arial"/>
                <w:szCs w:val="20"/>
              </w:rPr>
            </w:pPr>
          </w:p>
        </w:tc>
      </w:tr>
      <w:tr w:rsidR="00707CE2" w:rsidRPr="005A66AF" w14:paraId="168BFE9C" w14:textId="77777777" w:rsidTr="00DF245D">
        <w:trPr>
          <w:jc w:val="center"/>
        </w:trPr>
        <w:tc>
          <w:tcPr>
            <w:tcW w:w="736" w:type="dxa"/>
            <w:shd w:val="clear" w:color="auto" w:fill="F5F7F9"/>
            <w:tcMar>
              <w:top w:w="100" w:type="dxa"/>
              <w:left w:w="110" w:type="dxa"/>
              <w:bottom w:w="100" w:type="dxa"/>
              <w:right w:w="110" w:type="dxa"/>
            </w:tcMar>
            <w:vAlign w:val="center"/>
          </w:tcPr>
          <w:p w14:paraId="6E3BF863" w14:textId="77777777" w:rsidR="00707CE2" w:rsidRPr="00D65357" w:rsidRDefault="00000000">
            <w:pPr>
              <w:spacing w:after="0" w:line="245" w:lineRule="auto"/>
              <w:rPr>
                <w:rFonts w:cs="Arial"/>
                <w:sz w:val="24"/>
                <w:szCs w:val="24"/>
              </w:rPr>
            </w:pPr>
            <w:r w:rsidRPr="00D65357">
              <w:rPr>
                <w:rFonts w:cs="Arial"/>
                <w:sz w:val="24"/>
                <w:szCs w:val="24"/>
              </w:rPr>
              <w:t>2</w:t>
            </w:r>
          </w:p>
        </w:tc>
        <w:tc>
          <w:tcPr>
            <w:tcW w:w="4394" w:type="dxa"/>
            <w:shd w:val="clear" w:color="auto" w:fill="F5F7F9"/>
            <w:tcMar>
              <w:top w:w="100" w:type="dxa"/>
              <w:left w:w="110" w:type="dxa"/>
              <w:bottom w:w="100" w:type="dxa"/>
              <w:right w:w="110" w:type="dxa"/>
            </w:tcMar>
            <w:vAlign w:val="center"/>
          </w:tcPr>
          <w:p w14:paraId="0DB4E51B" w14:textId="4D5575B1" w:rsidR="00707CE2" w:rsidRPr="00063497" w:rsidRDefault="00707CE2">
            <w:pPr>
              <w:spacing w:after="0" w:line="245" w:lineRule="auto"/>
              <w:rPr>
                <w:rFonts w:cs="Arial"/>
                <w:szCs w:val="20"/>
              </w:rPr>
            </w:pPr>
          </w:p>
        </w:tc>
        <w:tc>
          <w:tcPr>
            <w:tcW w:w="4805" w:type="dxa"/>
            <w:shd w:val="clear" w:color="auto" w:fill="F5F7F9"/>
            <w:tcMar>
              <w:top w:w="100" w:type="dxa"/>
              <w:left w:w="110" w:type="dxa"/>
              <w:bottom w:w="100" w:type="dxa"/>
              <w:right w:w="110" w:type="dxa"/>
            </w:tcMar>
            <w:vAlign w:val="center"/>
          </w:tcPr>
          <w:p w14:paraId="6FC5E917" w14:textId="20AAA3AA" w:rsidR="00707CE2" w:rsidRPr="00063497" w:rsidRDefault="00707CE2">
            <w:pPr>
              <w:spacing w:after="0" w:line="245" w:lineRule="auto"/>
              <w:rPr>
                <w:rFonts w:cs="Arial"/>
                <w:szCs w:val="20"/>
              </w:rPr>
            </w:pPr>
          </w:p>
        </w:tc>
      </w:tr>
      <w:tr w:rsidR="00707CE2" w:rsidRPr="005A66AF" w14:paraId="6EEE8DF9" w14:textId="77777777" w:rsidTr="00DF245D">
        <w:trPr>
          <w:jc w:val="center"/>
        </w:trPr>
        <w:tc>
          <w:tcPr>
            <w:tcW w:w="736" w:type="dxa"/>
            <w:tcMar>
              <w:top w:w="100" w:type="dxa"/>
              <w:left w:w="110" w:type="dxa"/>
              <w:bottom w:w="100" w:type="dxa"/>
              <w:right w:w="110" w:type="dxa"/>
            </w:tcMar>
            <w:vAlign w:val="center"/>
          </w:tcPr>
          <w:p w14:paraId="13B365D7" w14:textId="77777777" w:rsidR="00707CE2" w:rsidRPr="00D65357" w:rsidRDefault="00000000">
            <w:pPr>
              <w:spacing w:after="0" w:line="245" w:lineRule="auto"/>
              <w:rPr>
                <w:rFonts w:cs="Arial"/>
                <w:sz w:val="24"/>
                <w:szCs w:val="24"/>
              </w:rPr>
            </w:pPr>
            <w:r w:rsidRPr="00D65357">
              <w:rPr>
                <w:rFonts w:cs="Arial"/>
                <w:sz w:val="24"/>
                <w:szCs w:val="24"/>
              </w:rPr>
              <w:t>3</w:t>
            </w:r>
          </w:p>
        </w:tc>
        <w:tc>
          <w:tcPr>
            <w:tcW w:w="4394" w:type="dxa"/>
            <w:tcMar>
              <w:top w:w="100" w:type="dxa"/>
              <w:left w:w="110" w:type="dxa"/>
              <w:bottom w:w="100" w:type="dxa"/>
              <w:right w:w="110" w:type="dxa"/>
            </w:tcMar>
            <w:vAlign w:val="center"/>
          </w:tcPr>
          <w:p w14:paraId="6456A14D" w14:textId="6290E556" w:rsidR="00707CE2" w:rsidRPr="00063497" w:rsidRDefault="00707CE2">
            <w:pPr>
              <w:spacing w:after="0" w:line="245" w:lineRule="auto"/>
              <w:rPr>
                <w:rFonts w:cs="Arial"/>
                <w:szCs w:val="20"/>
              </w:rPr>
            </w:pPr>
          </w:p>
        </w:tc>
        <w:tc>
          <w:tcPr>
            <w:tcW w:w="4805" w:type="dxa"/>
            <w:tcMar>
              <w:top w:w="100" w:type="dxa"/>
              <w:left w:w="110" w:type="dxa"/>
              <w:bottom w:w="100" w:type="dxa"/>
              <w:right w:w="110" w:type="dxa"/>
            </w:tcMar>
            <w:vAlign w:val="center"/>
          </w:tcPr>
          <w:p w14:paraId="6A76E9A7" w14:textId="59F8298C" w:rsidR="00707CE2" w:rsidRPr="00063497" w:rsidRDefault="00707CE2">
            <w:pPr>
              <w:spacing w:after="0" w:line="245" w:lineRule="auto"/>
              <w:rPr>
                <w:rFonts w:cs="Arial"/>
                <w:szCs w:val="20"/>
              </w:rPr>
            </w:pPr>
          </w:p>
        </w:tc>
      </w:tr>
      <w:tr w:rsidR="00707CE2" w:rsidRPr="005A66AF" w14:paraId="254C166B" w14:textId="77777777" w:rsidTr="00DF245D">
        <w:trPr>
          <w:jc w:val="center"/>
        </w:trPr>
        <w:tc>
          <w:tcPr>
            <w:tcW w:w="736" w:type="dxa"/>
            <w:shd w:val="clear" w:color="auto" w:fill="F5F7F9"/>
            <w:tcMar>
              <w:top w:w="100" w:type="dxa"/>
              <w:left w:w="110" w:type="dxa"/>
              <w:bottom w:w="100" w:type="dxa"/>
              <w:right w:w="110" w:type="dxa"/>
            </w:tcMar>
            <w:vAlign w:val="center"/>
          </w:tcPr>
          <w:p w14:paraId="50C96F49" w14:textId="77777777" w:rsidR="00707CE2" w:rsidRPr="00D65357" w:rsidRDefault="00000000">
            <w:pPr>
              <w:spacing w:after="0" w:line="245" w:lineRule="auto"/>
              <w:rPr>
                <w:rFonts w:cs="Arial"/>
                <w:sz w:val="24"/>
                <w:szCs w:val="24"/>
              </w:rPr>
            </w:pPr>
            <w:r w:rsidRPr="00D65357">
              <w:rPr>
                <w:rFonts w:cs="Arial"/>
                <w:sz w:val="24"/>
                <w:szCs w:val="24"/>
              </w:rPr>
              <w:t>4</w:t>
            </w:r>
          </w:p>
        </w:tc>
        <w:tc>
          <w:tcPr>
            <w:tcW w:w="4394" w:type="dxa"/>
            <w:shd w:val="clear" w:color="auto" w:fill="F5F7F9"/>
            <w:tcMar>
              <w:top w:w="100" w:type="dxa"/>
              <w:left w:w="110" w:type="dxa"/>
              <w:bottom w:w="100" w:type="dxa"/>
              <w:right w:w="110" w:type="dxa"/>
            </w:tcMar>
            <w:vAlign w:val="center"/>
          </w:tcPr>
          <w:p w14:paraId="5ABF17AA" w14:textId="6BBAEC81" w:rsidR="00707CE2" w:rsidRPr="00063497" w:rsidRDefault="00707CE2">
            <w:pPr>
              <w:spacing w:after="0" w:line="245" w:lineRule="auto"/>
              <w:rPr>
                <w:rFonts w:cs="Arial"/>
                <w:szCs w:val="20"/>
              </w:rPr>
            </w:pPr>
          </w:p>
        </w:tc>
        <w:tc>
          <w:tcPr>
            <w:tcW w:w="4805" w:type="dxa"/>
            <w:shd w:val="clear" w:color="auto" w:fill="F5F7F9"/>
            <w:tcMar>
              <w:top w:w="100" w:type="dxa"/>
              <w:left w:w="110" w:type="dxa"/>
              <w:bottom w:w="100" w:type="dxa"/>
              <w:right w:w="110" w:type="dxa"/>
            </w:tcMar>
            <w:vAlign w:val="center"/>
          </w:tcPr>
          <w:p w14:paraId="6FFBADEB" w14:textId="71034BC9" w:rsidR="00707CE2" w:rsidRPr="00063497" w:rsidRDefault="00707CE2">
            <w:pPr>
              <w:spacing w:after="0" w:line="245" w:lineRule="auto"/>
              <w:rPr>
                <w:rFonts w:cs="Arial"/>
                <w:szCs w:val="20"/>
              </w:rPr>
            </w:pPr>
          </w:p>
        </w:tc>
      </w:tr>
      <w:tr w:rsidR="00707CE2" w:rsidRPr="005A66AF" w14:paraId="5A46EAB1" w14:textId="77777777" w:rsidTr="00DF245D">
        <w:trPr>
          <w:jc w:val="center"/>
        </w:trPr>
        <w:tc>
          <w:tcPr>
            <w:tcW w:w="736" w:type="dxa"/>
            <w:tcMar>
              <w:top w:w="100" w:type="dxa"/>
              <w:left w:w="110" w:type="dxa"/>
              <w:bottom w:w="100" w:type="dxa"/>
              <w:right w:w="110" w:type="dxa"/>
            </w:tcMar>
            <w:vAlign w:val="center"/>
          </w:tcPr>
          <w:p w14:paraId="7304DF0F" w14:textId="77777777" w:rsidR="00707CE2" w:rsidRPr="00D65357" w:rsidRDefault="00000000">
            <w:pPr>
              <w:spacing w:after="0" w:line="245" w:lineRule="auto"/>
              <w:rPr>
                <w:rFonts w:cs="Arial"/>
                <w:sz w:val="24"/>
                <w:szCs w:val="24"/>
              </w:rPr>
            </w:pPr>
            <w:r w:rsidRPr="00D65357">
              <w:rPr>
                <w:rFonts w:cs="Arial"/>
                <w:sz w:val="24"/>
                <w:szCs w:val="24"/>
              </w:rPr>
              <w:t>5</w:t>
            </w:r>
          </w:p>
        </w:tc>
        <w:tc>
          <w:tcPr>
            <w:tcW w:w="4394" w:type="dxa"/>
            <w:tcMar>
              <w:top w:w="100" w:type="dxa"/>
              <w:left w:w="110" w:type="dxa"/>
              <w:bottom w:w="100" w:type="dxa"/>
              <w:right w:w="110" w:type="dxa"/>
            </w:tcMar>
            <w:vAlign w:val="center"/>
          </w:tcPr>
          <w:p w14:paraId="1CEE3AA3" w14:textId="334B96D4" w:rsidR="00707CE2" w:rsidRPr="00D65357" w:rsidRDefault="00707CE2">
            <w:pPr>
              <w:spacing w:after="0" w:line="245" w:lineRule="auto"/>
              <w:rPr>
                <w:rFonts w:cs="Arial"/>
                <w:sz w:val="24"/>
                <w:szCs w:val="24"/>
              </w:rPr>
            </w:pPr>
          </w:p>
        </w:tc>
        <w:tc>
          <w:tcPr>
            <w:tcW w:w="4805" w:type="dxa"/>
            <w:tcMar>
              <w:top w:w="100" w:type="dxa"/>
              <w:left w:w="110" w:type="dxa"/>
              <w:bottom w:w="100" w:type="dxa"/>
              <w:right w:w="110" w:type="dxa"/>
            </w:tcMar>
            <w:vAlign w:val="center"/>
          </w:tcPr>
          <w:p w14:paraId="7A4C402D" w14:textId="7E76EC13" w:rsidR="00707CE2" w:rsidRPr="00D65357" w:rsidRDefault="00707CE2">
            <w:pPr>
              <w:spacing w:after="0" w:line="245" w:lineRule="auto"/>
              <w:rPr>
                <w:rFonts w:cs="Arial"/>
                <w:sz w:val="24"/>
                <w:szCs w:val="24"/>
              </w:rPr>
            </w:pPr>
          </w:p>
        </w:tc>
      </w:tr>
    </w:tbl>
    <w:p w14:paraId="6D332A8D" w14:textId="77777777" w:rsidR="00707CE2" w:rsidRPr="005A66AF" w:rsidRDefault="00000000">
      <w:pPr>
        <w:pStyle w:val="Heading1"/>
        <w:rPr>
          <w:rFonts w:ascii="Arial" w:hAnsi="Arial" w:cs="Arial"/>
        </w:rPr>
      </w:pPr>
      <w:r w:rsidRPr="005A66AF">
        <w:rPr>
          <w:rFonts w:ascii="Arial" w:hAnsi="Arial" w:cs="Arial"/>
        </w:rPr>
        <w:t>D. People and Stakeholders</w:t>
      </w:r>
    </w:p>
    <w:p w14:paraId="5EF44A2C" w14:textId="77777777" w:rsidR="00707CE2" w:rsidRPr="006E3441" w:rsidRDefault="00000000">
      <w:pPr>
        <w:rPr>
          <w:rFonts w:cs="Arial"/>
          <w:color w:val="000000" w:themeColor="text1"/>
          <w:sz w:val="24"/>
          <w:szCs w:val="24"/>
        </w:rPr>
      </w:pPr>
      <w:r w:rsidRPr="006E3441">
        <w:rPr>
          <w:rFonts w:cs="Arial"/>
          <w:color w:val="000000" w:themeColor="text1"/>
          <w:sz w:val="24"/>
          <w:szCs w:val="24"/>
        </w:rPr>
        <w:t>Identify the relationships that are essential to achieving the purpose of your role.</w:t>
      </w:r>
    </w:p>
    <w:tbl>
      <w:tblPr>
        <w:tblStyle w:val="TableGrid"/>
        <w:tblW w:w="0" w:type="auto"/>
        <w:jc w:val="center"/>
        <w:tblLayout w:type="fixed"/>
        <w:tblLook w:val="04A0" w:firstRow="1" w:lastRow="0" w:firstColumn="1" w:lastColumn="0" w:noHBand="0" w:noVBand="1"/>
      </w:tblPr>
      <w:tblGrid>
        <w:gridCol w:w="2232"/>
        <w:gridCol w:w="2951"/>
        <w:gridCol w:w="4752"/>
      </w:tblGrid>
      <w:tr w:rsidR="00707CE2" w:rsidRPr="005A66AF" w14:paraId="22D772D1" w14:textId="77777777" w:rsidTr="004A45B5">
        <w:trPr>
          <w:tblHeader/>
          <w:jc w:val="center"/>
        </w:trPr>
        <w:tc>
          <w:tcPr>
            <w:tcW w:w="2232" w:type="dxa"/>
            <w:shd w:val="clear" w:color="auto" w:fill="17365D"/>
            <w:tcMar>
              <w:top w:w="80" w:type="dxa"/>
              <w:left w:w="110" w:type="dxa"/>
              <w:bottom w:w="80" w:type="dxa"/>
              <w:right w:w="110" w:type="dxa"/>
            </w:tcMar>
            <w:vAlign w:val="center"/>
          </w:tcPr>
          <w:p w14:paraId="5CCE6A00" w14:textId="77777777" w:rsidR="00707CE2" w:rsidRPr="006E3441" w:rsidRDefault="00000000">
            <w:pPr>
              <w:spacing w:after="0" w:line="245" w:lineRule="auto"/>
              <w:jc w:val="center"/>
              <w:rPr>
                <w:rFonts w:cs="Arial"/>
                <w:sz w:val="24"/>
                <w:szCs w:val="24"/>
              </w:rPr>
            </w:pPr>
            <w:r w:rsidRPr="006E3441">
              <w:rPr>
                <w:rFonts w:cs="Arial"/>
                <w:b/>
                <w:color w:val="FFFFFF"/>
                <w:sz w:val="24"/>
                <w:szCs w:val="24"/>
              </w:rPr>
              <w:lastRenderedPageBreak/>
              <w:t>Group</w:t>
            </w:r>
          </w:p>
        </w:tc>
        <w:tc>
          <w:tcPr>
            <w:tcW w:w="2951" w:type="dxa"/>
            <w:tcBorders>
              <w:bottom w:val="single" w:sz="12" w:space="0" w:color="auto"/>
            </w:tcBorders>
            <w:shd w:val="clear" w:color="auto" w:fill="17365D"/>
            <w:tcMar>
              <w:top w:w="80" w:type="dxa"/>
              <w:left w:w="110" w:type="dxa"/>
              <w:bottom w:w="80" w:type="dxa"/>
              <w:right w:w="110" w:type="dxa"/>
            </w:tcMar>
            <w:vAlign w:val="center"/>
          </w:tcPr>
          <w:p w14:paraId="75C5710A" w14:textId="77777777" w:rsidR="00707CE2" w:rsidRPr="006E3441" w:rsidRDefault="00000000">
            <w:pPr>
              <w:spacing w:after="0" w:line="245" w:lineRule="auto"/>
              <w:jc w:val="center"/>
              <w:rPr>
                <w:rFonts w:cs="Arial"/>
                <w:sz w:val="24"/>
                <w:szCs w:val="24"/>
              </w:rPr>
            </w:pPr>
            <w:r w:rsidRPr="006E3441">
              <w:rPr>
                <w:rFonts w:cs="Arial"/>
                <w:b/>
                <w:color w:val="FFFFFF"/>
                <w:sz w:val="24"/>
                <w:szCs w:val="24"/>
              </w:rPr>
              <w:t>Who?</w:t>
            </w:r>
          </w:p>
        </w:tc>
        <w:tc>
          <w:tcPr>
            <w:tcW w:w="4752" w:type="dxa"/>
            <w:tcBorders>
              <w:bottom w:val="single" w:sz="12" w:space="0" w:color="auto"/>
            </w:tcBorders>
            <w:shd w:val="clear" w:color="auto" w:fill="17365D"/>
            <w:tcMar>
              <w:top w:w="80" w:type="dxa"/>
              <w:left w:w="110" w:type="dxa"/>
              <w:bottom w:w="80" w:type="dxa"/>
              <w:right w:w="110" w:type="dxa"/>
            </w:tcMar>
            <w:vAlign w:val="center"/>
          </w:tcPr>
          <w:p w14:paraId="328E942E" w14:textId="77777777" w:rsidR="00707CE2" w:rsidRPr="006E3441" w:rsidRDefault="00000000">
            <w:pPr>
              <w:spacing w:after="0" w:line="245" w:lineRule="auto"/>
              <w:jc w:val="center"/>
              <w:rPr>
                <w:rFonts w:cs="Arial"/>
                <w:sz w:val="24"/>
                <w:szCs w:val="24"/>
              </w:rPr>
            </w:pPr>
            <w:r w:rsidRPr="006E3441">
              <w:rPr>
                <w:rFonts w:cs="Arial"/>
                <w:b/>
                <w:color w:val="FFFFFF"/>
                <w:sz w:val="24"/>
                <w:szCs w:val="24"/>
              </w:rPr>
              <w:t>What do they need from my leadership?</w:t>
            </w:r>
          </w:p>
        </w:tc>
      </w:tr>
      <w:tr w:rsidR="006F1E9B" w:rsidRPr="005A66AF" w14:paraId="27FBF379" w14:textId="77777777" w:rsidTr="004A45B5">
        <w:trPr>
          <w:trHeight w:val="72"/>
          <w:jc w:val="center"/>
        </w:trPr>
        <w:tc>
          <w:tcPr>
            <w:tcW w:w="2232" w:type="dxa"/>
            <w:vMerge w:val="restart"/>
            <w:tcMar>
              <w:top w:w="100" w:type="dxa"/>
              <w:left w:w="110" w:type="dxa"/>
              <w:bottom w:w="100" w:type="dxa"/>
              <w:right w:w="110" w:type="dxa"/>
            </w:tcMar>
            <w:vAlign w:val="center"/>
          </w:tcPr>
          <w:p w14:paraId="3E5C880E" w14:textId="77777777" w:rsidR="006F1E9B" w:rsidRPr="006E3441" w:rsidRDefault="006F1E9B">
            <w:pPr>
              <w:spacing w:after="0" w:line="245" w:lineRule="auto"/>
              <w:rPr>
                <w:rFonts w:cs="Arial"/>
                <w:sz w:val="24"/>
                <w:szCs w:val="24"/>
              </w:rPr>
            </w:pPr>
            <w:r w:rsidRPr="006E3441">
              <w:rPr>
                <w:rFonts w:cs="Arial"/>
                <w:sz w:val="24"/>
                <w:szCs w:val="24"/>
              </w:rPr>
              <w:t>People I lead</w:t>
            </w:r>
          </w:p>
        </w:tc>
        <w:tc>
          <w:tcPr>
            <w:tcW w:w="2951" w:type="dxa"/>
            <w:tcBorders>
              <w:top w:val="single" w:sz="12" w:space="0" w:color="auto"/>
            </w:tcBorders>
            <w:tcMar>
              <w:top w:w="100" w:type="dxa"/>
              <w:left w:w="110" w:type="dxa"/>
              <w:bottom w:w="100" w:type="dxa"/>
              <w:right w:w="110" w:type="dxa"/>
            </w:tcMar>
            <w:vAlign w:val="center"/>
          </w:tcPr>
          <w:p w14:paraId="7EDC498A" w14:textId="0DEC560F" w:rsidR="006F1E9B" w:rsidRPr="005A66AF" w:rsidRDefault="006F1E9B">
            <w:pPr>
              <w:spacing w:after="0" w:line="245" w:lineRule="auto"/>
              <w:rPr>
                <w:rFonts w:cs="Arial"/>
              </w:rPr>
            </w:pPr>
          </w:p>
        </w:tc>
        <w:tc>
          <w:tcPr>
            <w:tcW w:w="4752" w:type="dxa"/>
            <w:tcBorders>
              <w:top w:val="single" w:sz="12" w:space="0" w:color="auto"/>
              <w:right w:val="single" w:sz="12" w:space="0" w:color="auto"/>
            </w:tcBorders>
            <w:tcMar>
              <w:top w:w="100" w:type="dxa"/>
              <w:left w:w="110" w:type="dxa"/>
              <w:bottom w:w="100" w:type="dxa"/>
              <w:right w:w="110" w:type="dxa"/>
            </w:tcMar>
            <w:vAlign w:val="center"/>
          </w:tcPr>
          <w:p w14:paraId="63FE25C5" w14:textId="30A03A61" w:rsidR="006F1E9B" w:rsidRPr="005A66AF" w:rsidRDefault="006F1E9B">
            <w:pPr>
              <w:spacing w:after="0" w:line="245" w:lineRule="auto"/>
              <w:rPr>
                <w:rFonts w:cs="Arial"/>
              </w:rPr>
            </w:pPr>
          </w:p>
        </w:tc>
      </w:tr>
      <w:tr w:rsidR="006F1E9B" w:rsidRPr="005A66AF" w14:paraId="79E18C03" w14:textId="77777777" w:rsidTr="004A45B5">
        <w:trPr>
          <w:trHeight w:val="71"/>
          <w:jc w:val="center"/>
        </w:trPr>
        <w:tc>
          <w:tcPr>
            <w:tcW w:w="2232" w:type="dxa"/>
            <w:vMerge/>
            <w:tcMar>
              <w:top w:w="100" w:type="dxa"/>
              <w:left w:w="110" w:type="dxa"/>
              <w:bottom w:w="100" w:type="dxa"/>
              <w:right w:w="110" w:type="dxa"/>
            </w:tcMar>
            <w:vAlign w:val="center"/>
          </w:tcPr>
          <w:p w14:paraId="1072E447" w14:textId="77777777" w:rsidR="006F1E9B" w:rsidRPr="006E3441" w:rsidRDefault="006F1E9B">
            <w:pPr>
              <w:spacing w:after="0" w:line="245" w:lineRule="auto"/>
              <w:rPr>
                <w:rFonts w:cs="Arial"/>
                <w:sz w:val="24"/>
                <w:szCs w:val="24"/>
              </w:rPr>
            </w:pPr>
          </w:p>
        </w:tc>
        <w:tc>
          <w:tcPr>
            <w:tcW w:w="2951" w:type="dxa"/>
            <w:tcMar>
              <w:top w:w="100" w:type="dxa"/>
              <w:left w:w="110" w:type="dxa"/>
              <w:bottom w:w="100" w:type="dxa"/>
              <w:right w:w="110" w:type="dxa"/>
            </w:tcMar>
            <w:vAlign w:val="center"/>
          </w:tcPr>
          <w:p w14:paraId="22AC2520" w14:textId="77777777" w:rsidR="006F1E9B" w:rsidRPr="005A66AF" w:rsidRDefault="006F1E9B">
            <w:pPr>
              <w:spacing w:after="0" w:line="245" w:lineRule="auto"/>
              <w:rPr>
                <w:rFonts w:cs="Arial"/>
              </w:rPr>
            </w:pPr>
          </w:p>
        </w:tc>
        <w:tc>
          <w:tcPr>
            <w:tcW w:w="4752" w:type="dxa"/>
            <w:tcBorders>
              <w:right w:val="single" w:sz="12" w:space="0" w:color="auto"/>
            </w:tcBorders>
            <w:tcMar>
              <w:top w:w="100" w:type="dxa"/>
              <w:left w:w="110" w:type="dxa"/>
              <w:bottom w:w="100" w:type="dxa"/>
              <w:right w:w="110" w:type="dxa"/>
            </w:tcMar>
            <w:vAlign w:val="center"/>
          </w:tcPr>
          <w:p w14:paraId="41191258" w14:textId="77777777" w:rsidR="006F1E9B" w:rsidRPr="005A66AF" w:rsidRDefault="006F1E9B">
            <w:pPr>
              <w:spacing w:after="0" w:line="245" w:lineRule="auto"/>
              <w:rPr>
                <w:rFonts w:cs="Arial"/>
              </w:rPr>
            </w:pPr>
          </w:p>
        </w:tc>
      </w:tr>
      <w:tr w:rsidR="006F1E9B" w:rsidRPr="005A66AF" w14:paraId="588B9919" w14:textId="77777777" w:rsidTr="004A45B5">
        <w:trPr>
          <w:trHeight w:val="71"/>
          <w:jc w:val="center"/>
        </w:trPr>
        <w:tc>
          <w:tcPr>
            <w:tcW w:w="2232" w:type="dxa"/>
            <w:vMerge/>
            <w:tcMar>
              <w:top w:w="100" w:type="dxa"/>
              <w:left w:w="110" w:type="dxa"/>
              <w:bottom w:w="100" w:type="dxa"/>
              <w:right w:w="110" w:type="dxa"/>
            </w:tcMar>
            <w:vAlign w:val="center"/>
          </w:tcPr>
          <w:p w14:paraId="5CC54B52" w14:textId="77777777" w:rsidR="006F1E9B" w:rsidRPr="006E3441" w:rsidRDefault="006F1E9B">
            <w:pPr>
              <w:spacing w:after="0" w:line="245" w:lineRule="auto"/>
              <w:rPr>
                <w:rFonts w:cs="Arial"/>
                <w:sz w:val="24"/>
                <w:szCs w:val="24"/>
              </w:rPr>
            </w:pPr>
          </w:p>
        </w:tc>
        <w:tc>
          <w:tcPr>
            <w:tcW w:w="2951" w:type="dxa"/>
            <w:tcMar>
              <w:top w:w="100" w:type="dxa"/>
              <w:left w:w="110" w:type="dxa"/>
              <w:bottom w:w="100" w:type="dxa"/>
              <w:right w:w="110" w:type="dxa"/>
            </w:tcMar>
            <w:vAlign w:val="center"/>
          </w:tcPr>
          <w:p w14:paraId="17E768ED" w14:textId="77777777" w:rsidR="006F1E9B" w:rsidRPr="005A66AF" w:rsidRDefault="006F1E9B">
            <w:pPr>
              <w:spacing w:after="0" w:line="245" w:lineRule="auto"/>
              <w:rPr>
                <w:rFonts w:cs="Arial"/>
              </w:rPr>
            </w:pPr>
          </w:p>
        </w:tc>
        <w:tc>
          <w:tcPr>
            <w:tcW w:w="4752" w:type="dxa"/>
            <w:tcBorders>
              <w:right w:val="single" w:sz="12" w:space="0" w:color="auto"/>
            </w:tcBorders>
            <w:tcMar>
              <w:top w:w="100" w:type="dxa"/>
              <w:left w:w="110" w:type="dxa"/>
              <w:bottom w:w="100" w:type="dxa"/>
              <w:right w:w="110" w:type="dxa"/>
            </w:tcMar>
            <w:vAlign w:val="center"/>
          </w:tcPr>
          <w:p w14:paraId="23B1014C" w14:textId="77777777" w:rsidR="006F1E9B" w:rsidRPr="005A66AF" w:rsidRDefault="006F1E9B">
            <w:pPr>
              <w:spacing w:after="0" w:line="245" w:lineRule="auto"/>
              <w:rPr>
                <w:rFonts w:cs="Arial"/>
              </w:rPr>
            </w:pPr>
          </w:p>
        </w:tc>
      </w:tr>
      <w:tr w:rsidR="006F1E9B" w:rsidRPr="005A66AF" w14:paraId="6E0566D0" w14:textId="77777777" w:rsidTr="004A45B5">
        <w:trPr>
          <w:trHeight w:val="71"/>
          <w:jc w:val="center"/>
        </w:trPr>
        <w:tc>
          <w:tcPr>
            <w:tcW w:w="2232" w:type="dxa"/>
            <w:vMerge/>
            <w:tcBorders>
              <w:bottom w:val="single" w:sz="18" w:space="0" w:color="auto"/>
            </w:tcBorders>
            <w:tcMar>
              <w:top w:w="100" w:type="dxa"/>
              <w:left w:w="110" w:type="dxa"/>
              <w:bottom w:w="100" w:type="dxa"/>
              <w:right w:w="110" w:type="dxa"/>
            </w:tcMar>
            <w:vAlign w:val="center"/>
          </w:tcPr>
          <w:p w14:paraId="7E7D41C6" w14:textId="77777777" w:rsidR="006F1E9B" w:rsidRPr="006E3441" w:rsidRDefault="006F1E9B">
            <w:pPr>
              <w:spacing w:after="0" w:line="245" w:lineRule="auto"/>
              <w:rPr>
                <w:rFonts w:cs="Arial"/>
                <w:sz w:val="24"/>
                <w:szCs w:val="24"/>
              </w:rPr>
            </w:pPr>
          </w:p>
        </w:tc>
        <w:tc>
          <w:tcPr>
            <w:tcW w:w="2951" w:type="dxa"/>
            <w:tcBorders>
              <w:bottom w:val="single" w:sz="18" w:space="0" w:color="auto"/>
            </w:tcBorders>
            <w:tcMar>
              <w:top w:w="100" w:type="dxa"/>
              <w:left w:w="110" w:type="dxa"/>
              <w:bottom w:w="100" w:type="dxa"/>
              <w:right w:w="110" w:type="dxa"/>
            </w:tcMar>
            <w:vAlign w:val="center"/>
          </w:tcPr>
          <w:p w14:paraId="26514623" w14:textId="77777777" w:rsidR="006F1E9B" w:rsidRPr="005A66AF" w:rsidRDefault="006F1E9B">
            <w:pPr>
              <w:spacing w:after="0" w:line="245" w:lineRule="auto"/>
              <w:rPr>
                <w:rFonts w:cs="Arial"/>
              </w:rPr>
            </w:pPr>
          </w:p>
        </w:tc>
        <w:tc>
          <w:tcPr>
            <w:tcW w:w="4752" w:type="dxa"/>
            <w:tcBorders>
              <w:bottom w:val="single" w:sz="18" w:space="0" w:color="auto"/>
              <w:right w:val="single" w:sz="12" w:space="0" w:color="auto"/>
            </w:tcBorders>
            <w:tcMar>
              <w:top w:w="100" w:type="dxa"/>
              <w:left w:w="110" w:type="dxa"/>
              <w:bottom w:w="100" w:type="dxa"/>
              <w:right w:w="110" w:type="dxa"/>
            </w:tcMar>
            <w:vAlign w:val="center"/>
          </w:tcPr>
          <w:p w14:paraId="16FC7446" w14:textId="77777777" w:rsidR="006F1E9B" w:rsidRPr="005A66AF" w:rsidRDefault="006F1E9B">
            <w:pPr>
              <w:spacing w:after="0" w:line="245" w:lineRule="auto"/>
              <w:rPr>
                <w:rFonts w:cs="Arial"/>
              </w:rPr>
            </w:pPr>
          </w:p>
        </w:tc>
      </w:tr>
      <w:tr w:rsidR="008D1049" w:rsidRPr="005A66AF" w14:paraId="34CD044C" w14:textId="77777777" w:rsidTr="004A45B5">
        <w:trPr>
          <w:trHeight w:val="72"/>
          <w:jc w:val="center"/>
        </w:trPr>
        <w:tc>
          <w:tcPr>
            <w:tcW w:w="2232" w:type="dxa"/>
            <w:vMerge w:val="restart"/>
            <w:tcBorders>
              <w:top w:val="single" w:sz="18" w:space="0" w:color="auto"/>
            </w:tcBorders>
            <w:shd w:val="clear" w:color="auto" w:fill="F5F7F9"/>
            <w:tcMar>
              <w:top w:w="100" w:type="dxa"/>
              <w:left w:w="110" w:type="dxa"/>
              <w:bottom w:w="100" w:type="dxa"/>
              <w:right w:w="110" w:type="dxa"/>
            </w:tcMar>
            <w:vAlign w:val="center"/>
          </w:tcPr>
          <w:p w14:paraId="07B83AEF" w14:textId="77777777" w:rsidR="008D1049" w:rsidRPr="006E3441" w:rsidRDefault="008D1049">
            <w:pPr>
              <w:spacing w:after="0" w:line="245" w:lineRule="auto"/>
              <w:rPr>
                <w:rFonts w:cs="Arial"/>
                <w:sz w:val="24"/>
                <w:szCs w:val="24"/>
              </w:rPr>
            </w:pPr>
            <w:r w:rsidRPr="006E3441">
              <w:rPr>
                <w:rFonts w:cs="Arial"/>
                <w:sz w:val="24"/>
                <w:szCs w:val="24"/>
              </w:rPr>
              <w:t>People I serve</w:t>
            </w:r>
          </w:p>
        </w:tc>
        <w:tc>
          <w:tcPr>
            <w:tcW w:w="2951" w:type="dxa"/>
            <w:tcBorders>
              <w:top w:val="single" w:sz="18" w:space="0" w:color="auto"/>
            </w:tcBorders>
            <w:shd w:val="clear" w:color="auto" w:fill="F5F7F9"/>
            <w:tcMar>
              <w:top w:w="100" w:type="dxa"/>
              <w:left w:w="110" w:type="dxa"/>
              <w:bottom w:w="100" w:type="dxa"/>
              <w:right w:w="110" w:type="dxa"/>
            </w:tcMar>
            <w:vAlign w:val="center"/>
          </w:tcPr>
          <w:p w14:paraId="41B98B5C" w14:textId="3EF8FED8" w:rsidR="008D1049" w:rsidRPr="005A66AF" w:rsidRDefault="008D1049">
            <w:pPr>
              <w:spacing w:after="0" w:line="245" w:lineRule="auto"/>
              <w:rPr>
                <w:rFonts w:cs="Arial"/>
              </w:rPr>
            </w:pPr>
          </w:p>
        </w:tc>
        <w:tc>
          <w:tcPr>
            <w:tcW w:w="4752" w:type="dxa"/>
            <w:tcBorders>
              <w:top w:val="single" w:sz="18" w:space="0" w:color="auto"/>
              <w:right w:val="single" w:sz="12" w:space="0" w:color="auto"/>
            </w:tcBorders>
            <w:shd w:val="clear" w:color="auto" w:fill="F5F7F9"/>
            <w:tcMar>
              <w:top w:w="100" w:type="dxa"/>
              <w:left w:w="110" w:type="dxa"/>
              <w:bottom w:w="100" w:type="dxa"/>
              <w:right w:w="110" w:type="dxa"/>
            </w:tcMar>
            <w:vAlign w:val="center"/>
          </w:tcPr>
          <w:p w14:paraId="06242C88" w14:textId="3EAE477B" w:rsidR="008D1049" w:rsidRPr="005A66AF" w:rsidRDefault="008D1049">
            <w:pPr>
              <w:spacing w:after="0" w:line="245" w:lineRule="auto"/>
              <w:rPr>
                <w:rFonts w:cs="Arial"/>
              </w:rPr>
            </w:pPr>
          </w:p>
        </w:tc>
      </w:tr>
      <w:tr w:rsidR="008D1049" w:rsidRPr="005A66AF" w14:paraId="506FD763" w14:textId="77777777" w:rsidTr="004A45B5">
        <w:trPr>
          <w:trHeight w:val="71"/>
          <w:jc w:val="center"/>
        </w:trPr>
        <w:tc>
          <w:tcPr>
            <w:tcW w:w="2232" w:type="dxa"/>
            <w:vMerge/>
            <w:shd w:val="clear" w:color="auto" w:fill="F5F7F9"/>
            <w:tcMar>
              <w:top w:w="100" w:type="dxa"/>
              <w:left w:w="110" w:type="dxa"/>
              <w:bottom w:w="100" w:type="dxa"/>
              <w:right w:w="110" w:type="dxa"/>
            </w:tcMar>
            <w:vAlign w:val="center"/>
          </w:tcPr>
          <w:p w14:paraId="0CEC9F6A" w14:textId="77777777" w:rsidR="008D1049" w:rsidRPr="006E3441" w:rsidRDefault="008D1049">
            <w:pPr>
              <w:spacing w:after="0" w:line="245" w:lineRule="auto"/>
              <w:rPr>
                <w:rFonts w:cs="Arial"/>
                <w:sz w:val="24"/>
                <w:szCs w:val="24"/>
              </w:rPr>
            </w:pPr>
          </w:p>
        </w:tc>
        <w:tc>
          <w:tcPr>
            <w:tcW w:w="2951" w:type="dxa"/>
            <w:shd w:val="clear" w:color="auto" w:fill="F5F7F9"/>
            <w:tcMar>
              <w:top w:w="100" w:type="dxa"/>
              <w:left w:w="110" w:type="dxa"/>
              <w:bottom w:w="100" w:type="dxa"/>
              <w:right w:w="110" w:type="dxa"/>
            </w:tcMar>
            <w:vAlign w:val="center"/>
          </w:tcPr>
          <w:p w14:paraId="6CAC59F5" w14:textId="77777777" w:rsidR="008D1049" w:rsidRPr="005A66AF" w:rsidRDefault="008D1049">
            <w:pPr>
              <w:spacing w:after="0" w:line="245" w:lineRule="auto"/>
              <w:rPr>
                <w:rFonts w:cs="Arial"/>
              </w:rPr>
            </w:pPr>
          </w:p>
        </w:tc>
        <w:tc>
          <w:tcPr>
            <w:tcW w:w="4752" w:type="dxa"/>
            <w:tcBorders>
              <w:right w:val="single" w:sz="12" w:space="0" w:color="auto"/>
            </w:tcBorders>
            <w:shd w:val="clear" w:color="auto" w:fill="F5F7F9"/>
            <w:tcMar>
              <w:top w:w="100" w:type="dxa"/>
              <w:left w:w="110" w:type="dxa"/>
              <w:bottom w:w="100" w:type="dxa"/>
              <w:right w:w="110" w:type="dxa"/>
            </w:tcMar>
            <w:vAlign w:val="center"/>
          </w:tcPr>
          <w:p w14:paraId="2B03EB8A" w14:textId="77777777" w:rsidR="008D1049" w:rsidRPr="005A66AF" w:rsidRDefault="008D1049">
            <w:pPr>
              <w:spacing w:after="0" w:line="245" w:lineRule="auto"/>
              <w:rPr>
                <w:rFonts w:cs="Arial"/>
              </w:rPr>
            </w:pPr>
          </w:p>
        </w:tc>
      </w:tr>
      <w:tr w:rsidR="008D1049" w:rsidRPr="005A66AF" w14:paraId="2291F21B" w14:textId="77777777" w:rsidTr="004A45B5">
        <w:trPr>
          <w:trHeight w:val="71"/>
          <w:jc w:val="center"/>
        </w:trPr>
        <w:tc>
          <w:tcPr>
            <w:tcW w:w="2232" w:type="dxa"/>
            <w:vMerge/>
            <w:shd w:val="clear" w:color="auto" w:fill="F5F7F9"/>
            <w:tcMar>
              <w:top w:w="100" w:type="dxa"/>
              <w:left w:w="110" w:type="dxa"/>
              <w:bottom w:w="100" w:type="dxa"/>
              <w:right w:w="110" w:type="dxa"/>
            </w:tcMar>
            <w:vAlign w:val="center"/>
          </w:tcPr>
          <w:p w14:paraId="6DA6CB07" w14:textId="77777777" w:rsidR="008D1049" w:rsidRPr="006E3441" w:rsidRDefault="008D1049">
            <w:pPr>
              <w:spacing w:after="0" w:line="245" w:lineRule="auto"/>
              <w:rPr>
                <w:rFonts w:cs="Arial"/>
                <w:sz w:val="24"/>
                <w:szCs w:val="24"/>
              </w:rPr>
            </w:pPr>
          </w:p>
        </w:tc>
        <w:tc>
          <w:tcPr>
            <w:tcW w:w="2951" w:type="dxa"/>
            <w:shd w:val="clear" w:color="auto" w:fill="F5F7F9"/>
            <w:tcMar>
              <w:top w:w="100" w:type="dxa"/>
              <w:left w:w="110" w:type="dxa"/>
              <w:bottom w:w="100" w:type="dxa"/>
              <w:right w:w="110" w:type="dxa"/>
            </w:tcMar>
            <w:vAlign w:val="center"/>
          </w:tcPr>
          <w:p w14:paraId="32C7B21F" w14:textId="77777777" w:rsidR="008D1049" w:rsidRPr="005A66AF" w:rsidRDefault="008D1049">
            <w:pPr>
              <w:spacing w:after="0" w:line="245" w:lineRule="auto"/>
              <w:rPr>
                <w:rFonts w:cs="Arial"/>
              </w:rPr>
            </w:pPr>
          </w:p>
        </w:tc>
        <w:tc>
          <w:tcPr>
            <w:tcW w:w="4752" w:type="dxa"/>
            <w:tcBorders>
              <w:right w:val="single" w:sz="12" w:space="0" w:color="auto"/>
            </w:tcBorders>
            <w:shd w:val="clear" w:color="auto" w:fill="F5F7F9"/>
            <w:tcMar>
              <w:top w:w="100" w:type="dxa"/>
              <w:left w:w="110" w:type="dxa"/>
              <w:bottom w:w="100" w:type="dxa"/>
              <w:right w:w="110" w:type="dxa"/>
            </w:tcMar>
            <w:vAlign w:val="center"/>
          </w:tcPr>
          <w:p w14:paraId="32091C5D" w14:textId="77777777" w:rsidR="008D1049" w:rsidRPr="005A66AF" w:rsidRDefault="008D1049">
            <w:pPr>
              <w:spacing w:after="0" w:line="245" w:lineRule="auto"/>
              <w:rPr>
                <w:rFonts w:cs="Arial"/>
              </w:rPr>
            </w:pPr>
          </w:p>
        </w:tc>
      </w:tr>
      <w:tr w:rsidR="008D1049" w:rsidRPr="005A66AF" w14:paraId="5FC9ABFA" w14:textId="77777777" w:rsidTr="004A45B5">
        <w:trPr>
          <w:trHeight w:val="71"/>
          <w:jc w:val="center"/>
        </w:trPr>
        <w:tc>
          <w:tcPr>
            <w:tcW w:w="2232" w:type="dxa"/>
            <w:vMerge/>
            <w:tcBorders>
              <w:bottom w:val="single" w:sz="18" w:space="0" w:color="auto"/>
            </w:tcBorders>
            <w:shd w:val="clear" w:color="auto" w:fill="F5F7F9"/>
            <w:tcMar>
              <w:top w:w="100" w:type="dxa"/>
              <w:left w:w="110" w:type="dxa"/>
              <w:bottom w:w="100" w:type="dxa"/>
              <w:right w:w="110" w:type="dxa"/>
            </w:tcMar>
            <w:vAlign w:val="center"/>
          </w:tcPr>
          <w:p w14:paraId="5401B2E0" w14:textId="77777777" w:rsidR="008D1049" w:rsidRPr="006E3441" w:rsidRDefault="008D1049">
            <w:pPr>
              <w:spacing w:after="0" w:line="245" w:lineRule="auto"/>
              <w:rPr>
                <w:rFonts w:cs="Arial"/>
                <w:sz w:val="24"/>
                <w:szCs w:val="24"/>
              </w:rPr>
            </w:pPr>
          </w:p>
        </w:tc>
        <w:tc>
          <w:tcPr>
            <w:tcW w:w="2951" w:type="dxa"/>
            <w:tcBorders>
              <w:bottom w:val="single" w:sz="18" w:space="0" w:color="auto"/>
            </w:tcBorders>
            <w:shd w:val="clear" w:color="auto" w:fill="F5F7F9"/>
            <w:tcMar>
              <w:top w:w="100" w:type="dxa"/>
              <w:left w:w="110" w:type="dxa"/>
              <w:bottom w:w="100" w:type="dxa"/>
              <w:right w:w="110" w:type="dxa"/>
            </w:tcMar>
            <w:vAlign w:val="center"/>
          </w:tcPr>
          <w:p w14:paraId="603816A3" w14:textId="77777777" w:rsidR="008D1049" w:rsidRPr="005A66AF" w:rsidRDefault="008D1049">
            <w:pPr>
              <w:spacing w:after="0" w:line="245" w:lineRule="auto"/>
              <w:rPr>
                <w:rFonts w:cs="Arial"/>
              </w:rPr>
            </w:pPr>
          </w:p>
        </w:tc>
        <w:tc>
          <w:tcPr>
            <w:tcW w:w="4752" w:type="dxa"/>
            <w:tcBorders>
              <w:bottom w:val="single" w:sz="18" w:space="0" w:color="auto"/>
              <w:right w:val="single" w:sz="12" w:space="0" w:color="auto"/>
            </w:tcBorders>
            <w:shd w:val="clear" w:color="auto" w:fill="F5F7F9"/>
            <w:tcMar>
              <w:top w:w="100" w:type="dxa"/>
              <w:left w:w="110" w:type="dxa"/>
              <w:bottom w:w="100" w:type="dxa"/>
              <w:right w:w="110" w:type="dxa"/>
            </w:tcMar>
            <w:vAlign w:val="center"/>
          </w:tcPr>
          <w:p w14:paraId="62C94E31" w14:textId="77777777" w:rsidR="008D1049" w:rsidRPr="005A66AF" w:rsidRDefault="008D1049">
            <w:pPr>
              <w:spacing w:after="0" w:line="245" w:lineRule="auto"/>
              <w:rPr>
                <w:rFonts w:cs="Arial"/>
              </w:rPr>
            </w:pPr>
          </w:p>
        </w:tc>
      </w:tr>
      <w:tr w:rsidR="00387430" w:rsidRPr="005A66AF" w14:paraId="213CAF37" w14:textId="77777777" w:rsidTr="004A45B5">
        <w:trPr>
          <w:trHeight w:val="95"/>
          <w:jc w:val="center"/>
        </w:trPr>
        <w:tc>
          <w:tcPr>
            <w:tcW w:w="2232" w:type="dxa"/>
            <w:vMerge w:val="restart"/>
            <w:tcBorders>
              <w:top w:val="single" w:sz="18" w:space="0" w:color="auto"/>
            </w:tcBorders>
            <w:tcMar>
              <w:top w:w="100" w:type="dxa"/>
              <w:left w:w="110" w:type="dxa"/>
              <w:bottom w:w="100" w:type="dxa"/>
              <w:right w:w="110" w:type="dxa"/>
            </w:tcMar>
            <w:vAlign w:val="center"/>
          </w:tcPr>
          <w:p w14:paraId="382A9580" w14:textId="77777777" w:rsidR="00387430" w:rsidRPr="006E3441" w:rsidRDefault="00387430">
            <w:pPr>
              <w:spacing w:after="0" w:line="245" w:lineRule="auto"/>
              <w:rPr>
                <w:rFonts w:cs="Arial"/>
                <w:sz w:val="24"/>
                <w:szCs w:val="24"/>
              </w:rPr>
            </w:pPr>
            <w:r w:rsidRPr="006E3441">
              <w:rPr>
                <w:rFonts w:cs="Arial"/>
                <w:sz w:val="24"/>
                <w:szCs w:val="24"/>
              </w:rPr>
              <w:t>Internal partners</w:t>
            </w:r>
          </w:p>
        </w:tc>
        <w:tc>
          <w:tcPr>
            <w:tcW w:w="2951" w:type="dxa"/>
            <w:tcBorders>
              <w:top w:val="single" w:sz="18" w:space="0" w:color="auto"/>
            </w:tcBorders>
            <w:tcMar>
              <w:top w:w="100" w:type="dxa"/>
              <w:left w:w="110" w:type="dxa"/>
              <w:bottom w:w="100" w:type="dxa"/>
              <w:right w:w="110" w:type="dxa"/>
            </w:tcMar>
            <w:vAlign w:val="center"/>
          </w:tcPr>
          <w:p w14:paraId="54B62AB0" w14:textId="75DEA542" w:rsidR="00387430" w:rsidRPr="005A66AF" w:rsidRDefault="00387430">
            <w:pPr>
              <w:spacing w:after="0" w:line="245" w:lineRule="auto"/>
              <w:rPr>
                <w:rFonts w:cs="Arial"/>
              </w:rPr>
            </w:pPr>
          </w:p>
        </w:tc>
        <w:tc>
          <w:tcPr>
            <w:tcW w:w="4752" w:type="dxa"/>
            <w:tcBorders>
              <w:top w:val="single" w:sz="18" w:space="0" w:color="auto"/>
              <w:right w:val="single" w:sz="12" w:space="0" w:color="auto"/>
            </w:tcBorders>
            <w:tcMar>
              <w:top w:w="100" w:type="dxa"/>
              <w:left w:w="110" w:type="dxa"/>
              <w:bottom w:w="100" w:type="dxa"/>
              <w:right w:w="110" w:type="dxa"/>
            </w:tcMar>
            <w:vAlign w:val="center"/>
          </w:tcPr>
          <w:p w14:paraId="6B907DF2" w14:textId="7155710B" w:rsidR="00387430" w:rsidRPr="005A66AF" w:rsidRDefault="00387430">
            <w:pPr>
              <w:spacing w:after="0" w:line="245" w:lineRule="auto"/>
              <w:rPr>
                <w:rFonts w:cs="Arial"/>
              </w:rPr>
            </w:pPr>
          </w:p>
        </w:tc>
      </w:tr>
      <w:tr w:rsidR="00387430" w:rsidRPr="005A66AF" w14:paraId="251E3D80" w14:textId="77777777" w:rsidTr="004A45B5">
        <w:trPr>
          <w:trHeight w:val="95"/>
          <w:jc w:val="center"/>
        </w:trPr>
        <w:tc>
          <w:tcPr>
            <w:tcW w:w="2232" w:type="dxa"/>
            <w:vMerge/>
            <w:tcBorders>
              <w:bottom w:val="single" w:sz="18" w:space="0" w:color="auto"/>
            </w:tcBorders>
            <w:tcMar>
              <w:top w:w="100" w:type="dxa"/>
              <w:left w:w="110" w:type="dxa"/>
              <w:bottom w:w="100" w:type="dxa"/>
              <w:right w:w="110" w:type="dxa"/>
            </w:tcMar>
            <w:vAlign w:val="center"/>
          </w:tcPr>
          <w:p w14:paraId="2D69F7F7" w14:textId="77777777" w:rsidR="00387430" w:rsidRPr="006E3441" w:rsidRDefault="00387430">
            <w:pPr>
              <w:spacing w:after="0" w:line="245" w:lineRule="auto"/>
              <w:rPr>
                <w:rFonts w:cs="Arial"/>
                <w:sz w:val="24"/>
                <w:szCs w:val="24"/>
              </w:rPr>
            </w:pPr>
          </w:p>
        </w:tc>
        <w:tc>
          <w:tcPr>
            <w:tcW w:w="2951" w:type="dxa"/>
            <w:tcMar>
              <w:top w:w="100" w:type="dxa"/>
              <w:left w:w="110" w:type="dxa"/>
              <w:bottom w:w="100" w:type="dxa"/>
              <w:right w:w="110" w:type="dxa"/>
            </w:tcMar>
            <w:vAlign w:val="center"/>
          </w:tcPr>
          <w:p w14:paraId="555A8563" w14:textId="77777777" w:rsidR="00387430" w:rsidRPr="005A66AF" w:rsidRDefault="00387430">
            <w:pPr>
              <w:spacing w:after="0" w:line="245" w:lineRule="auto"/>
              <w:rPr>
                <w:rFonts w:cs="Arial"/>
              </w:rPr>
            </w:pPr>
          </w:p>
        </w:tc>
        <w:tc>
          <w:tcPr>
            <w:tcW w:w="4752" w:type="dxa"/>
            <w:tcBorders>
              <w:right w:val="single" w:sz="12" w:space="0" w:color="auto"/>
            </w:tcBorders>
            <w:tcMar>
              <w:top w:w="100" w:type="dxa"/>
              <w:left w:w="110" w:type="dxa"/>
              <w:bottom w:w="100" w:type="dxa"/>
              <w:right w:w="110" w:type="dxa"/>
            </w:tcMar>
            <w:vAlign w:val="center"/>
          </w:tcPr>
          <w:p w14:paraId="0CBC0BD2" w14:textId="77777777" w:rsidR="00387430" w:rsidRPr="005A66AF" w:rsidRDefault="00387430">
            <w:pPr>
              <w:spacing w:after="0" w:line="245" w:lineRule="auto"/>
              <w:rPr>
                <w:rFonts w:cs="Arial"/>
              </w:rPr>
            </w:pPr>
          </w:p>
        </w:tc>
      </w:tr>
      <w:tr w:rsidR="00387430" w:rsidRPr="005A66AF" w14:paraId="24BC66F7" w14:textId="77777777" w:rsidTr="004A45B5">
        <w:trPr>
          <w:trHeight w:val="95"/>
          <w:jc w:val="center"/>
        </w:trPr>
        <w:tc>
          <w:tcPr>
            <w:tcW w:w="2232" w:type="dxa"/>
            <w:vMerge/>
            <w:tcBorders>
              <w:top w:val="single" w:sz="18" w:space="0" w:color="auto"/>
              <w:bottom w:val="single" w:sz="18" w:space="0" w:color="auto"/>
            </w:tcBorders>
            <w:tcMar>
              <w:top w:w="100" w:type="dxa"/>
              <w:left w:w="110" w:type="dxa"/>
              <w:bottom w:w="100" w:type="dxa"/>
              <w:right w:w="110" w:type="dxa"/>
            </w:tcMar>
            <w:vAlign w:val="center"/>
          </w:tcPr>
          <w:p w14:paraId="142A128C" w14:textId="77777777" w:rsidR="00387430" w:rsidRPr="006E3441" w:rsidRDefault="00387430">
            <w:pPr>
              <w:spacing w:after="0" w:line="245" w:lineRule="auto"/>
              <w:rPr>
                <w:rFonts w:cs="Arial"/>
                <w:sz w:val="24"/>
                <w:szCs w:val="24"/>
              </w:rPr>
            </w:pPr>
          </w:p>
        </w:tc>
        <w:tc>
          <w:tcPr>
            <w:tcW w:w="2951" w:type="dxa"/>
            <w:tcBorders>
              <w:bottom w:val="single" w:sz="18" w:space="0" w:color="auto"/>
            </w:tcBorders>
            <w:tcMar>
              <w:top w:w="100" w:type="dxa"/>
              <w:left w:w="110" w:type="dxa"/>
              <w:bottom w:w="100" w:type="dxa"/>
              <w:right w:w="110" w:type="dxa"/>
            </w:tcMar>
            <w:vAlign w:val="center"/>
          </w:tcPr>
          <w:p w14:paraId="2D163D6F" w14:textId="77777777" w:rsidR="00387430" w:rsidRPr="005A66AF" w:rsidRDefault="00387430">
            <w:pPr>
              <w:spacing w:after="0" w:line="245" w:lineRule="auto"/>
              <w:rPr>
                <w:rFonts w:cs="Arial"/>
              </w:rPr>
            </w:pPr>
          </w:p>
        </w:tc>
        <w:tc>
          <w:tcPr>
            <w:tcW w:w="4752" w:type="dxa"/>
            <w:tcBorders>
              <w:bottom w:val="single" w:sz="18" w:space="0" w:color="auto"/>
              <w:right w:val="single" w:sz="12" w:space="0" w:color="auto"/>
            </w:tcBorders>
            <w:tcMar>
              <w:top w:w="100" w:type="dxa"/>
              <w:left w:w="110" w:type="dxa"/>
              <w:bottom w:w="100" w:type="dxa"/>
              <w:right w:w="110" w:type="dxa"/>
            </w:tcMar>
            <w:vAlign w:val="center"/>
          </w:tcPr>
          <w:p w14:paraId="493F841F" w14:textId="77777777" w:rsidR="00387430" w:rsidRPr="005A66AF" w:rsidRDefault="00387430">
            <w:pPr>
              <w:spacing w:after="0" w:line="245" w:lineRule="auto"/>
              <w:rPr>
                <w:rFonts w:cs="Arial"/>
              </w:rPr>
            </w:pPr>
          </w:p>
        </w:tc>
      </w:tr>
      <w:tr w:rsidR="00387430" w:rsidRPr="005A66AF" w14:paraId="6C2894B9" w14:textId="77777777" w:rsidTr="004A45B5">
        <w:trPr>
          <w:trHeight w:val="190"/>
          <w:jc w:val="center"/>
        </w:trPr>
        <w:tc>
          <w:tcPr>
            <w:tcW w:w="2232" w:type="dxa"/>
            <w:vMerge w:val="restart"/>
            <w:tcBorders>
              <w:top w:val="single" w:sz="18" w:space="0" w:color="auto"/>
            </w:tcBorders>
            <w:shd w:val="clear" w:color="auto" w:fill="F5F7F9"/>
            <w:tcMar>
              <w:top w:w="100" w:type="dxa"/>
              <w:left w:w="110" w:type="dxa"/>
              <w:bottom w:w="100" w:type="dxa"/>
              <w:right w:w="110" w:type="dxa"/>
            </w:tcMar>
            <w:vAlign w:val="center"/>
          </w:tcPr>
          <w:p w14:paraId="301AA606" w14:textId="77777777" w:rsidR="00387430" w:rsidRPr="006E3441" w:rsidRDefault="00387430">
            <w:pPr>
              <w:spacing w:after="0" w:line="245" w:lineRule="auto"/>
              <w:rPr>
                <w:rFonts w:cs="Arial"/>
                <w:sz w:val="24"/>
                <w:szCs w:val="24"/>
              </w:rPr>
            </w:pPr>
            <w:r w:rsidRPr="006E3441">
              <w:rPr>
                <w:rFonts w:cs="Arial"/>
                <w:sz w:val="24"/>
                <w:szCs w:val="24"/>
              </w:rPr>
              <w:t>External stakeholders</w:t>
            </w:r>
          </w:p>
        </w:tc>
        <w:tc>
          <w:tcPr>
            <w:tcW w:w="2951" w:type="dxa"/>
            <w:tcBorders>
              <w:top w:val="single" w:sz="18" w:space="0" w:color="auto"/>
            </w:tcBorders>
            <w:shd w:val="clear" w:color="auto" w:fill="F5F7F9"/>
            <w:tcMar>
              <w:top w:w="100" w:type="dxa"/>
              <w:left w:w="110" w:type="dxa"/>
              <w:bottom w:w="100" w:type="dxa"/>
              <w:right w:w="110" w:type="dxa"/>
            </w:tcMar>
            <w:vAlign w:val="center"/>
          </w:tcPr>
          <w:p w14:paraId="0960143E" w14:textId="5EE2D733" w:rsidR="00387430" w:rsidRPr="005A66AF" w:rsidRDefault="00387430">
            <w:pPr>
              <w:spacing w:after="0" w:line="245" w:lineRule="auto"/>
              <w:rPr>
                <w:rFonts w:cs="Arial"/>
              </w:rPr>
            </w:pPr>
          </w:p>
        </w:tc>
        <w:tc>
          <w:tcPr>
            <w:tcW w:w="4752" w:type="dxa"/>
            <w:tcBorders>
              <w:top w:val="single" w:sz="18" w:space="0" w:color="auto"/>
              <w:right w:val="single" w:sz="12" w:space="0" w:color="auto"/>
            </w:tcBorders>
            <w:shd w:val="clear" w:color="auto" w:fill="F5F7F9"/>
            <w:tcMar>
              <w:top w:w="100" w:type="dxa"/>
              <w:left w:w="110" w:type="dxa"/>
              <w:bottom w:w="100" w:type="dxa"/>
              <w:right w:w="110" w:type="dxa"/>
            </w:tcMar>
            <w:vAlign w:val="center"/>
          </w:tcPr>
          <w:p w14:paraId="45F53CC1" w14:textId="7976D553" w:rsidR="00387430" w:rsidRPr="005A66AF" w:rsidRDefault="00387430">
            <w:pPr>
              <w:spacing w:after="0" w:line="245" w:lineRule="auto"/>
              <w:rPr>
                <w:rFonts w:cs="Arial"/>
              </w:rPr>
            </w:pPr>
          </w:p>
        </w:tc>
      </w:tr>
      <w:tr w:rsidR="00387430" w:rsidRPr="005A66AF" w14:paraId="4E1505CF" w14:textId="77777777" w:rsidTr="004A45B5">
        <w:trPr>
          <w:trHeight w:val="190"/>
          <w:jc w:val="center"/>
        </w:trPr>
        <w:tc>
          <w:tcPr>
            <w:tcW w:w="2232" w:type="dxa"/>
            <w:vMerge/>
            <w:shd w:val="clear" w:color="auto" w:fill="F5F7F9"/>
            <w:tcMar>
              <w:top w:w="100" w:type="dxa"/>
              <w:left w:w="110" w:type="dxa"/>
              <w:bottom w:w="100" w:type="dxa"/>
              <w:right w:w="110" w:type="dxa"/>
            </w:tcMar>
            <w:vAlign w:val="center"/>
          </w:tcPr>
          <w:p w14:paraId="373AE813" w14:textId="77777777" w:rsidR="00387430" w:rsidRPr="006E3441" w:rsidRDefault="00387430">
            <w:pPr>
              <w:spacing w:after="0" w:line="245" w:lineRule="auto"/>
              <w:rPr>
                <w:rFonts w:cs="Arial"/>
                <w:sz w:val="24"/>
                <w:szCs w:val="24"/>
              </w:rPr>
            </w:pPr>
          </w:p>
        </w:tc>
        <w:tc>
          <w:tcPr>
            <w:tcW w:w="2951" w:type="dxa"/>
            <w:shd w:val="clear" w:color="auto" w:fill="F5F7F9"/>
            <w:tcMar>
              <w:top w:w="100" w:type="dxa"/>
              <w:left w:w="110" w:type="dxa"/>
              <w:bottom w:w="100" w:type="dxa"/>
              <w:right w:w="110" w:type="dxa"/>
            </w:tcMar>
            <w:vAlign w:val="center"/>
          </w:tcPr>
          <w:p w14:paraId="69E60322" w14:textId="77777777" w:rsidR="00387430" w:rsidRPr="005A66AF" w:rsidRDefault="00387430">
            <w:pPr>
              <w:spacing w:after="0" w:line="245" w:lineRule="auto"/>
              <w:rPr>
                <w:rFonts w:cs="Arial"/>
              </w:rPr>
            </w:pPr>
          </w:p>
        </w:tc>
        <w:tc>
          <w:tcPr>
            <w:tcW w:w="4752" w:type="dxa"/>
            <w:tcBorders>
              <w:right w:val="single" w:sz="12" w:space="0" w:color="auto"/>
            </w:tcBorders>
            <w:shd w:val="clear" w:color="auto" w:fill="F5F7F9"/>
            <w:tcMar>
              <w:top w:w="100" w:type="dxa"/>
              <w:left w:w="110" w:type="dxa"/>
              <w:bottom w:w="100" w:type="dxa"/>
              <w:right w:w="110" w:type="dxa"/>
            </w:tcMar>
            <w:vAlign w:val="center"/>
          </w:tcPr>
          <w:p w14:paraId="38130E36" w14:textId="77777777" w:rsidR="00387430" w:rsidRPr="005A66AF" w:rsidRDefault="00387430">
            <w:pPr>
              <w:spacing w:after="0" w:line="245" w:lineRule="auto"/>
              <w:rPr>
                <w:rFonts w:cs="Arial"/>
              </w:rPr>
            </w:pPr>
          </w:p>
        </w:tc>
      </w:tr>
      <w:tr w:rsidR="00387430" w:rsidRPr="005A66AF" w14:paraId="64CCF619" w14:textId="77777777" w:rsidTr="004A45B5">
        <w:trPr>
          <w:trHeight w:val="190"/>
          <w:jc w:val="center"/>
        </w:trPr>
        <w:tc>
          <w:tcPr>
            <w:tcW w:w="2232" w:type="dxa"/>
            <w:vMerge/>
            <w:tcBorders>
              <w:bottom w:val="single" w:sz="18" w:space="0" w:color="auto"/>
            </w:tcBorders>
            <w:shd w:val="clear" w:color="auto" w:fill="F5F7F9"/>
            <w:tcMar>
              <w:top w:w="100" w:type="dxa"/>
              <w:left w:w="110" w:type="dxa"/>
              <w:bottom w:w="100" w:type="dxa"/>
              <w:right w:w="110" w:type="dxa"/>
            </w:tcMar>
            <w:vAlign w:val="center"/>
          </w:tcPr>
          <w:p w14:paraId="178CA806" w14:textId="77777777" w:rsidR="00387430" w:rsidRPr="006E3441" w:rsidRDefault="00387430">
            <w:pPr>
              <w:spacing w:after="0" w:line="245" w:lineRule="auto"/>
              <w:rPr>
                <w:rFonts w:cs="Arial"/>
                <w:sz w:val="24"/>
                <w:szCs w:val="24"/>
              </w:rPr>
            </w:pPr>
          </w:p>
        </w:tc>
        <w:tc>
          <w:tcPr>
            <w:tcW w:w="2951" w:type="dxa"/>
            <w:tcBorders>
              <w:bottom w:val="single" w:sz="18" w:space="0" w:color="auto"/>
            </w:tcBorders>
            <w:shd w:val="clear" w:color="auto" w:fill="F5F7F9"/>
            <w:tcMar>
              <w:top w:w="100" w:type="dxa"/>
              <w:left w:w="110" w:type="dxa"/>
              <w:bottom w:w="100" w:type="dxa"/>
              <w:right w:w="110" w:type="dxa"/>
            </w:tcMar>
            <w:vAlign w:val="center"/>
          </w:tcPr>
          <w:p w14:paraId="0A16AF25" w14:textId="77777777" w:rsidR="00387430" w:rsidRPr="005A66AF" w:rsidRDefault="00387430">
            <w:pPr>
              <w:spacing w:after="0" w:line="245" w:lineRule="auto"/>
              <w:rPr>
                <w:rFonts w:cs="Arial"/>
              </w:rPr>
            </w:pPr>
          </w:p>
        </w:tc>
        <w:tc>
          <w:tcPr>
            <w:tcW w:w="4752" w:type="dxa"/>
            <w:tcBorders>
              <w:bottom w:val="single" w:sz="18" w:space="0" w:color="auto"/>
              <w:right w:val="single" w:sz="12" w:space="0" w:color="auto"/>
            </w:tcBorders>
            <w:shd w:val="clear" w:color="auto" w:fill="F5F7F9"/>
            <w:tcMar>
              <w:top w:w="100" w:type="dxa"/>
              <w:left w:w="110" w:type="dxa"/>
              <w:bottom w:w="100" w:type="dxa"/>
              <w:right w:w="110" w:type="dxa"/>
            </w:tcMar>
            <w:vAlign w:val="center"/>
          </w:tcPr>
          <w:p w14:paraId="2349E46D" w14:textId="77777777" w:rsidR="00387430" w:rsidRPr="005A66AF" w:rsidRDefault="00387430">
            <w:pPr>
              <w:spacing w:after="0" w:line="245" w:lineRule="auto"/>
              <w:rPr>
                <w:rFonts w:cs="Arial"/>
              </w:rPr>
            </w:pPr>
          </w:p>
        </w:tc>
      </w:tr>
      <w:tr w:rsidR="004937CA" w:rsidRPr="005A66AF" w14:paraId="3C350D51" w14:textId="77777777" w:rsidTr="004A45B5">
        <w:trPr>
          <w:trHeight w:val="420"/>
          <w:jc w:val="center"/>
        </w:trPr>
        <w:tc>
          <w:tcPr>
            <w:tcW w:w="2232" w:type="dxa"/>
            <w:vMerge w:val="restart"/>
            <w:tcBorders>
              <w:top w:val="single" w:sz="18" w:space="0" w:color="auto"/>
            </w:tcBorders>
            <w:tcMar>
              <w:top w:w="100" w:type="dxa"/>
              <w:left w:w="110" w:type="dxa"/>
              <w:bottom w:w="100" w:type="dxa"/>
              <w:right w:w="110" w:type="dxa"/>
            </w:tcMar>
            <w:vAlign w:val="center"/>
          </w:tcPr>
          <w:p w14:paraId="6BDE6A86" w14:textId="77777777" w:rsidR="004937CA" w:rsidRPr="006E3441" w:rsidRDefault="004937CA">
            <w:pPr>
              <w:spacing w:after="0" w:line="245" w:lineRule="auto"/>
              <w:rPr>
                <w:rFonts w:cs="Arial"/>
                <w:sz w:val="24"/>
                <w:szCs w:val="24"/>
              </w:rPr>
            </w:pPr>
            <w:r w:rsidRPr="006E3441">
              <w:rPr>
                <w:rFonts w:cs="Arial"/>
                <w:sz w:val="24"/>
                <w:szCs w:val="24"/>
              </w:rPr>
              <w:t xml:space="preserve">People who </w:t>
            </w:r>
            <w:proofErr w:type="spellStart"/>
            <w:r w:rsidRPr="006E3441">
              <w:rPr>
                <w:rFonts w:cs="Arial"/>
                <w:sz w:val="24"/>
                <w:szCs w:val="24"/>
              </w:rPr>
              <w:t>authorise</w:t>
            </w:r>
            <w:proofErr w:type="spellEnd"/>
            <w:r w:rsidRPr="006E3441">
              <w:rPr>
                <w:rFonts w:cs="Arial"/>
                <w:sz w:val="24"/>
                <w:szCs w:val="24"/>
              </w:rPr>
              <w:t xml:space="preserve"> or oversee my work</w:t>
            </w:r>
          </w:p>
        </w:tc>
        <w:tc>
          <w:tcPr>
            <w:tcW w:w="2951" w:type="dxa"/>
            <w:tcBorders>
              <w:top w:val="single" w:sz="18" w:space="0" w:color="auto"/>
            </w:tcBorders>
            <w:tcMar>
              <w:top w:w="100" w:type="dxa"/>
              <w:left w:w="110" w:type="dxa"/>
              <w:bottom w:w="100" w:type="dxa"/>
              <w:right w:w="110" w:type="dxa"/>
            </w:tcMar>
            <w:vAlign w:val="center"/>
          </w:tcPr>
          <w:p w14:paraId="4EA9977B" w14:textId="5DD73FAA" w:rsidR="004937CA" w:rsidRPr="005A66AF" w:rsidRDefault="004937CA">
            <w:pPr>
              <w:spacing w:after="0" w:line="245" w:lineRule="auto"/>
              <w:rPr>
                <w:rFonts w:cs="Arial"/>
              </w:rPr>
            </w:pPr>
          </w:p>
        </w:tc>
        <w:tc>
          <w:tcPr>
            <w:tcW w:w="4752" w:type="dxa"/>
            <w:tcBorders>
              <w:top w:val="single" w:sz="18" w:space="0" w:color="auto"/>
              <w:right w:val="single" w:sz="12" w:space="0" w:color="auto"/>
            </w:tcBorders>
            <w:tcMar>
              <w:top w:w="100" w:type="dxa"/>
              <w:left w:w="110" w:type="dxa"/>
              <w:bottom w:w="100" w:type="dxa"/>
              <w:right w:w="110" w:type="dxa"/>
            </w:tcMar>
            <w:vAlign w:val="center"/>
          </w:tcPr>
          <w:p w14:paraId="5B252CD0" w14:textId="3F6697B8" w:rsidR="004937CA" w:rsidRPr="005A66AF" w:rsidRDefault="004937CA">
            <w:pPr>
              <w:spacing w:after="0" w:line="245" w:lineRule="auto"/>
              <w:rPr>
                <w:rFonts w:cs="Arial"/>
              </w:rPr>
            </w:pPr>
          </w:p>
        </w:tc>
      </w:tr>
      <w:tr w:rsidR="004937CA" w:rsidRPr="005A66AF" w14:paraId="4A02A69A" w14:textId="77777777" w:rsidTr="004A45B5">
        <w:trPr>
          <w:trHeight w:val="420"/>
          <w:jc w:val="center"/>
        </w:trPr>
        <w:tc>
          <w:tcPr>
            <w:tcW w:w="2232" w:type="dxa"/>
            <w:vMerge/>
            <w:tcBorders>
              <w:bottom w:val="single" w:sz="18" w:space="0" w:color="auto"/>
            </w:tcBorders>
            <w:tcMar>
              <w:top w:w="100" w:type="dxa"/>
              <w:left w:w="110" w:type="dxa"/>
              <w:bottom w:w="100" w:type="dxa"/>
              <w:right w:w="110" w:type="dxa"/>
            </w:tcMar>
            <w:vAlign w:val="center"/>
          </w:tcPr>
          <w:p w14:paraId="7A4BA65C" w14:textId="77777777" w:rsidR="004937CA" w:rsidRPr="006E3441" w:rsidRDefault="004937CA">
            <w:pPr>
              <w:spacing w:after="0" w:line="245" w:lineRule="auto"/>
              <w:rPr>
                <w:rFonts w:cs="Arial"/>
                <w:sz w:val="24"/>
                <w:szCs w:val="24"/>
              </w:rPr>
            </w:pPr>
          </w:p>
        </w:tc>
        <w:tc>
          <w:tcPr>
            <w:tcW w:w="2951" w:type="dxa"/>
            <w:tcBorders>
              <w:bottom w:val="single" w:sz="18" w:space="0" w:color="auto"/>
            </w:tcBorders>
            <w:tcMar>
              <w:top w:w="100" w:type="dxa"/>
              <w:left w:w="110" w:type="dxa"/>
              <w:bottom w:w="100" w:type="dxa"/>
              <w:right w:w="110" w:type="dxa"/>
            </w:tcMar>
            <w:vAlign w:val="center"/>
          </w:tcPr>
          <w:p w14:paraId="433A1D8B" w14:textId="77777777" w:rsidR="004937CA" w:rsidRPr="005A66AF" w:rsidRDefault="004937CA">
            <w:pPr>
              <w:spacing w:after="0" w:line="245" w:lineRule="auto"/>
              <w:rPr>
                <w:rFonts w:cs="Arial"/>
              </w:rPr>
            </w:pPr>
          </w:p>
        </w:tc>
        <w:tc>
          <w:tcPr>
            <w:tcW w:w="4752" w:type="dxa"/>
            <w:tcBorders>
              <w:bottom w:val="single" w:sz="18" w:space="0" w:color="auto"/>
              <w:right w:val="single" w:sz="12" w:space="0" w:color="auto"/>
            </w:tcBorders>
            <w:tcMar>
              <w:top w:w="100" w:type="dxa"/>
              <w:left w:w="110" w:type="dxa"/>
              <w:bottom w:w="100" w:type="dxa"/>
              <w:right w:w="110" w:type="dxa"/>
            </w:tcMar>
            <w:vAlign w:val="center"/>
          </w:tcPr>
          <w:p w14:paraId="278C3CBB" w14:textId="77777777" w:rsidR="004937CA" w:rsidRPr="005A66AF" w:rsidRDefault="004937CA">
            <w:pPr>
              <w:spacing w:after="0" w:line="245" w:lineRule="auto"/>
              <w:rPr>
                <w:rFonts w:cs="Arial"/>
              </w:rPr>
            </w:pPr>
          </w:p>
        </w:tc>
      </w:tr>
    </w:tbl>
    <w:p w14:paraId="5A4CA987" w14:textId="77777777" w:rsidR="00707CE2" w:rsidRPr="005A66AF" w:rsidRDefault="00707CE2">
      <w:pPr>
        <w:spacing w:after="0"/>
        <w:rPr>
          <w:rFonts w:cs="Arial"/>
        </w:rPr>
      </w:pPr>
    </w:p>
    <w:p w14:paraId="3ED89803" w14:textId="77777777" w:rsidR="00E96C90" w:rsidRDefault="00A93172">
      <w:pPr>
        <w:spacing w:after="200" w:line="276" w:lineRule="auto"/>
        <w:rPr>
          <w:rFonts w:cs="Arial"/>
          <w:sz w:val="24"/>
          <w:szCs w:val="24"/>
        </w:rPr>
      </w:pPr>
      <w:r w:rsidRPr="00393FAF">
        <w:rPr>
          <w:rFonts w:cs="Arial"/>
          <w:sz w:val="24"/>
          <w:szCs w:val="24"/>
        </w:rPr>
        <w:t>Please add comments that will help you to clarify</w:t>
      </w:r>
      <w:r w:rsidR="00393FAF" w:rsidRPr="00393FAF">
        <w:rPr>
          <w:rFonts w:cs="Arial"/>
          <w:sz w:val="24"/>
          <w:szCs w:val="24"/>
        </w:rPr>
        <w:t xml:space="preserve"> the people and stakeholders who influence your work as a leader and the people who you influence through your work as a leader.</w:t>
      </w:r>
    </w:p>
    <w:tbl>
      <w:tblPr>
        <w:tblStyle w:val="TableGrid"/>
        <w:tblW w:w="0" w:type="auto"/>
        <w:tblLook w:val="04A0" w:firstRow="1" w:lastRow="0" w:firstColumn="1" w:lastColumn="0" w:noHBand="0" w:noVBand="1"/>
      </w:tblPr>
      <w:tblGrid>
        <w:gridCol w:w="10382"/>
      </w:tblGrid>
      <w:tr w:rsidR="00E96C90" w14:paraId="5D02150D" w14:textId="77777777" w:rsidTr="004A45B5">
        <w:tc>
          <w:tcPr>
            <w:tcW w:w="10382" w:type="dxa"/>
            <w:tcBorders>
              <w:top w:val="single" w:sz="18" w:space="0" w:color="auto"/>
              <w:left w:val="single" w:sz="18" w:space="0" w:color="auto"/>
              <w:bottom w:val="single" w:sz="18" w:space="0" w:color="auto"/>
            </w:tcBorders>
          </w:tcPr>
          <w:p w14:paraId="0D1AECFB" w14:textId="77777777" w:rsidR="00E96C90" w:rsidRDefault="00E96C90">
            <w:pPr>
              <w:spacing w:after="200" w:line="276" w:lineRule="auto"/>
              <w:rPr>
                <w:rFonts w:cs="Arial"/>
                <w:sz w:val="24"/>
                <w:szCs w:val="24"/>
              </w:rPr>
            </w:pPr>
          </w:p>
        </w:tc>
      </w:tr>
      <w:tr w:rsidR="00E96C90" w14:paraId="5DAE9651" w14:textId="77777777" w:rsidTr="004A45B5">
        <w:tc>
          <w:tcPr>
            <w:tcW w:w="10382" w:type="dxa"/>
            <w:tcBorders>
              <w:top w:val="single" w:sz="18" w:space="0" w:color="auto"/>
              <w:left w:val="single" w:sz="18" w:space="0" w:color="auto"/>
              <w:bottom w:val="single" w:sz="18" w:space="0" w:color="auto"/>
            </w:tcBorders>
          </w:tcPr>
          <w:p w14:paraId="33EE7295" w14:textId="77777777" w:rsidR="00E96C90" w:rsidRDefault="00E96C90">
            <w:pPr>
              <w:spacing w:after="200" w:line="276" w:lineRule="auto"/>
              <w:rPr>
                <w:rFonts w:cs="Arial"/>
                <w:sz w:val="24"/>
                <w:szCs w:val="24"/>
              </w:rPr>
            </w:pPr>
          </w:p>
        </w:tc>
      </w:tr>
      <w:tr w:rsidR="00E96C90" w14:paraId="0A16DD00" w14:textId="77777777" w:rsidTr="004A45B5">
        <w:tc>
          <w:tcPr>
            <w:tcW w:w="10382" w:type="dxa"/>
            <w:tcBorders>
              <w:top w:val="single" w:sz="18" w:space="0" w:color="auto"/>
              <w:left w:val="single" w:sz="18" w:space="0" w:color="auto"/>
              <w:bottom w:val="single" w:sz="18" w:space="0" w:color="auto"/>
            </w:tcBorders>
          </w:tcPr>
          <w:p w14:paraId="0DC9999D" w14:textId="77777777" w:rsidR="00E96C90" w:rsidRDefault="00E96C90">
            <w:pPr>
              <w:spacing w:after="200" w:line="276" w:lineRule="auto"/>
              <w:rPr>
                <w:rFonts w:cs="Arial"/>
                <w:sz w:val="24"/>
                <w:szCs w:val="24"/>
              </w:rPr>
            </w:pPr>
          </w:p>
        </w:tc>
      </w:tr>
      <w:tr w:rsidR="00E96C90" w14:paraId="0430A60D" w14:textId="77777777" w:rsidTr="004A45B5">
        <w:tc>
          <w:tcPr>
            <w:tcW w:w="10382" w:type="dxa"/>
            <w:tcBorders>
              <w:top w:val="single" w:sz="18" w:space="0" w:color="auto"/>
              <w:left w:val="single" w:sz="18" w:space="0" w:color="auto"/>
              <w:bottom w:val="single" w:sz="18" w:space="0" w:color="auto"/>
            </w:tcBorders>
          </w:tcPr>
          <w:p w14:paraId="2A290EFC" w14:textId="77777777" w:rsidR="00E96C90" w:rsidRDefault="00E96C90">
            <w:pPr>
              <w:spacing w:after="200" w:line="276" w:lineRule="auto"/>
              <w:rPr>
                <w:rFonts w:cs="Arial"/>
                <w:sz w:val="24"/>
                <w:szCs w:val="24"/>
              </w:rPr>
            </w:pPr>
          </w:p>
        </w:tc>
      </w:tr>
      <w:tr w:rsidR="00E96C90" w14:paraId="2D68DC11" w14:textId="77777777" w:rsidTr="004A45B5">
        <w:tc>
          <w:tcPr>
            <w:tcW w:w="10382" w:type="dxa"/>
            <w:tcBorders>
              <w:top w:val="single" w:sz="18" w:space="0" w:color="auto"/>
              <w:left w:val="single" w:sz="18" w:space="0" w:color="auto"/>
              <w:bottom w:val="single" w:sz="18" w:space="0" w:color="auto"/>
            </w:tcBorders>
          </w:tcPr>
          <w:p w14:paraId="595F05A8" w14:textId="77777777" w:rsidR="00E96C90" w:rsidRDefault="00E96C90">
            <w:pPr>
              <w:spacing w:after="200" w:line="276" w:lineRule="auto"/>
              <w:rPr>
                <w:rFonts w:cs="Arial"/>
                <w:sz w:val="24"/>
                <w:szCs w:val="24"/>
              </w:rPr>
            </w:pPr>
          </w:p>
        </w:tc>
      </w:tr>
      <w:tr w:rsidR="00E96C90" w14:paraId="6E4DD7D7" w14:textId="77777777" w:rsidTr="004A45B5">
        <w:tc>
          <w:tcPr>
            <w:tcW w:w="10382" w:type="dxa"/>
            <w:tcBorders>
              <w:top w:val="single" w:sz="18" w:space="0" w:color="auto"/>
              <w:left w:val="single" w:sz="18" w:space="0" w:color="auto"/>
              <w:bottom w:val="single" w:sz="18" w:space="0" w:color="auto"/>
            </w:tcBorders>
          </w:tcPr>
          <w:p w14:paraId="2ACF5071" w14:textId="77777777" w:rsidR="00E96C90" w:rsidRDefault="00E96C90">
            <w:pPr>
              <w:spacing w:after="200" w:line="276" w:lineRule="auto"/>
              <w:rPr>
                <w:rFonts w:cs="Arial"/>
                <w:sz w:val="24"/>
                <w:szCs w:val="24"/>
              </w:rPr>
            </w:pPr>
          </w:p>
        </w:tc>
      </w:tr>
    </w:tbl>
    <w:p w14:paraId="4A10765C" w14:textId="26FD3ABF" w:rsidR="00707CE2" w:rsidRPr="005A66AF" w:rsidRDefault="00000000">
      <w:pPr>
        <w:pStyle w:val="Heading1"/>
        <w:rPr>
          <w:rFonts w:ascii="Arial" w:hAnsi="Arial" w:cs="Arial"/>
        </w:rPr>
      </w:pPr>
      <w:r w:rsidRPr="005A66AF">
        <w:rPr>
          <w:rFonts w:ascii="Arial" w:hAnsi="Arial" w:cs="Arial"/>
        </w:rPr>
        <w:lastRenderedPageBreak/>
        <w:t>E. Decision Authority</w:t>
      </w:r>
    </w:p>
    <w:p w14:paraId="74998AD9" w14:textId="77777777" w:rsidR="00707CE2" w:rsidRPr="00E96C90" w:rsidRDefault="00000000">
      <w:pPr>
        <w:rPr>
          <w:rFonts w:cs="Arial"/>
          <w:sz w:val="24"/>
          <w:szCs w:val="24"/>
        </w:rPr>
      </w:pPr>
      <w:r w:rsidRPr="00E96C90">
        <w:rPr>
          <w:rFonts w:cs="Arial"/>
          <w:sz w:val="24"/>
          <w:szCs w:val="24"/>
        </w:rPr>
        <w:t>Clarifying authority reduces delay, duplication, avoidance, and inappropriate decision-making.</w:t>
      </w:r>
    </w:p>
    <w:tbl>
      <w:tblPr>
        <w:tblStyle w:val="TableGrid"/>
        <w:tblW w:w="0" w:type="auto"/>
        <w:jc w:val="center"/>
        <w:tblLayout w:type="fixed"/>
        <w:tblLook w:val="04A0" w:firstRow="1" w:lastRow="0" w:firstColumn="1" w:lastColumn="0" w:noHBand="0" w:noVBand="1"/>
      </w:tblPr>
      <w:tblGrid>
        <w:gridCol w:w="3240"/>
        <w:gridCol w:w="6696"/>
      </w:tblGrid>
      <w:tr w:rsidR="00707CE2" w:rsidRPr="005A66AF" w14:paraId="5E8FF39A" w14:textId="77777777" w:rsidTr="00B77814">
        <w:trPr>
          <w:tblHeader/>
          <w:jc w:val="center"/>
        </w:trPr>
        <w:tc>
          <w:tcPr>
            <w:tcW w:w="3240" w:type="dxa"/>
            <w:shd w:val="clear" w:color="auto" w:fill="17365D"/>
            <w:tcMar>
              <w:top w:w="80" w:type="dxa"/>
              <w:left w:w="110" w:type="dxa"/>
              <w:bottom w:w="80" w:type="dxa"/>
              <w:right w:w="110" w:type="dxa"/>
            </w:tcMar>
            <w:vAlign w:val="center"/>
          </w:tcPr>
          <w:p w14:paraId="4170A875" w14:textId="77777777" w:rsidR="00707CE2" w:rsidRPr="00E96C90" w:rsidRDefault="00000000">
            <w:pPr>
              <w:spacing w:after="0" w:line="245" w:lineRule="auto"/>
              <w:jc w:val="center"/>
              <w:rPr>
                <w:rFonts w:cs="Arial"/>
                <w:sz w:val="24"/>
                <w:szCs w:val="24"/>
              </w:rPr>
            </w:pPr>
            <w:r w:rsidRPr="00E96C90">
              <w:rPr>
                <w:rFonts w:cs="Arial"/>
                <w:b/>
                <w:color w:val="FFFFFF"/>
                <w:sz w:val="24"/>
                <w:szCs w:val="24"/>
              </w:rPr>
              <w:t>Decision level</w:t>
            </w:r>
          </w:p>
        </w:tc>
        <w:tc>
          <w:tcPr>
            <w:tcW w:w="6696" w:type="dxa"/>
            <w:tcBorders>
              <w:bottom w:val="single" w:sz="12" w:space="0" w:color="auto"/>
            </w:tcBorders>
            <w:shd w:val="clear" w:color="auto" w:fill="17365D"/>
            <w:tcMar>
              <w:top w:w="80" w:type="dxa"/>
              <w:left w:w="110" w:type="dxa"/>
              <w:bottom w:w="80" w:type="dxa"/>
              <w:right w:w="110" w:type="dxa"/>
            </w:tcMar>
            <w:vAlign w:val="center"/>
          </w:tcPr>
          <w:p w14:paraId="19FB73A3" w14:textId="77777777" w:rsidR="00707CE2" w:rsidRPr="00E96C90" w:rsidRDefault="00000000">
            <w:pPr>
              <w:spacing w:after="0" w:line="245" w:lineRule="auto"/>
              <w:jc w:val="center"/>
              <w:rPr>
                <w:rFonts w:cs="Arial"/>
                <w:sz w:val="24"/>
                <w:szCs w:val="24"/>
              </w:rPr>
            </w:pPr>
            <w:r w:rsidRPr="00E96C90">
              <w:rPr>
                <w:rFonts w:cs="Arial"/>
                <w:b/>
                <w:color w:val="FFFFFF"/>
                <w:sz w:val="24"/>
                <w:szCs w:val="24"/>
              </w:rPr>
              <w:t>Examples from my role</w:t>
            </w:r>
          </w:p>
        </w:tc>
      </w:tr>
      <w:tr w:rsidR="00F3715E" w:rsidRPr="005A66AF" w14:paraId="6B47DA4B" w14:textId="77777777" w:rsidTr="00B77814">
        <w:trPr>
          <w:trHeight w:val="72"/>
          <w:jc w:val="center"/>
        </w:trPr>
        <w:tc>
          <w:tcPr>
            <w:tcW w:w="3240" w:type="dxa"/>
            <w:vMerge w:val="restart"/>
            <w:tcMar>
              <w:top w:w="100" w:type="dxa"/>
              <w:left w:w="110" w:type="dxa"/>
              <w:bottom w:w="100" w:type="dxa"/>
              <w:right w:w="110" w:type="dxa"/>
            </w:tcMar>
            <w:vAlign w:val="center"/>
          </w:tcPr>
          <w:p w14:paraId="53814E69" w14:textId="77777777" w:rsidR="00F3715E" w:rsidRPr="00E96C90" w:rsidRDefault="00F3715E">
            <w:pPr>
              <w:spacing w:after="0" w:line="245" w:lineRule="auto"/>
              <w:rPr>
                <w:rFonts w:cs="Arial"/>
                <w:sz w:val="24"/>
                <w:szCs w:val="24"/>
              </w:rPr>
            </w:pPr>
            <w:r w:rsidRPr="00E96C90">
              <w:rPr>
                <w:rFonts w:cs="Arial"/>
                <w:sz w:val="24"/>
                <w:szCs w:val="24"/>
              </w:rPr>
              <w:t>I can decide and act</w:t>
            </w:r>
          </w:p>
        </w:tc>
        <w:tc>
          <w:tcPr>
            <w:tcW w:w="6696" w:type="dxa"/>
            <w:tcBorders>
              <w:top w:val="single" w:sz="12" w:space="0" w:color="auto"/>
              <w:right w:val="single" w:sz="12" w:space="0" w:color="auto"/>
            </w:tcBorders>
            <w:tcMar>
              <w:top w:w="100" w:type="dxa"/>
              <w:left w:w="110" w:type="dxa"/>
              <w:bottom w:w="100" w:type="dxa"/>
              <w:right w:w="110" w:type="dxa"/>
            </w:tcMar>
            <w:vAlign w:val="center"/>
          </w:tcPr>
          <w:p w14:paraId="22A9E877" w14:textId="3F16EEF2" w:rsidR="00F3715E" w:rsidRPr="005A66AF" w:rsidRDefault="00F3715E">
            <w:pPr>
              <w:spacing w:after="0" w:line="245" w:lineRule="auto"/>
              <w:rPr>
                <w:rFonts w:cs="Arial"/>
              </w:rPr>
            </w:pPr>
          </w:p>
        </w:tc>
      </w:tr>
      <w:tr w:rsidR="00F3715E" w:rsidRPr="005A66AF" w14:paraId="428A312A" w14:textId="77777777" w:rsidTr="00B77814">
        <w:trPr>
          <w:trHeight w:val="71"/>
          <w:jc w:val="center"/>
        </w:trPr>
        <w:tc>
          <w:tcPr>
            <w:tcW w:w="3240" w:type="dxa"/>
            <w:vMerge/>
            <w:tcMar>
              <w:top w:w="100" w:type="dxa"/>
              <w:left w:w="110" w:type="dxa"/>
              <w:bottom w:w="100" w:type="dxa"/>
              <w:right w:w="110" w:type="dxa"/>
            </w:tcMar>
            <w:vAlign w:val="center"/>
          </w:tcPr>
          <w:p w14:paraId="53A851F6" w14:textId="77777777" w:rsidR="00F3715E" w:rsidRPr="00E96C90" w:rsidRDefault="00F3715E">
            <w:pPr>
              <w:spacing w:after="0" w:line="245" w:lineRule="auto"/>
              <w:rPr>
                <w:rFonts w:cs="Arial"/>
                <w:sz w:val="24"/>
                <w:szCs w:val="24"/>
              </w:rPr>
            </w:pPr>
          </w:p>
        </w:tc>
        <w:tc>
          <w:tcPr>
            <w:tcW w:w="6696" w:type="dxa"/>
            <w:tcBorders>
              <w:right w:val="single" w:sz="12" w:space="0" w:color="auto"/>
            </w:tcBorders>
            <w:tcMar>
              <w:top w:w="100" w:type="dxa"/>
              <w:left w:w="110" w:type="dxa"/>
              <w:bottom w:w="100" w:type="dxa"/>
              <w:right w:w="110" w:type="dxa"/>
            </w:tcMar>
            <w:vAlign w:val="center"/>
          </w:tcPr>
          <w:p w14:paraId="7B5D3A15" w14:textId="77777777" w:rsidR="00F3715E" w:rsidRPr="005A66AF" w:rsidRDefault="00F3715E">
            <w:pPr>
              <w:spacing w:after="0" w:line="245" w:lineRule="auto"/>
              <w:rPr>
                <w:rFonts w:cs="Arial"/>
              </w:rPr>
            </w:pPr>
          </w:p>
        </w:tc>
      </w:tr>
      <w:tr w:rsidR="00F3715E" w:rsidRPr="005A66AF" w14:paraId="5612AC7F" w14:textId="77777777" w:rsidTr="00B77814">
        <w:trPr>
          <w:trHeight w:val="71"/>
          <w:jc w:val="center"/>
        </w:trPr>
        <w:tc>
          <w:tcPr>
            <w:tcW w:w="3240" w:type="dxa"/>
            <w:vMerge/>
            <w:tcMar>
              <w:top w:w="100" w:type="dxa"/>
              <w:left w:w="110" w:type="dxa"/>
              <w:bottom w:w="100" w:type="dxa"/>
              <w:right w:w="110" w:type="dxa"/>
            </w:tcMar>
            <w:vAlign w:val="center"/>
          </w:tcPr>
          <w:p w14:paraId="4A8CE3B6" w14:textId="77777777" w:rsidR="00F3715E" w:rsidRPr="00E96C90" w:rsidRDefault="00F3715E">
            <w:pPr>
              <w:spacing w:after="0" w:line="245" w:lineRule="auto"/>
              <w:rPr>
                <w:rFonts w:cs="Arial"/>
                <w:sz w:val="24"/>
                <w:szCs w:val="24"/>
              </w:rPr>
            </w:pPr>
          </w:p>
        </w:tc>
        <w:tc>
          <w:tcPr>
            <w:tcW w:w="6696" w:type="dxa"/>
            <w:tcBorders>
              <w:right w:val="single" w:sz="12" w:space="0" w:color="auto"/>
            </w:tcBorders>
            <w:tcMar>
              <w:top w:w="100" w:type="dxa"/>
              <w:left w:w="110" w:type="dxa"/>
              <w:bottom w:w="100" w:type="dxa"/>
              <w:right w:w="110" w:type="dxa"/>
            </w:tcMar>
            <w:vAlign w:val="center"/>
          </w:tcPr>
          <w:p w14:paraId="1A089396" w14:textId="77777777" w:rsidR="00F3715E" w:rsidRPr="005A66AF" w:rsidRDefault="00F3715E">
            <w:pPr>
              <w:spacing w:after="0" w:line="245" w:lineRule="auto"/>
              <w:rPr>
                <w:rFonts w:cs="Arial"/>
              </w:rPr>
            </w:pPr>
          </w:p>
        </w:tc>
      </w:tr>
      <w:tr w:rsidR="00F3715E" w:rsidRPr="005A66AF" w14:paraId="7CEE441C" w14:textId="77777777" w:rsidTr="00B77814">
        <w:trPr>
          <w:trHeight w:val="71"/>
          <w:jc w:val="center"/>
        </w:trPr>
        <w:tc>
          <w:tcPr>
            <w:tcW w:w="3240" w:type="dxa"/>
            <w:vMerge/>
            <w:tcBorders>
              <w:bottom w:val="single" w:sz="12" w:space="0" w:color="auto"/>
            </w:tcBorders>
            <w:tcMar>
              <w:top w:w="100" w:type="dxa"/>
              <w:left w:w="110" w:type="dxa"/>
              <w:bottom w:w="100" w:type="dxa"/>
              <w:right w:w="110" w:type="dxa"/>
            </w:tcMar>
            <w:vAlign w:val="center"/>
          </w:tcPr>
          <w:p w14:paraId="25705729" w14:textId="77777777" w:rsidR="00F3715E" w:rsidRPr="00E96C90" w:rsidRDefault="00F3715E">
            <w:pPr>
              <w:spacing w:after="0" w:line="245" w:lineRule="auto"/>
              <w:rPr>
                <w:rFonts w:cs="Arial"/>
                <w:sz w:val="24"/>
                <w:szCs w:val="24"/>
              </w:rPr>
            </w:pPr>
          </w:p>
        </w:tc>
        <w:tc>
          <w:tcPr>
            <w:tcW w:w="6696" w:type="dxa"/>
            <w:tcBorders>
              <w:bottom w:val="single" w:sz="12" w:space="0" w:color="auto"/>
              <w:right w:val="single" w:sz="12" w:space="0" w:color="auto"/>
            </w:tcBorders>
            <w:tcMar>
              <w:top w:w="100" w:type="dxa"/>
              <w:left w:w="110" w:type="dxa"/>
              <w:bottom w:w="100" w:type="dxa"/>
              <w:right w:w="110" w:type="dxa"/>
            </w:tcMar>
            <w:vAlign w:val="center"/>
          </w:tcPr>
          <w:p w14:paraId="61CC7D42" w14:textId="77777777" w:rsidR="00F3715E" w:rsidRPr="005A66AF" w:rsidRDefault="00F3715E">
            <w:pPr>
              <w:spacing w:after="0" w:line="245" w:lineRule="auto"/>
              <w:rPr>
                <w:rFonts w:cs="Arial"/>
              </w:rPr>
            </w:pPr>
          </w:p>
        </w:tc>
      </w:tr>
      <w:tr w:rsidR="00F3715E" w:rsidRPr="005A66AF" w14:paraId="30FE90D5" w14:textId="77777777" w:rsidTr="00B77814">
        <w:trPr>
          <w:trHeight w:val="144"/>
          <w:jc w:val="center"/>
        </w:trPr>
        <w:tc>
          <w:tcPr>
            <w:tcW w:w="3240" w:type="dxa"/>
            <w:vMerge w:val="restart"/>
            <w:tcBorders>
              <w:top w:val="single" w:sz="12" w:space="0" w:color="auto"/>
            </w:tcBorders>
            <w:shd w:val="clear" w:color="auto" w:fill="F5F7F9"/>
            <w:tcMar>
              <w:top w:w="100" w:type="dxa"/>
              <w:left w:w="110" w:type="dxa"/>
              <w:bottom w:w="100" w:type="dxa"/>
              <w:right w:w="110" w:type="dxa"/>
            </w:tcMar>
            <w:vAlign w:val="center"/>
          </w:tcPr>
          <w:p w14:paraId="3E8E70DF" w14:textId="77777777" w:rsidR="00F3715E" w:rsidRPr="00E96C90" w:rsidRDefault="00F3715E">
            <w:pPr>
              <w:spacing w:after="0" w:line="245" w:lineRule="auto"/>
              <w:rPr>
                <w:rFonts w:cs="Arial"/>
                <w:sz w:val="24"/>
                <w:szCs w:val="24"/>
              </w:rPr>
            </w:pPr>
            <w:r w:rsidRPr="00E96C90">
              <w:rPr>
                <w:rFonts w:cs="Arial"/>
                <w:sz w:val="24"/>
                <w:szCs w:val="24"/>
              </w:rPr>
              <w:t>I should consult before deciding</w:t>
            </w:r>
          </w:p>
        </w:tc>
        <w:tc>
          <w:tcPr>
            <w:tcW w:w="6696" w:type="dxa"/>
            <w:tcBorders>
              <w:top w:val="single" w:sz="12" w:space="0" w:color="auto"/>
              <w:right w:val="single" w:sz="12" w:space="0" w:color="auto"/>
            </w:tcBorders>
            <w:shd w:val="clear" w:color="auto" w:fill="F5F7F9"/>
            <w:tcMar>
              <w:top w:w="100" w:type="dxa"/>
              <w:left w:w="110" w:type="dxa"/>
              <w:bottom w:w="100" w:type="dxa"/>
              <w:right w:w="110" w:type="dxa"/>
            </w:tcMar>
            <w:vAlign w:val="center"/>
          </w:tcPr>
          <w:p w14:paraId="798CFE23" w14:textId="6DD97F5F" w:rsidR="00F3715E" w:rsidRPr="005A66AF" w:rsidRDefault="00F3715E">
            <w:pPr>
              <w:spacing w:after="0" w:line="245" w:lineRule="auto"/>
              <w:rPr>
                <w:rFonts w:cs="Arial"/>
              </w:rPr>
            </w:pPr>
          </w:p>
        </w:tc>
      </w:tr>
      <w:tr w:rsidR="00F3715E" w:rsidRPr="005A66AF" w14:paraId="1DB8183A" w14:textId="77777777" w:rsidTr="00B77814">
        <w:trPr>
          <w:trHeight w:val="142"/>
          <w:jc w:val="center"/>
        </w:trPr>
        <w:tc>
          <w:tcPr>
            <w:tcW w:w="3240" w:type="dxa"/>
            <w:vMerge/>
            <w:shd w:val="clear" w:color="auto" w:fill="F5F7F9"/>
            <w:tcMar>
              <w:top w:w="100" w:type="dxa"/>
              <w:left w:w="110" w:type="dxa"/>
              <w:bottom w:w="100" w:type="dxa"/>
              <w:right w:w="110" w:type="dxa"/>
            </w:tcMar>
            <w:vAlign w:val="center"/>
          </w:tcPr>
          <w:p w14:paraId="561998D9" w14:textId="77777777" w:rsidR="00F3715E" w:rsidRPr="00E96C90" w:rsidRDefault="00F3715E">
            <w:pPr>
              <w:spacing w:after="0" w:line="245" w:lineRule="auto"/>
              <w:rPr>
                <w:rFonts w:cs="Arial"/>
                <w:sz w:val="24"/>
                <w:szCs w:val="24"/>
              </w:rPr>
            </w:pPr>
          </w:p>
        </w:tc>
        <w:tc>
          <w:tcPr>
            <w:tcW w:w="6696" w:type="dxa"/>
            <w:tcBorders>
              <w:right w:val="single" w:sz="12" w:space="0" w:color="auto"/>
            </w:tcBorders>
            <w:shd w:val="clear" w:color="auto" w:fill="F5F7F9"/>
            <w:tcMar>
              <w:top w:w="100" w:type="dxa"/>
              <w:left w:w="110" w:type="dxa"/>
              <w:bottom w:w="100" w:type="dxa"/>
              <w:right w:w="110" w:type="dxa"/>
            </w:tcMar>
            <w:vAlign w:val="center"/>
          </w:tcPr>
          <w:p w14:paraId="2F099579" w14:textId="77777777" w:rsidR="00F3715E" w:rsidRPr="005A66AF" w:rsidRDefault="00F3715E">
            <w:pPr>
              <w:spacing w:after="0" w:line="245" w:lineRule="auto"/>
              <w:rPr>
                <w:rFonts w:cs="Arial"/>
              </w:rPr>
            </w:pPr>
          </w:p>
        </w:tc>
      </w:tr>
      <w:tr w:rsidR="00F3715E" w:rsidRPr="005A66AF" w14:paraId="443A0F37" w14:textId="77777777" w:rsidTr="00B77814">
        <w:trPr>
          <w:trHeight w:val="142"/>
          <w:jc w:val="center"/>
        </w:trPr>
        <w:tc>
          <w:tcPr>
            <w:tcW w:w="3240" w:type="dxa"/>
            <w:vMerge/>
            <w:shd w:val="clear" w:color="auto" w:fill="F5F7F9"/>
            <w:tcMar>
              <w:top w:w="100" w:type="dxa"/>
              <w:left w:w="110" w:type="dxa"/>
              <w:bottom w:w="100" w:type="dxa"/>
              <w:right w:w="110" w:type="dxa"/>
            </w:tcMar>
            <w:vAlign w:val="center"/>
          </w:tcPr>
          <w:p w14:paraId="3A8637AC" w14:textId="77777777" w:rsidR="00F3715E" w:rsidRPr="00E96C90" w:rsidRDefault="00F3715E">
            <w:pPr>
              <w:spacing w:after="0" w:line="245" w:lineRule="auto"/>
              <w:rPr>
                <w:rFonts w:cs="Arial"/>
                <w:sz w:val="24"/>
                <w:szCs w:val="24"/>
              </w:rPr>
            </w:pPr>
          </w:p>
        </w:tc>
        <w:tc>
          <w:tcPr>
            <w:tcW w:w="6696" w:type="dxa"/>
            <w:tcBorders>
              <w:right w:val="single" w:sz="12" w:space="0" w:color="auto"/>
            </w:tcBorders>
            <w:shd w:val="clear" w:color="auto" w:fill="F5F7F9"/>
            <w:tcMar>
              <w:top w:w="100" w:type="dxa"/>
              <w:left w:w="110" w:type="dxa"/>
              <w:bottom w:w="100" w:type="dxa"/>
              <w:right w:w="110" w:type="dxa"/>
            </w:tcMar>
            <w:vAlign w:val="center"/>
          </w:tcPr>
          <w:p w14:paraId="4A1289B7" w14:textId="77777777" w:rsidR="00F3715E" w:rsidRPr="005A66AF" w:rsidRDefault="00F3715E">
            <w:pPr>
              <w:spacing w:after="0" w:line="245" w:lineRule="auto"/>
              <w:rPr>
                <w:rFonts w:cs="Arial"/>
              </w:rPr>
            </w:pPr>
          </w:p>
        </w:tc>
      </w:tr>
      <w:tr w:rsidR="00F3715E" w:rsidRPr="005A66AF" w14:paraId="5C3DCEBF" w14:textId="77777777" w:rsidTr="00B77814">
        <w:trPr>
          <w:trHeight w:val="142"/>
          <w:jc w:val="center"/>
        </w:trPr>
        <w:tc>
          <w:tcPr>
            <w:tcW w:w="3240" w:type="dxa"/>
            <w:vMerge/>
            <w:tcBorders>
              <w:bottom w:val="single" w:sz="12" w:space="0" w:color="auto"/>
            </w:tcBorders>
            <w:shd w:val="clear" w:color="auto" w:fill="F5F7F9"/>
            <w:tcMar>
              <w:top w:w="100" w:type="dxa"/>
              <w:left w:w="110" w:type="dxa"/>
              <w:bottom w:w="100" w:type="dxa"/>
              <w:right w:w="110" w:type="dxa"/>
            </w:tcMar>
            <w:vAlign w:val="center"/>
          </w:tcPr>
          <w:p w14:paraId="026693BD" w14:textId="77777777" w:rsidR="00F3715E" w:rsidRPr="00E96C90" w:rsidRDefault="00F3715E">
            <w:pPr>
              <w:spacing w:after="0" w:line="245" w:lineRule="auto"/>
              <w:rPr>
                <w:rFonts w:cs="Arial"/>
                <w:sz w:val="24"/>
                <w:szCs w:val="24"/>
              </w:rPr>
            </w:pPr>
          </w:p>
        </w:tc>
        <w:tc>
          <w:tcPr>
            <w:tcW w:w="6696" w:type="dxa"/>
            <w:tcBorders>
              <w:bottom w:val="single" w:sz="12" w:space="0" w:color="auto"/>
              <w:right w:val="single" w:sz="12" w:space="0" w:color="auto"/>
            </w:tcBorders>
            <w:shd w:val="clear" w:color="auto" w:fill="F5F7F9"/>
            <w:tcMar>
              <w:top w:w="100" w:type="dxa"/>
              <w:left w:w="110" w:type="dxa"/>
              <w:bottom w:w="100" w:type="dxa"/>
              <w:right w:w="110" w:type="dxa"/>
            </w:tcMar>
            <w:vAlign w:val="center"/>
          </w:tcPr>
          <w:p w14:paraId="343E7C92" w14:textId="77777777" w:rsidR="00F3715E" w:rsidRPr="005A66AF" w:rsidRDefault="00F3715E">
            <w:pPr>
              <w:spacing w:after="0" w:line="245" w:lineRule="auto"/>
              <w:rPr>
                <w:rFonts w:cs="Arial"/>
              </w:rPr>
            </w:pPr>
          </w:p>
        </w:tc>
      </w:tr>
      <w:tr w:rsidR="00F3715E" w:rsidRPr="005A66AF" w14:paraId="1DA11037" w14:textId="77777777" w:rsidTr="00B77814">
        <w:trPr>
          <w:trHeight w:val="143"/>
          <w:jc w:val="center"/>
        </w:trPr>
        <w:tc>
          <w:tcPr>
            <w:tcW w:w="3240" w:type="dxa"/>
            <w:vMerge w:val="restart"/>
            <w:tcBorders>
              <w:top w:val="single" w:sz="12" w:space="0" w:color="auto"/>
            </w:tcBorders>
            <w:tcMar>
              <w:top w:w="100" w:type="dxa"/>
              <w:left w:w="110" w:type="dxa"/>
              <w:bottom w:w="100" w:type="dxa"/>
              <w:right w:w="110" w:type="dxa"/>
            </w:tcMar>
            <w:vAlign w:val="center"/>
          </w:tcPr>
          <w:p w14:paraId="310708A2" w14:textId="77777777" w:rsidR="00F3715E" w:rsidRPr="00E96C90" w:rsidRDefault="00F3715E">
            <w:pPr>
              <w:spacing w:after="0" w:line="245" w:lineRule="auto"/>
              <w:rPr>
                <w:rFonts w:cs="Arial"/>
                <w:sz w:val="24"/>
                <w:szCs w:val="24"/>
              </w:rPr>
            </w:pPr>
            <w:r w:rsidRPr="00E96C90">
              <w:rPr>
                <w:rFonts w:cs="Arial"/>
                <w:sz w:val="24"/>
                <w:szCs w:val="24"/>
              </w:rPr>
              <w:t>I must refer for approval</w:t>
            </w:r>
          </w:p>
        </w:tc>
        <w:tc>
          <w:tcPr>
            <w:tcW w:w="6696" w:type="dxa"/>
            <w:tcBorders>
              <w:top w:val="single" w:sz="12" w:space="0" w:color="auto"/>
              <w:right w:val="single" w:sz="12" w:space="0" w:color="auto"/>
            </w:tcBorders>
            <w:tcMar>
              <w:top w:w="100" w:type="dxa"/>
              <w:left w:w="110" w:type="dxa"/>
              <w:bottom w:w="100" w:type="dxa"/>
              <w:right w:w="110" w:type="dxa"/>
            </w:tcMar>
            <w:vAlign w:val="center"/>
          </w:tcPr>
          <w:p w14:paraId="75E2ECBD" w14:textId="4BF847F6" w:rsidR="00F3715E" w:rsidRPr="005A66AF" w:rsidRDefault="00F3715E">
            <w:pPr>
              <w:spacing w:after="0" w:line="245" w:lineRule="auto"/>
              <w:rPr>
                <w:rFonts w:cs="Arial"/>
              </w:rPr>
            </w:pPr>
          </w:p>
        </w:tc>
      </w:tr>
      <w:tr w:rsidR="00F3715E" w:rsidRPr="005A66AF" w14:paraId="146C3C84" w14:textId="77777777" w:rsidTr="00B77814">
        <w:trPr>
          <w:trHeight w:val="142"/>
          <w:jc w:val="center"/>
        </w:trPr>
        <w:tc>
          <w:tcPr>
            <w:tcW w:w="3240" w:type="dxa"/>
            <w:vMerge/>
            <w:tcMar>
              <w:top w:w="100" w:type="dxa"/>
              <w:left w:w="110" w:type="dxa"/>
              <w:bottom w:w="100" w:type="dxa"/>
              <w:right w:w="110" w:type="dxa"/>
            </w:tcMar>
            <w:vAlign w:val="center"/>
          </w:tcPr>
          <w:p w14:paraId="53A9E164" w14:textId="77777777" w:rsidR="00F3715E" w:rsidRPr="00E96C90" w:rsidRDefault="00F3715E">
            <w:pPr>
              <w:spacing w:after="0" w:line="245" w:lineRule="auto"/>
              <w:rPr>
                <w:rFonts w:cs="Arial"/>
                <w:sz w:val="24"/>
                <w:szCs w:val="24"/>
              </w:rPr>
            </w:pPr>
          </w:p>
        </w:tc>
        <w:tc>
          <w:tcPr>
            <w:tcW w:w="6696" w:type="dxa"/>
            <w:tcBorders>
              <w:bottom w:val="single" w:sz="12" w:space="0" w:color="auto"/>
              <w:right w:val="single" w:sz="12" w:space="0" w:color="auto"/>
            </w:tcBorders>
            <w:tcMar>
              <w:top w:w="100" w:type="dxa"/>
              <w:left w:w="110" w:type="dxa"/>
              <w:bottom w:w="100" w:type="dxa"/>
              <w:right w:w="110" w:type="dxa"/>
            </w:tcMar>
            <w:vAlign w:val="center"/>
          </w:tcPr>
          <w:p w14:paraId="3738ADB1" w14:textId="77777777" w:rsidR="00F3715E" w:rsidRPr="005A66AF" w:rsidRDefault="00F3715E">
            <w:pPr>
              <w:spacing w:after="0" w:line="245" w:lineRule="auto"/>
              <w:rPr>
                <w:rFonts w:cs="Arial"/>
              </w:rPr>
            </w:pPr>
          </w:p>
        </w:tc>
      </w:tr>
    </w:tbl>
    <w:p w14:paraId="46F7C3B4" w14:textId="77777777" w:rsidR="00707CE2" w:rsidRPr="005A66AF" w:rsidRDefault="00707CE2">
      <w:pPr>
        <w:spacing w:after="0"/>
        <w:rPr>
          <w:rFonts w:cs="Arial"/>
        </w:rPr>
      </w:pPr>
    </w:p>
    <w:tbl>
      <w:tblPr>
        <w:tblW w:w="0" w:type="auto"/>
        <w:jc w:val="center"/>
        <w:tblLayout w:type="fixed"/>
        <w:tblLook w:val="04A0" w:firstRow="1" w:lastRow="0" w:firstColumn="1" w:lastColumn="0" w:noHBand="0" w:noVBand="1"/>
      </w:tblPr>
      <w:tblGrid>
        <w:gridCol w:w="9936"/>
      </w:tblGrid>
      <w:tr w:rsidR="00707CE2" w:rsidRPr="005A66AF" w14:paraId="03BA3B76" w14:textId="77777777">
        <w:trPr>
          <w:jc w:val="center"/>
        </w:trPr>
        <w:tc>
          <w:tcPr>
            <w:tcW w:w="9936" w:type="dxa"/>
            <w:shd w:val="clear" w:color="auto" w:fill="EAF2F8"/>
            <w:tcMar>
              <w:top w:w="110" w:type="dxa"/>
              <w:left w:w="140" w:type="dxa"/>
              <w:bottom w:w="110" w:type="dxa"/>
              <w:right w:w="140" w:type="dxa"/>
            </w:tcMar>
          </w:tcPr>
          <w:p w14:paraId="2A1BB34C" w14:textId="1155A5BA" w:rsidR="00707CE2" w:rsidRPr="00352DC5" w:rsidRDefault="00000000">
            <w:pPr>
              <w:spacing w:after="0"/>
              <w:rPr>
                <w:rFonts w:cs="Arial"/>
                <w:sz w:val="24"/>
                <w:szCs w:val="24"/>
              </w:rPr>
            </w:pPr>
            <w:r w:rsidRPr="00352DC5">
              <w:rPr>
                <w:rFonts w:cs="Arial"/>
                <w:b/>
                <w:color w:val="000000" w:themeColor="text1"/>
                <w:sz w:val="28"/>
                <w:szCs w:val="28"/>
              </w:rPr>
              <w:t>CHECK</w:t>
            </w:r>
            <w:r w:rsidR="00352DC5">
              <w:rPr>
                <w:rFonts w:cs="Arial"/>
                <w:b/>
                <w:color w:val="000000" w:themeColor="text1"/>
                <w:sz w:val="24"/>
                <w:szCs w:val="24"/>
              </w:rPr>
              <w:t>:</w:t>
            </w:r>
            <w:r w:rsidRPr="00352DC5">
              <w:rPr>
                <w:rFonts w:cs="Arial"/>
                <w:b/>
                <w:color w:val="000000" w:themeColor="text1"/>
                <w:sz w:val="24"/>
                <w:szCs w:val="24"/>
              </w:rPr>
              <w:t xml:space="preserve"> </w:t>
            </w:r>
            <w:r w:rsidRPr="00352DC5">
              <w:rPr>
                <w:rFonts w:cs="Arial"/>
                <w:color w:val="000000" w:themeColor="text1"/>
                <w:sz w:val="24"/>
                <w:szCs w:val="24"/>
              </w:rPr>
              <w:t>Are there important decisions for which the boundary of your authority is unclear? Record these in Section H as a possible leadership priority.</w:t>
            </w:r>
          </w:p>
        </w:tc>
      </w:tr>
    </w:tbl>
    <w:p w14:paraId="1A87D0F9" w14:textId="77777777" w:rsidR="00707CE2" w:rsidRPr="005A66AF" w:rsidRDefault="00707CE2">
      <w:pPr>
        <w:spacing w:after="0"/>
        <w:rPr>
          <w:rFonts w:cs="Arial"/>
        </w:rPr>
      </w:pPr>
    </w:p>
    <w:tbl>
      <w:tblPr>
        <w:tblStyle w:val="TableGrid"/>
        <w:tblW w:w="0" w:type="auto"/>
        <w:tblLook w:val="04A0" w:firstRow="1" w:lastRow="0" w:firstColumn="1" w:lastColumn="0" w:noHBand="0" w:noVBand="1"/>
      </w:tblPr>
      <w:tblGrid>
        <w:gridCol w:w="10382"/>
      </w:tblGrid>
      <w:tr w:rsidR="00577356" w14:paraId="14E8B4C1" w14:textId="77777777" w:rsidTr="00577356">
        <w:tc>
          <w:tcPr>
            <w:tcW w:w="10382" w:type="dxa"/>
          </w:tcPr>
          <w:p w14:paraId="35C30021" w14:textId="143D04B0" w:rsidR="00577356" w:rsidRPr="00577356" w:rsidRDefault="00577356">
            <w:pPr>
              <w:rPr>
                <w:rFonts w:cs="Arial"/>
                <w:b/>
                <w:bCs/>
              </w:rPr>
            </w:pPr>
            <w:r w:rsidRPr="00577356">
              <w:rPr>
                <w:rFonts w:cs="Arial"/>
                <w:b/>
                <w:bCs/>
              </w:rPr>
              <w:t>NOTES:</w:t>
            </w:r>
          </w:p>
        </w:tc>
      </w:tr>
      <w:tr w:rsidR="00577356" w14:paraId="298CB401" w14:textId="77777777" w:rsidTr="00577356">
        <w:tc>
          <w:tcPr>
            <w:tcW w:w="10382" w:type="dxa"/>
          </w:tcPr>
          <w:p w14:paraId="3E6AFD85" w14:textId="77777777" w:rsidR="00577356" w:rsidRDefault="00577356">
            <w:pPr>
              <w:rPr>
                <w:rFonts w:cs="Arial"/>
              </w:rPr>
            </w:pPr>
          </w:p>
        </w:tc>
      </w:tr>
      <w:tr w:rsidR="00577356" w14:paraId="2761E521" w14:textId="77777777" w:rsidTr="00577356">
        <w:tc>
          <w:tcPr>
            <w:tcW w:w="10382" w:type="dxa"/>
          </w:tcPr>
          <w:p w14:paraId="15E2584B" w14:textId="77777777" w:rsidR="00577356" w:rsidRDefault="00577356">
            <w:pPr>
              <w:rPr>
                <w:rFonts w:cs="Arial"/>
              </w:rPr>
            </w:pPr>
          </w:p>
        </w:tc>
      </w:tr>
      <w:tr w:rsidR="00577356" w14:paraId="1C580061" w14:textId="77777777" w:rsidTr="00577356">
        <w:tc>
          <w:tcPr>
            <w:tcW w:w="10382" w:type="dxa"/>
          </w:tcPr>
          <w:p w14:paraId="719FD915" w14:textId="77777777" w:rsidR="00577356" w:rsidRDefault="00577356">
            <w:pPr>
              <w:rPr>
                <w:rFonts w:cs="Arial"/>
              </w:rPr>
            </w:pPr>
          </w:p>
        </w:tc>
      </w:tr>
      <w:tr w:rsidR="00577356" w14:paraId="39603AE5" w14:textId="77777777" w:rsidTr="00577356">
        <w:tc>
          <w:tcPr>
            <w:tcW w:w="10382" w:type="dxa"/>
          </w:tcPr>
          <w:p w14:paraId="7713458D" w14:textId="77777777" w:rsidR="00577356" w:rsidRDefault="00577356">
            <w:pPr>
              <w:rPr>
                <w:rFonts w:cs="Arial"/>
              </w:rPr>
            </w:pPr>
          </w:p>
        </w:tc>
      </w:tr>
      <w:tr w:rsidR="00577356" w14:paraId="54FE5B1A" w14:textId="77777777" w:rsidTr="00577356">
        <w:tc>
          <w:tcPr>
            <w:tcW w:w="10382" w:type="dxa"/>
          </w:tcPr>
          <w:p w14:paraId="3BC022A8" w14:textId="77777777" w:rsidR="00577356" w:rsidRDefault="00577356">
            <w:pPr>
              <w:rPr>
                <w:rFonts w:cs="Arial"/>
              </w:rPr>
            </w:pPr>
          </w:p>
        </w:tc>
      </w:tr>
      <w:tr w:rsidR="00577356" w14:paraId="747CDE0C" w14:textId="77777777" w:rsidTr="00577356">
        <w:tc>
          <w:tcPr>
            <w:tcW w:w="10382" w:type="dxa"/>
          </w:tcPr>
          <w:p w14:paraId="1A84D21A" w14:textId="77777777" w:rsidR="00577356" w:rsidRDefault="00577356">
            <w:pPr>
              <w:rPr>
                <w:rFonts w:cs="Arial"/>
              </w:rPr>
            </w:pPr>
          </w:p>
        </w:tc>
      </w:tr>
      <w:tr w:rsidR="00577356" w14:paraId="699E115A" w14:textId="77777777" w:rsidTr="00577356">
        <w:tc>
          <w:tcPr>
            <w:tcW w:w="10382" w:type="dxa"/>
          </w:tcPr>
          <w:p w14:paraId="755F71CF" w14:textId="77777777" w:rsidR="00577356" w:rsidRDefault="00577356">
            <w:pPr>
              <w:rPr>
                <w:rFonts w:cs="Arial"/>
              </w:rPr>
            </w:pPr>
          </w:p>
        </w:tc>
      </w:tr>
      <w:tr w:rsidR="00577356" w14:paraId="2C892026" w14:textId="77777777" w:rsidTr="00577356">
        <w:tc>
          <w:tcPr>
            <w:tcW w:w="10382" w:type="dxa"/>
          </w:tcPr>
          <w:p w14:paraId="700C8CF9" w14:textId="77777777" w:rsidR="00577356" w:rsidRDefault="00577356">
            <w:pPr>
              <w:rPr>
                <w:rFonts w:cs="Arial"/>
              </w:rPr>
            </w:pPr>
          </w:p>
        </w:tc>
      </w:tr>
    </w:tbl>
    <w:p w14:paraId="67688F49" w14:textId="77777777" w:rsidR="00707CE2" w:rsidRPr="005A66AF" w:rsidRDefault="00000000">
      <w:pPr>
        <w:rPr>
          <w:rFonts w:cs="Arial"/>
        </w:rPr>
      </w:pPr>
      <w:r w:rsidRPr="005A66AF">
        <w:rPr>
          <w:rFonts w:cs="Arial"/>
        </w:rPr>
        <w:br w:type="page"/>
      </w:r>
    </w:p>
    <w:p w14:paraId="314DD184" w14:textId="77777777" w:rsidR="00707CE2" w:rsidRPr="005A66AF" w:rsidRDefault="00000000">
      <w:pPr>
        <w:pStyle w:val="Heading1"/>
        <w:rPr>
          <w:rFonts w:ascii="Arial" w:hAnsi="Arial" w:cs="Arial"/>
        </w:rPr>
      </w:pPr>
      <w:r w:rsidRPr="005A66AF">
        <w:rPr>
          <w:rFonts w:ascii="Arial" w:hAnsi="Arial" w:cs="Arial"/>
        </w:rPr>
        <w:lastRenderedPageBreak/>
        <w:t>F. Leadership Expectations</w:t>
      </w:r>
    </w:p>
    <w:p w14:paraId="116B814F" w14:textId="77777777" w:rsidR="00707CE2" w:rsidRPr="00577356" w:rsidRDefault="00000000">
      <w:pPr>
        <w:rPr>
          <w:rFonts w:cs="Arial"/>
          <w:color w:val="000000" w:themeColor="text1"/>
          <w:sz w:val="24"/>
          <w:szCs w:val="24"/>
        </w:rPr>
      </w:pPr>
      <w:r w:rsidRPr="00577356">
        <w:rPr>
          <w:rFonts w:cs="Arial"/>
          <w:color w:val="000000" w:themeColor="text1"/>
          <w:sz w:val="24"/>
          <w:szCs w:val="24"/>
        </w:rPr>
        <w:t>Select the five behaviours that are most important in your present role. Write them as observable actions—not personal qualities or slogans.</w:t>
      </w:r>
    </w:p>
    <w:tbl>
      <w:tblPr>
        <w:tblStyle w:val="TableGrid"/>
        <w:tblW w:w="0" w:type="auto"/>
        <w:jc w:val="center"/>
        <w:tblLayout w:type="fixed"/>
        <w:tblLook w:val="04A0" w:firstRow="1" w:lastRow="0" w:firstColumn="1" w:lastColumn="0" w:noHBand="0" w:noVBand="1"/>
      </w:tblPr>
      <w:tblGrid>
        <w:gridCol w:w="736"/>
        <w:gridCol w:w="4692"/>
        <w:gridCol w:w="4507"/>
      </w:tblGrid>
      <w:tr w:rsidR="00707CE2" w:rsidRPr="005A66AF" w14:paraId="3D602102" w14:textId="77777777" w:rsidTr="00577356">
        <w:trPr>
          <w:tblHeader/>
          <w:jc w:val="center"/>
        </w:trPr>
        <w:tc>
          <w:tcPr>
            <w:tcW w:w="736" w:type="dxa"/>
            <w:shd w:val="clear" w:color="auto" w:fill="17365D"/>
            <w:tcMar>
              <w:top w:w="80" w:type="dxa"/>
              <w:left w:w="110" w:type="dxa"/>
              <w:bottom w:w="80" w:type="dxa"/>
              <w:right w:w="110" w:type="dxa"/>
            </w:tcMar>
            <w:vAlign w:val="center"/>
          </w:tcPr>
          <w:p w14:paraId="644C6AB2" w14:textId="77777777" w:rsidR="00707CE2" w:rsidRPr="00577356" w:rsidRDefault="00000000">
            <w:pPr>
              <w:spacing w:after="0" w:line="245" w:lineRule="auto"/>
              <w:jc w:val="center"/>
              <w:rPr>
                <w:rFonts w:cs="Arial"/>
                <w:sz w:val="24"/>
                <w:szCs w:val="24"/>
              </w:rPr>
            </w:pPr>
            <w:r w:rsidRPr="00577356">
              <w:rPr>
                <w:rFonts w:cs="Arial"/>
                <w:b/>
                <w:color w:val="FFFFFF"/>
                <w:sz w:val="24"/>
                <w:szCs w:val="24"/>
              </w:rPr>
              <w:t>No.</w:t>
            </w:r>
          </w:p>
        </w:tc>
        <w:tc>
          <w:tcPr>
            <w:tcW w:w="4692" w:type="dxa"/>
            <w:shd w:val="clear" w:color="auto" w:fill="17365D"/>
            <w:tcMar>
              <w:top w:w="80" w:type="dxa"/>
              <w:left w:w="110" w:type="dxa"/>
              <w:bottom w:w="80" w:type="dxa"/>
              <w:right w:w="110" w:type="dxa"/>
            </w:tcMar>
            <w:vAlign w:val="center"/>
          </w:tcPr>
          <w:p w14:paraId="62A614F0" w14:textId="77777777" w:rsidR="00707CE2" w:rsidRPr="00577356" w:rsidRDefault="00000000">
            <w:pPr>
              <w:spacing w:after="0" w:line="245" w:lineRule="auto"/>
              <w:jc w:val="center"/>
              <w:rPr>
                <w:rFonts w:cs="Arial"/>
                <w:sz w:val="24"/>
                <w:szCs w:val="24"/>
              </w:rPr>
            </w:pPr>
            <w:r w:rsidRPr="00577356">
              <w:rPr>
                <w:rFonts w:cs="Arial"/>
                <w:b/>
                <w:color w:val="FFFFFF"/>
                <w:sz w:val="24"/>
                <w:szCs w:val="24"/>
              </w:rPr>
              <w:t>In this role, effective leadership means…</w:t>
            </w:r>
          </w:p>
        </w:tc>
        <w:tc>
          <w:tcPr>
            <w:tcW w:w="4507" w:type="dxa"/>
            <w:shd w:val="clear" w:color="auto" w:fill="17365D"/>
            <w:tcMar>
              <w:top w:w="80" w:type="dxa"/>
              <w:left w:w="110" w:type="dxa"/>
              <w:bottom w:w="80" w:type="dxa"/>
              <w:right w:w="110" w:type="dxa"/>
            </w:tcMar>
            <w:vAlign w:val="center"/>
          </w:tcPr>
          <w:p w14:paraId="187E3912" w14:textId="77777777" w:rsidR="00707CE2" w:rsidRPr="00577356" w:rsidRDefault="00000000">
            <w:pPr>
              <w:spacing w:after="0" w:line="245" w:lineRule="auto"/>
              <w:jc w:val="center"/>
              <w:rPr>
                <w:rFonts w:cs="Arial"/>
                <w:sz w:val="24"/>
                <w:szCs w:val="24"/>
              </w:rPr>
            </w:pPr>
            <w:r w:rsidRPr="00577356">
              <w:rPr>
                <w:rFonts w:cs="Arial"/>
                <w:b/>
                <w:color w:val="FFFFFF"/>
                <w:sz w:val="24"/>
                <w:szCs w:val="24"/>
              </w:rPr>
              <w:t>What would people observe?</w:t>
            </w:r>
          </w:p>
        </w:tc>
      </w:tr>
      <w:tr w:rsidR="00707CE2" w:rsidRPr="005A66AF" w14:paraId="3B6C467C" w14:textId="77777777" w:rsidTr="00577356">
        <w:trPr>
          <w:jc w:val="center"/>
        </w:trPr>
        <w:tc>
          <w:tcPr>
            <w:tcW w:w="736" w:type="dxa"/>
            <w:tcMar>
              <w:top w:w="100" w:type="dxa"/>
              <w:left w:w="110" w:type="dxa"/>
              <w:bottom w:w="100" w:type="dxa"/>
              <w:right w:w="110" w:type="dxa"/>
            </w:tcMar>
            <w:vAlign w:val="center"/>
          </w:tcPr>
          <w:p w14:paraId="2BDF2FC8" w14:textId="77777777" w:rsidR="00707CE2" w:rsidRPr="00577356" w:rsidRDefault="00000000">
            <w:pPr>
              <w:spacing w:after="0" w:line="245" w:lineRule="auto"/>
              <w:rPr>
                <w:rFonts w:cs="Arial"/>
                <w:sz w:val="24"/>
                <w:szCs w:val="24"/>
              </w:rPr>
            </w:pPr>
            <w:r w:rsidRPr="00577356">
              <w:rPr>
                <w:rFonts w:cs="Arial"/>
                <w:sz w:val="24"/>
                <w:szCs w:val="24"/>
              </w:rPr>
              <w:t>1</w:t>
            </w:r>
          </w:p>
        </w:tc>
        <w:tc>
          <w:tcPr>
            <w:tcW w:w="4692" w:type="dxa"/>
            <w:tcMar>
              <w:top w:w="100" w:type="dxa"/>
              <w:left w:w="110" w:type="dxa"/>
              <w:bottom w:w="100" w:type="dxa"/>
              <w:right w:w="110" w:type="dxa"/>
            </w:tcMar>
            <w:vAlign w:val="center"/>
          </w:tcPr>
          <w:p w14:paraId="2C38CE45" w14:textId="13F6205E" w:rsidR="00707CE2" w:rsidRPr="005A66AF" w:rsidRDefault="00707CE2">
            <w:pPr>
              <w:spacing w:after="0" w:line="245" w:lineRule="auto"/>
              <w:rPr>
                <w:rFonts w:cs="Arial"/>
              </w:rPr>
            </w:pPr>
          </w:p>
        </w:tc>
        <w:tc>
          <w:tcPr>
            <w:tcW w:w="4507" w:type="dxa"/>
            <w:tcMar>
              <w:top w:w="100" w:type="dxa"/>
              <w:left w:w="110" w:type="dxa"/>
              <w:bottom w:w="100" w:type="dxa"/>
              <w:right w:w="110" w:type="dxa"/>
            </w:tcMar>
            <w:vAlign w:val="center"/>
          </w:tcPr>
          <w:p w14:paraId="1A4DF2E7" w14:textId="59CC76CB" w:rsidR="00707CE2" w:rsidRPr="005A66AF" w:rsidRDefault="00707CE2">
            <w:pPr>
              <w:spacing w:after="0" w:line="245" w:lineRule="auto"/>
              <w:rPr>
                <w:rFonts w:cs="Arial"/>
              </w:rPr>
            </w:pPr>
          </w:p>
        </w:tc>
      </w:tr>
      <w:tr w:rsidR="00707CE2" w:rsidRPr="005A66AF" w14:paraId="1BB2F1C5" w14:textId="77777777" w:rsidTr="00577356">
        <w:trPr>
          <w:jc w:val="center"/>
        </w:trPr>
        <w:tc>
          <w:tcPr>
            <w:tcW w:w="736" w:type="dxa"/>
            <w:shd w:val="clear" w:color="auto" w:fill="F5F7F9"/>
            <w:tcMar>
              <w:top w:w="100" w:type="dxa"/>
              <w:left w:w="110" w:type="dxa"/>
              <w:bottom w:w="100" w:type="dxa"/>
              <w:right w:w="110" w:type="dxa"/>
            </w:tcMar>
            <w:vAlign w:val="center"/>
          </w:tcPr>
          <w:p w14:paraId="43D8D039" w14:textId="77777777" w:rsidR="00707CE2" w:rsidRPr="00577356" w:rsidRDefault="00000000">
            <w:pPr>
              <w:spacing w:after="0" w:line="245" w:lineRule="auto"/>
              <w:rPr>
                <w:rFonts w:cs="Arial"/>
                <w:sz w:val="24"/>
                <w:szCs w:val="24"/>
              </w:rPr>
            </w:pPr>
            <w:r w:rsidRPr="00577356">
              <w:rPr>
                <w:rFonts w:cs="Arial"/>
                <w:sz w:val="24"/>
                <w:szCs w:val="24"/>
              </w:rPr>
              <w:t>2</w:t>
            </w:r>
          </w:p>
        </w:tc>
        <w:tc>
          <w:tcPr>
            <w:tcW w:w="4692" w:type="dxa"/>
            <w:shd w:val="clear" w:color="auto" w:fill="F5F7F9"/>
            <w:tcMar>
              <w:top w:w="100" w:type="dxa"/>
              <w:left w:w="110" w:type="dxa"/>
              <w:bottom w:w="100" w:type="dxa"/>
              <w:right w:w="110" w:type="dxa"/>
            </w:tcMar>
            <w:vAlign w:val="center"/>
          </w:tcPr>
          <w:p w14:paraId="6FB8F7FD" w14:textId="2F72725A" w:rsidR="00707CE2" w:rsidRPr="005A66AF" w:rsidRDefault="00707CE2">
            <w:pPr>
              <w:spacing w:after="0" w:line="245" w:lineRule="auto"/>
              <w:rPr>
                <w:rFonts w:cs="Arial"/>
              </w:rPr>
            </w:pPr>
          </w:p>
        </w:tc>
        <w:tc>
          <w:tcPr>
            <w:tcW w:w="4507" w:type="dxa"/>
            <w:shd w:val="clear" w:color="auto" w:fill="F5F7F9"/>
            <w:tcMar>
              <w:top w:w="100" w:type="dxa"/>
              <w:left w:w="110" w:type="dxa"/>
              <w:bottom w:w="100" w:type="dxa"/>
              <w:right w:w="110" w:type="dxa"/>
            </w:tcMar>
            <w:vAlign w:val="center"/>
          </w:tcPr>
          <w:p w14:paraId="260EAA96" w14:textId="644468B9" w:rsidR="00707CE2" w:rsidRPr="005A66AF" w:rsidRDefault="00707CE2">
            <w:pPr>
              <w:spacing w:after="0" w:line="245" w:lineRule="auto"/>
              <w:rPr>
                <w:rFonts w:cs="Arial"/>
              </w:rPr>
            </w:pPr>
          </w:p>
        </w:tc>
      </w:tr>
      <w:tr w:rsidR="00707CE2" w:rsidRPr="005A66AF" w14:paraId="160B3106" w14:textId="77777777" w:rsidTr="00577356">
        <w:trPr>
          <w:jc w:val="center"/>
        </w:trPr>
        <w:tc>
          <w:tcPr>
            <w:tcW w:w="736" w:type="dxa"/>
            <w:tcMar>
              <w:top w:w="100" w:type="dxa"/>
              <w:left w:w="110" w:type="dxa"/>
              <w:bottom w:w="100" w:type="dxa"/>
              <w:right w:w="110" w:type="dxa"/>
            </w:tcMar>
            <w:vAlign w:val="center"/>
          </w:tcPr>
          <w:p w14:paraId="3AF1CBAA" w14:textId="77777777" w:rsidR="00707CE2" w:rsidRPr="00577356" w:rsidRDefault="00000000">
            <w:pPr>
              <w:spacing w:after="0" w:line="245" w:lineRule="auto"/>
              <w:rPr>
                <w:rFonts w:cs="Arial"/>
                <w:sz w:val="24"/>
                <w:szCs w:val="24"/>
              </w:rPr>
            </w:pPr>
            <w:r w:rsidRPr="00577356">
              <w:rPr>
                <w:rFonts w:cs="Arial"/>
                <w:sz w:val="24"/>
                <w:szCs w:val="24"/>
              </w:rPr>
              <w:t>3</w:t>
            </w:r>
          </w:p>
        </w:tc>
        <w:tc>
          <w:tcPr>
            <w:tcW w:w="4692" w:type="dxa"/>
            <w:tcMar>
              <w:top w:w="100" w:type="dxa"/>
              <w:left w:w="110" w:type="dxa"/>
              <w:bottom w:w="100" w:type="dxa"/>
              <w:right w:w="110" w:type="dxa"/>
            </w:tcMar>
            <w:vAlign w:val="center"/>
          </w:tcPr>
          <w:p w14:paraId="691EFBF7" w14:textId="2554894B" w:rsidR="00707CE2" w:rsidRPr="005A66AF" w:rsidRDefault="00707CE2">
            <w:pPr>
              <w:spacing w:after="0" w:line="245" w:lineRule="auto"/>
              <w:rPr>
                <w:rFonts w:cs="Arial"/>
              </w:rPr>
            </w:pPr>
          </w:p>
        </w:tc>
        <w:tc>
          <w:tcPr>
            <w:tcW w:w="4507" w:type="dxa"/>
            <w:tcMar>
              <w:top w:w="100" w:type="dxa"/>
              <w:left w:w="110" w:type="dxa"/>
              <w:bottom w:w="100" w:type="dxa"/>
              <w:right w:w="110" w:type="dxa"/>
            </w:tcMar>
            <w:vAlign w:val="center"/>
          </w:tcPr>
          <w:p w14:paraId="64B5304F" w14:textId="5499A4CF" w:rsidR="00707CE2" w:rsidRPr="005A66AF" w:rsidRDefault="00707CE2">
            <w:pPr>
              <w:spacing w:after="0" w:line="245" w:lineRule="auto"/>
              <w:rPr>
                <w:rFonts w:cs="Arial"/>
              </w:rPr>
            </w:pPr>
          </w:p>
        </w:tc>
      </w:tr>
      <w:tr w:rsidR="00707CE2" w:rsidRPr="005A66AF" w14:paraId="11FA7A8B" w14:textId="77777777" w:rsidTr="00577356">
        <w:trPr>
          <w:jc w:val="center"/>
        </w:trPr>
        <w:tc>
          <w:tcPr>
            <w:tcW w:w="736" w:type="dxa"/>
            <w:shd w:val="clear" w:color="auto" w:fill="F5F7F9"/>
            <w:tcMar>
              <w:top w:w="100" w:type="dxa"/>
              <w:left w:w="110" w:type="dxa"/>
              <w:bottom w:w="100" w:type="dxa"/>
              <w:right w:w="110" w:type="dxa"/>
            </w:tcMar>
            <w:vAlign w:val="center"/>
          </w:tcPr>
          <w:p w14:paraId="4664835A" w14:textId="77777777" w:rsidR="00707CE2" w:rsidRPr="00577356" w:rsidRDefault="00000000">
            <w:pPr>
              <w:spacing w:after="0" w:line="245" w:lineRule="auto"/>
              <w:rPr>
                <w:rFonts w:cs="Arial"/>
                <w:sz w:val="24"/>
                <w:szCs w:val="24"/>
              </w:rPr>
            </w:pPr>
            <w:r w:rsidRPr="00577356">
              <w:rPr>
                <w:rFonts w:cs="Arial"/>
                <w:sz w:val="24"/>
                <w:szCs w:val="24"/>
              </w:rPr>
              <w:t>4</w:t>
            </w:r>
          </w:p>
        </w:tc>
        <w:tc>
          <w:tcPr>
            <w:tcW w:w="4692" w:type="dxa"/>
            <w:shd w:val="clear" w:color="auto" w:fill="F5F7F9"/>
            <w:tcMar>
              <w:top w:w="100" w:type="dxa"/>
              <w:left w:w="110" w:type="dxa"/>
              <w:bottom w:w="100" w:type="dxa"/>
              <w:right w:w="110" w:type="dxa"/>
            </w:tcMar>
            <w:vAlign w:val="center"/>
          </w:tcPr>
          <w:p w14:paraId="190FFB2D" w14:textId="74381B40" w:rsidR="00707CE2" w:rsidRPr="005A66AF" w:rsidRDefault="00707CE2">
            <w:pPr>
              <w:spacing w:after="0" w:line="245" w:lineRule="auto"/>
              <w:rPr>
                <w:rFonts w:cs="Arial"/>
              </w:rPr>
            </w:pPr>
          </w:p>
        </w:tc>
        <w:tc>
          <w:tcPr>
            <w:tcW w:w="4507" w:type="dxa"/>
            <w:shd w:val="clear" w:color="auto" w:fill="F5F7F9"/>
            <w:tcMar>
              <w:top w:w="100" w:type="dxa"/>
              <w:left w:w="110" w:type="dxa"/>
              <w:bottom w:w="100" w:type="dxa"/>
              <w:right w:w="110" w:type="dxa"/>
            </w:tcMar>
            <w:vAlign w:val="center"/>
          </w:tcPr>
          <w:p w14:paraId="15239AE8" w14:textId="3723D1E5" w:rsidR="00707CE2" w:rsidRPr="005A66AF" w:rsidRDefault="00707CE2">
            <w:pPr>
              <w:spacing w:after="0" w:line="245" w:lineRule="auto"/>
              <w:rPr>
                <w:rFonts w:cs="Arial"/>
              </w:rPr>
            </w:pPr>
          </w:p>
        </w:tc>
      </w:tr>
      <w:tr w:rsidR="00707CE2" w:rsidRPr="005A66AF" w14:paraId="244E26BD" w14:textId="77777777" w:rsidTr="00577356">
        <w:trPr>
          <w:jc w:val="center"/>
        </w:trPr>
        <w:tc>
          <w:tcPr>
            <w:tcW w:w="736" w:type="dxa"/>
            <w:tcMar>
              <w:top w:w="100" w:type="dxa"/>
              <w:left w:w="110" w:type="dxa"/>
              <w:bottom w:w="100" w:type="dxa"/>
              <w:right w:w="110" w:type="dxa"/>
            </w:tcMar>
            <w:vAlign w:val="center"/>
          </w:tcPr>
          <w:p w14:paraId="513BEC2E" w14:textId="77777777" w:rsidR="00707CE2" w:rsidRPr="00577356" w:rsidRDefault="00000000">
            <w:pPr>
              <w:spacing w:after="0" w:line="245" w:lineRule="auto"/>
              <w:rPr>
                <w:rFonts w:cs="Arial"/>
                <w:sz w:val="24"/>
                <w:szCs w:val="24"/>
              </w:rPr>
            </w:pPr>
            <w:r w:rsidRPr="00577356">
              <w:rPr>
                <w:rFonts w:cs="Arial"/>
                <w:sz w:val="24"/>
                <w:szCs w:val="24"/>
              </w:rPr>
              <w:t>5</w:t>
            </w:r>
          </w:p>
        </w:tc>
        <w:tc>
          <w:tcPr>
            <w:tcW w:w="4692" w:type="dxa"/>
            <w:tcMar>
              <w:top w:w="100" w:type="dxa"/>
              <w:left w:w="110" w:type="dxa"/>
              <w:bottom w:w="100" w:type="dxa"/>
              <w:right w:w="110" w:type="dxa"/>
            </w:tcMar>
            <w:vAlign w:val="center"/>
          </w:tcPr>
          <w:p w14:paraId="02E077B5" w14:textId="1B691C88" w:rsidR="00707CE2" w:rsidRPr="005A66AF" w:rsidRDefault="00707CE2">
            <w:pPr>
              <w:spacing w:after="0" w:line="245" w:lineRule="auto"/>
              <w:rPr>
                <w:rFonts w:cs="Arial"/>
              </w:rPr>
            </w:pPr>
          </w:p>
        </w:tc>
        <w:tc>
          <w:tcPr>
            <w:tcW w:w="4507" w:type="dxa"/>
            <w:tcMar>
              <w:top w:w="100" w:type="dxa"/>
              <w:left w:w="110" w:type="dxa"/>
              <w:bottom w:w="100" w:type="dxa"/>
              <w:right w:w="110" w:type="dxa"/>
            </w:tcMar>
            <w:vAlign w:val="center"/>
          </w:tcPr>
          <w:p w14:paraId="785D09CE" w14:textId="277A5705" w:rsidR="00707CE2" w:rsidRPr="005A66AF" w:rsidRDefault="00707CE2">
            <w:pPr>
              <w:spacing w:after="0" w:line="245" w:lineRule="auto"/>
              <w:rPr>
                <w:rFonts w:cs="Arial"/>
              </w:rPr>
            </w:pPr>
          </w:p>
        </w:tc>
      </w:tr>
    </w:tbl>
    <w:p w14:paraId="6530F7A6" w14:textId="77777777" w:rsidR="00707CE2" w:rsidRPr="005A66AF" w:rsidRDefault="00707CE2">
      <w:pPr>
        <w:spacing w:after="0"/>
        <w:rPr>
          <w:rFonts w:cs="Arial"/>
        </w:rPr>
      </w:pPr>
    </w:p>
    <w:p w14:paraId="22999717" w14:textId="77777777" w:rsidR="00707CE2" w:rsidRPr="005A66AF" w:rsidRDefault="00000000">
      <w:pPr>
        <w:pStyle w:val="Heading1"/>
        <w:rPr>
          <w:rFonts w:ascii="Arial" w:hAnsi="Arial" w:cs="Arial"/>
        </w:rPr>
      </w:pPr>
      <w:r w:rsidRPr="005A66AF">
        <w:rPr>
          <w:rFonts w:ascii="Arial" w:hAnsi="Arial" w:cs="Arial"/>
        </w:rPr>
        <w:t>G. Measures of Successful Leadership</w:t>
      </w:r>
    </w:p>
    <w:p w14:paraId="79460387" w14:textId="77777777" w:rsidR="00707CE2" w:rsidRPr="00D961CA" w:rsidRDefault="00000000">
      <w:pPr>
        <w:rPr>
          <w:rFonts w:cs="Arial"/>
          <w:color w:val="000000" w:themeColor="text1"/>
          <w:sz w:val="24"/>
          <w:szCs w:val="24"/>
        </w:rPr>
      </w:pPr>
      <w:r w:rsidRPr="00D961CA">
        <w:rPr>
          <w:rFonts w:cs="Arial"/>
          <w:color w:val="000000" w:themeColor="text1"/>
          <w:sz w:val="24"/>
          <w:szCs w:val="24"/>
        </w:rPr>
        <w:t>Identify practical evidence that would show the role is being led effectively. Include results and the way those results are achieved.</w:t>
      </w:r>
    </w:p>
    <w:tbl>
      <w:tblPr>
        <w:tblStyle w:val="TableGrid"/>
        <w:tblW w:w="0" w:type="auto"/>
        <w:jc w:val="center"/>
        <w:tblLayout w:type="fixed"/>
        <w:tblLook w:val="04A0" w:firstRow="1" w:lastRow="0" w:firstColumn="1" w:lastColumn="0" w:noHBand="0" w:noVBand="1"/>
      </w:tblPr>
      <w:tblGrid>
        <w:gridCol w:w="3384"/>
        <w:gridCol w:w="6552"/>
      </w:tblGrid>
      <w:tr w:rsidR="00707CE2" w:rsidRPr="005A66AF" w14:paraId="0781AECE" w14:textId="77777777">
        <w:trPr>
          <w:tblHeader/>
          <w:jc w:val="center"/>
        </w:trPr>
        <w:tc>
          <w:tcPr>
            <w:tcW w:w="3384" w:type="dxa"/>
            <w:shd w:val="clear" w:color="auto" w:fill="17365D"/>
            <w:tcMar>
              <w:top w:w="80" w:type="dxa"/>
              <w:left w:w="110" w:type="dxa"/>
              <w:bottom w:w="80" w:type="dxa"/>
              <w:right w:w="110" w:type="dxa"/>
            </w:tcMar>
            <w:vAlign w:val="center"/>
          </w:tcPr>
          <w:p w14:paraId="0E023866" w14:textId="77777777" w:rsidR="00707CE2" w:rsidRPr="00D961CA" w:rsidRDefault="00000000">
            <w:pPr>
              <w:spacing w:after="0" w:line="245" w:lineRule="auto"/>
              <w:jc w:val="center"/>
              <w:rPr>
                <w:rFonts w:cs="Arial"/>
                <w:sz w:val="24"/>
                <w:szCs w:val="24"/>
              </w:rPr>
            </w:pPr>
            <w:r w:rsidRPr="00D961CA">
              <w:rPr>
                <w:rFonts w:cs="Arial"/>
                <w:b/>
                <w:color w:val="FFFFFF"/>
                <w:sz w:val="24"/>
                <w:szCs w:val="24"/>
              </w:rPr>
              <w:t>Area</w:t>
            </w:r>
          </w:p>
        </w:tc>
        <w:tc>
          <w:tcPr>
            <w:tcW w:w="6552" w:type="dxa"/>
            <w:shd w:val="clear" w:color="auto" w:fill="17365D"/>
            <w:tcMar>
              <w:top w:w="80" w:type="dxa"/>
              <w:left w:w="110" w:type="dxa"/>
              <w:bottom w:w="80" w:type="dxa"/>
              <w:right w:w="110" w:type="dxa"/>
            </w:tcMar>
            <w:vAlign w:val="center"/>
          </w:tcPr>
          <w:p w14:paraId="063A5954" w14:textId="77777777" w:rsidR="00707CE2" w:rsidRPr="00D961CA" w:rsidRDefault="00000000">
            <w:pPr>
              <w:spacing w:after="0" w:line="245" w:lineRule="auto"/>
              <w:jc w:val="center"/>
              <w:rPr>
                <w:rFonts w:cs="Arial"/>
                <w:sz w:val="24"/>
                <w:szCs w:val="24"/>
              </w:rPr>
            </w:pPr>
            <w:r w:rsidRPr="00D961CA">
              <w:rPr>
                <w:rFonts w:cs="Arial"/>
                <w:b/>
                <w:color w:val="FFFFFF"/>
                <w:sz w:val="24"/>
                <w:szCs w:val="24"/>
              </w:rPr>
              <w:t>Evidence of success</w:t>
            </w:r>
          </w:p>
        </w:tc>
      </w:tr>
      <w:tr w:rsidR="00707CE2" w:rsidRPr="005A66AF" w14:paraId="6B2BE158" w14:textId="77777777" w:rsidTr="00715FCD">
        <w:trPr>
          <w:trHeight w:val="851"/>
          <w:jc w:val="center"/>
        </w:trPr>
        <w:tc>
          <w:tcPr>
            <w:tcW w:w="3384" w:type="dxa"/>
            <w:tcMar>
              <w:top w:w="100" w:type="dxa"/>
              <w:left w:w="110" w:type="dxa"/>
              <w:bottom w:w="100" w:type="dxa"/>
              <w:right w:w="110" w:type="dxa"/>
            </w:tcMar>
            <w:vAlign w:val="center"/>
          </w:tcPr>
          <w:p w14:paraId="151BCCA9" w14:textId="77777777" w:rsidR="00707CE2" w:rsidRPr="00D961CA" w:rsidRDefault="00000000">
            <w:pPr>
              <w:spacing w:after="0" w:line="245" w:lineRule="auto"/>
              <w:rPr>
                <w:rFonts w:cs="Arial"/>
                <w:sz w:val="24"/>
                <w:szCs w:val="24"/>
              </w:rPr>
            </w:pPr>
            <w:r w:rsidRPr="00D961CA">
              <w:rPr>
                <w:rFonts w:cs="Arial"/>
                <w:sz w:val="24"/>
                <w:szCs w:val="24"/>
              </w:rPr>
              <w:t>Public or service result</w:t>
            </w:r>
          </w:p>
        </w:tc>
        <w:tc>
          <w:tcPr>
            <w:tcW w:w="6552" w:type="dxa"/>
            <w:tcMar>
              <w:top w:w="100" w:type="dxa"/>
              <w:left w:w="110" w:type="dxa"/>
              <w:bottom w:w="100" w:type="dxa"/>
              <w:right w:w="110" w:type="dxa"/>
            </w:tcMar>
            <w:vAlign w:val="center"/>
          </w:tcPr>
          <w:p w14:paraId="66872F3B" w14:textId="569B6B00" w:rsidR="00707CE2" w:rsidRPr="00D961CA" w:rsidRDefault="00707CE2">
            <w:pPr>
              <w:spacing w:after="0" w:line="245" w:lineRule="auto"/>
              <w:rPr>
                <w:rFonts w:cs="Arial"/>
                <w:sz w:val="24"/>
                <w:szCs w:val="24"/>
              </w:rPr>
            </w:pPr>
          </w:p>
        </w:tc>
      </w:tr>
      <w:tr w:rsidR="00707CE2" w:rsidRPr="005A66AF" w14:paraId="2CC00F62" w14:textId="77777777" w:rsidTr="00715FCD">
        <w:trPr>
          <w:trHeight w:val="851"/>
          <w:jc w:val="center"/>
        </w:trPr>
        <w:tc>
          <w:tcPr>
            <w:tcW w:w="3384" w:type="dxa"/>
            <w:shd w:val="clear" w:color="auto" w:fill="F5F7F9"/>
            <w:tcMar>
              <w:top w:w="100" w:type="dxa"/>
              <w:left w:w="110" w:type="dxa"/>
              <w:bottom w:w="100" w:type="dxa"/>
              <w:right w:w="110" w:type="dxa"/>
            </w:tcMar>
            <w:vAlign w:val="center"/>
          </w:tcPr>
          <w:p w14:paraId="0D70D0ED" w14:textId="77777777" w:rsidR="00707CE2" w:rsidRPr="00D961CA" w:rsidRDefault="00000000">
            <w:pPr>
              <w:spacing w:after="0" w:line="245" w:lineRule="auto"/>
              <w:rPr>
                <w:rFonts w:cs="Arial"/>
                <w:sz w:val="24"/>
                <w:szCs w:val="24"/>
              </w:rPr>
            </w:pPr>
            <w:r w:rsidRPr="00D961CA">
              <w:rPr>
                <w:rFonts w:cs="Arial"/>
                <w:sz w:val="24"/>
                <w:szCs w:val="24"/>
              </w:rPr>
              <w:t>Team and people</w:t>
            </w:r>
          </w:p>
        </w:tc>
        <w:tc>
          <w:tcPr>
            <w:tcW w:w="6552" w:type="dxa"/>
            <w:shd w:val="clear" w:color="auto" w:fill="F5F7F9"/>
            <w:tcMar>
              <w:top w:w="100" w:type="dxa"/>
              <w:left w:w="110" w:type="dxa"/>
              <w:bottom w:w="100" w:type="dxa"/>
              <w:right w:w="110" w:type="dxa"/>
            </w:tcMar>
            <w:vAlign w:val="center"/>
          </w:tcPr>
          <w:p w14:paraId="3C0BD390" w14:textId="2364B95E" w:rsidR="00707CE2" w:rsidRPr="00D961CA" w:rsidRDefault="00707CE2">
            <w:pPr>
              <w:spacing w:after="0" w:line="245" w:lineRule="auto"/>
              <w:rPr>
                <w:rFonts w:cs="Arial"/>
                <w:sz w:val="24"/>
                <w:szCs w:val="24"/>
              </w:rPr>
            </w:pPr>
          </w:p>
        </w:tc>
      </w:tr>
      <w:tr w:rsidR="00707CE2" w:rsidRPr="005A66AF" w14:paraId="0BA4FDC1" w14:textId="77777777" w:rsidTr="00715FCD">
        <w:trPr>
          <w:trHeight w:val="851"/>
          <w:jc w:val="center"/>
        </w:trPr>
        <w:tc>
          <w:tcPr>
            <w:tcW w:w="3384" w:type="dxa"/>
            <w:tcMar>
              <w:top w:w="100" w:type="dxa"/>
              <w:left w:w="110" w:type="dxa"/>
              <w:bottom w:w="100" w:type="dxa"/>
              <w:right w:w="110" w:type="dxa"/>
            </w:tcMar>
            <w:vAlign w:val="center"/>
          </w:tcPr>
          <w:p w14:paraId="5F1AF4CC" w14:textId="77777777" w:rsidR="00707CE2" w:rsidRPr="00D961CA" w:rsidRDefault="00000000">
            <w:pPr>
              <w:spacing w:after="0" w:line="245" w:lineRule="auto"/>
              <w:rPr>
                <w:rFonts w:cs="Arial"/>
                <w:sz w:val="24"/>
                <w:szCs w:val="24"/>
              </w:rPr>
            </w:pPr>
            <w:r w:rsidRPr="00D961CA">
              <w:rPr>
                <w:rFonts w:cs="Arial"/>
                <w:sz w:val="24"/>
                <w:szCs w:val="24"/>
              </w:rPr>
              <w:t>Integrity and accountability</w:t>
            </w:r>
          </w:p>
        </w:tc>
        <w:tc>
          <w:tcPr>
            <w:tcW w:w="6552" w:type="dxa"/>
            <w:tcMar>
              <w:top w:w="100" w:type="dxa"/>
              <w:left w:w="110" w:type="dxa"/>
              <w:bottom w:w="100" w:type="dxa"/>
              <w:right w:w="110" w:type="dxa"/>
            </w:tcMar>
            <w:vAlign w:val="center"/>
          </w:tcPr>
          <w:p w14:paraId="282E19EA" w14:textId="6A2800DF" w:rsidR="00707CE2" w:rsidRPr="00D961CA" w:rsidRDefault="00707CE2">
            <w:pPr>
              <w:spacing w:after="0" w:line="245" w:lineRule="auto"/>
              <w:rPr>
                <w:rFonts w:cs="Arial"/>
                <w:sz w:val="24"/>
                <w:szCs w:val="24"/>
              </w:rPr>
            </w:pPr>
          </w:p>
        </w:tc>
      </w:tr>
      <w:tr w:rsidR="00707CE2" w:rsidRPr="005A66AF" w14:paraId="27C9FD2A" w14:textId="77777777" w:rsidTr="00715FCD">
        <w:trPr>
          <w:trHeight w:val="851"/>
          <w:jc w:val="center"/>
        </w:trPr>
        <w:tc>
          <w:tcPr>
            <w:tcW w:w="3384" w:type="dxa"/>
            <w:shd w:val="clear" w:color="auto" w:fill="F5F7F9"/>
            <w:tcMar>
              <w:top w:w="100" w:type="dxa"/>
              <w:left w:w="110" w:type="dxa"/>
              <w:bottom w:w="100" w:type="dxa"/>
              <w:right w:w="110" w:type="dxa"/>
            </w:tcMar>
            <w:vAlign w:val="center"/>
          </w:tcPr>
          <w:p w14:paraId="53A77D20" w14:textId="77777777" w:rsidR="00707CE2" w:rsidRPr="00D961CA" w:rsidRDefault="00000000">
            <w:pPr>
              <w:spacing w:after="0" w:line="245" w:lineRule="auto"/>
              <w:rPr>
                <w:rFonts w:cs="Arial"/>
                <w:sz w:val="24"/>
                <w:szCs w:val="24"/>
              </w:rPr>
            </w:pPr>
            <w:r w:rsidRPr="00D961CA">
              <w:rPr>
                <w:rFonts w:cs="Arial"/>
                <w:sz w:val="24"/>
                <w:szCs w:val="24"/>
              </w:rPr>
              <w:t>Collaboration and stakeholder confidence</w:t>
            </w:r>
          </w:p>
        </w:tc>
        <w:tc>
          <w:tcPr>
            <w:tcW w:w="6552" w:type="dxa"/>
            <w:shd w:val="clear" w:color="auto" w:fill="F5F7F9"/>
            <w:tcMar>
              <w:top w:w="100" w:type="dxa"/>
              <w:left w:w="110" w:type="dxa"/>
              <w:bottom w:w="100" w:type="dxa"/>
              <w:right w:w="110" w:type="dxa"/>
            </w:tcMar>
            <w:vAlign w:val="center"/>
          </w:tcPr>
          <w:p w14:paraId="5B780E50" w14:textId="1BB64DEB" w:rsidR="00707CE2" w:rsidRPr="00D961CA" w:rsidRDefault="00707CE2">
            <w:pPr>
              <w:spacing w:after="0" w:line="245" w:lineRule="auto"/>
              <w:rPr>
                <w:rFonts w:cs="Arial"/>
                <w:sz w:val="24"/>
                <w:szCs w:val="24"/>
              </w:rPr>
            </w:pPr>
          </w:p>
        </w:tc>
      </w:tr>
      <w:tr w:rsidR="00707CE2" w:rsidRPr="005A66AF" w14:paraId="4048501D" w14:textId="77777777" w:rsidTr="00715FCD">
        <w:trPr>
          <w:trHeight w:val="851"/>
          <w:jc w:val="center"/>
        </w:trPr>
        <w:tc>
          <w:tcPr>
            <w:tcW w:w="3384" w:type="dxa"/>
            <w:tcMar>
              <w:top w:w="100" w:type="dxa"/>
              <w:left w:w="110" w:type="dxa"/>
              <w:bottom w:w="100" w:type="dxa"/>
              <w:right w:w="110" w:type="dxa"/>
            </w:tcMar>
            <w:vAlign w:val="center"/>
          </w:tcPr>
          <w:p w14:paraId="0B01EF88" w14:textId="77777777" w:rsidR="00707CE2" w:rsidRPr="00D961CA" w:rsidRDefault="00000000">
            <w:pPr>
              <w:spacing w:after="0" w:line="245" w:lineRule="auto"/>
              <w:rPr>
                <w:rFonts w:cs="Arial"/>
                <w:sz w:val="24"/>
                <w:szCs w:val="24"/>
              </w:rPr>
            </w:pPr>
            <w:r w:rsidRPr="00D961CA">
              <w:rPr>
                <w:rFonts w:cs="Arial"/>
                <w:sz w:val="24"/>
                <w:szCs w:val="24"/>
              </w:rPr>
              <w:t>Improvement and learning</w:t>
            </w:r>
          </w:p>
        </w:tc>
        <w:tc>
          <w:tcPr>
            <w:tcW w:w="6552" w:type="dxa"/>
            <w:tcMar>
              <w:top w:w="100" w:type="dxa"/>
              <w:left w:w="110" w:type="dxa"/>
              <w:bottom w:w="100" w:type="dxa"/>
              <w:right w:w="110" w:type="dxa"/>
            </w:tcMar>
            <w:vAlign w:val="center"/>
          </w:tcPr>
          <w:p w14:paraId="644EDB84" w14:textId="3BD80138" w:rsidR="00707CE2" w:rsidRPr="00D961CA" w:rsidRDefault="00707CE2">
            <w:pPr>
              <w:spacing w:after="0" w:line="245" w:lineRule="auto"/>
              <w:rPr>
                <w:rFonts w:cs="Arial"/>
                <w:sz w:val="24"/>
                <w:szCs w:val="24"/>
              </w:rPr>
            </w:pPr>
          </w:p>
        </w:tc>
      </w:tr>
    </w:tbl>
    <w:p w14:paraId="3136375C" w14:textId="77777777" w:rsidR="00707CE2" w:rsidRPr="005A66AF" w:rsidRDefault="00707CE2">
      <w:pPr>
        <w:spacing w:after="0"/>
        <w:rPr>
          <w:rFonts w:cs="Arial"/>
        </w:rPr>
      </w:pPr>
    </w:p>
    <w:p w14:paraId="2B188D89" w14:textId="77777777" w:rsidR="00715FCD" w:rsidRDefault="00715FCD">
      <w:pPr>
        <w:spacing w:after="200" w:line="276" w:lineRule="auto"/>
        <w:rPr>
          <w:rFonts w:eastAsiaTheme="majorEastAsia" w:cs="Arial"/>
          <w:b/>
          <w:bCs/>
          <w:color w:val="17365D"/>
          <w:sz w:val="30"/>
          <w:szCs w:val="28"/>
        </w:rPr>
      </w:pPr>
      <w:r>
        <w:rPr>
          <w:rFonts w:cs="Arial"/>
        </w:rPr>
        <w:br w:type="page"/>
      </w:r>
    </w:p>
    <w:p w14:paraId="07F6A190" w14:textId="0B969681" w:rsidR="00707CE2" w:rsidRPr="005A66AF" w:rsidRDefault="00000000">
      <w:pPr>
        <w:pStyle w:val="Heading1"/>
        <w:rPr>
          <w:rFonts w:ascii="Arial" w:hAnsi="Arial" w:cs="Arial"/>
        </w:rPr>
      </w:pPr>
      <w:r w:rsidRPr="005A66AF">
        <w:rPr>
          <w:rFonts w:ascii="Arial" w:hAnsi="Arial" w:cs="Arial"/>
        </w:rPr>
        <w:lastRenderedPageBreak/>
        <w:t>H. Immediate Leadership Priority</w:t>
      </w:r>
    </w:p>
    <w:p w14:paraId="1BA0BC53" w14:textId="77777777" w:rsidR="00707CE2" w:rsidRPr="005A66AF" w:rsidRDefault="00000000">
      <w:pPr>
        <w:rPr>
          <w:rFonts w:cs="Arial"/>
        </w:rPr>
      </w:pPr>
      <w:r w:rsidRPr="005A66AF">
        <w:rPr>
          <w:rFonts w:cs="Arial"/>
        </w:rPr>
        <w:t>Based on the profile you have completed, identify one issue that deserves leadership attention now. This may later become the starting point for your Leadership Action Project.</w:t>
      </w:r>
    </w:p>
    <w:tbl>
      <w:tblPr>
        <w:tblStyle w:val="TableGrid"/>
        <w:tblW w:w="0" w:type="auto"/>
        <w:jc w:val="center"/>
        <w:tblLayout w:type="fixed"/>
        <w:tblLook w:val="04A0" w:firstRow="1" w:lastRow="0" w:firstColumn="1" w:lastColumn="0" w:noHBand="0" w:noVBand="1"/>
      </w:tblPr>
      <w:tblGrid>
        <w:gridCol w:w="2951"/>
        <w:gridCol w:w="6983"/>
      </w:tblGrid>
      <w:tr w:rsidR="00707CE2" w:rsidRPr="005A66AF" w14:paraId="2FDD7CA3" w14:textId="77777777" w:rsidTr="0081336F">
        <w:trPr>
          <w:trHeight w:val="851"/>
          <w:jc w:val="center"/>
        </w:trPr>
        <w:tc>
          <w:tcPr>
            <w:tcW w:w="2951" w:type="dxa"/>
            <w:shd w:val="clear" w:color="auto" w:fill="EAF2F8"/>
            <w:tcMar>
              <w:top w:w="100" w:type="dxa"/>
              <w:left w:w="110" w:type="dxa"/>
              <w:bottom w:w="100" w:type="dxa"/>
              <w:right w:w="110" w:type="dxa"/>
            </w:tcMar>
            <w:vAlign w:val="center"/>
          </w:tcPr>
          <w:p w14:paraId="006579AC" w14:textId="77777777" w:rsidR="00707CE2" w:rsidRPr="0081336F" w:rsidRDefault="00000000">
            <w:pPr>
              <w:spacing w:after="0" w:line="245" w:lineRule="auto"/>
              <w:rPr>
                <w:rFonts w:cs="Arial"/>
                <w:sz w:val="24"/>
                <w:szCs w:val="24"/>
              </w:rPr>
            </w:pPr>
            <w:r w:rsidRPr="0081336F">
              <w:rPr>
                <w:rFonts w:cs="Arial"/>
                <w:b/>
                <w:color w:val="17365D"/>
                <w:sz w:val="24"/>
                <w:szCs w:val="24"/>
              </w:rPr>
              <w:t>The issue or opportunity</w:t>
            </w:r>
          </w:p>
        </w:tc>
        <w:tc>
          <w:tcPr>
            <w:tcW w:w="6983" w:type="dxa"/>
            <w:tcMar>
              <w:top w:w="100" w:type="dxa"/>
              <w:left w:w="110" w:type="dxa"/>
              <w:bottom w:w="100" w:type="dxa"/>
              <w:right w:w="110" w:type="dxa"/>
            </w:tcMar>
            <w:vAlign w:val="center"/>
          </w:tcPr>
          <w:p w14:paraId="4FF973D4" w14:textId="72A9C8E5" w:rsidR="00707CE2" w:rsidRPr="0081336F" w:rsidRDefault="00707CE2">
            <w:pPr>
              <w:spacing w:after="0" w:line="245" w:lineRule="auto"/>
              <w:rPr>
                <w:rFonts w:cs="Arial"/>
                <w:sz w:val="24"/>
                <w:szCs w:val="24"/>
              </w:rPr>
            </w:pPr>
          </w:p>
        </w:tc>
      </w:tr>
      <w:tr w:rsidR="00707CE2" w:rsidRPr="005A66AF" w14:paraId="1402F987" w14:textId="77777777" w:rsidTr="0081336F">
        <w:trPr>
          <w:trHeight w:val="851"/>
          <w:jc w:val="center"/>
        </w:trPr>
        <w:tc>
          <w:tcPr>
            <w:tcW w:w="2951" w:type="dxa"/>
            <w:shd w:val="clear" w:color="auto" w:fill="EAF2F8"/>
            <w:tcMar>
              <w:top w:w="100" w:type="dxa"/>
              <w:left w:w="110" w:type="dxa"/>
              <w:bottom w:w="100" w:type="dxa"/>
              <w:right w:w="110" w:type="dxa"/>
            </w:tcMar>
            <w:vAlign w:val="center"/>
          </w:tcPr>
          <w:p w14:paraId="5F033B4D" w14:textId="77777777" w:rsidR="00707CE2" w:rsidRPr="0081336F" w:rsidRDefault="00000000">
            <w:pPr>
              <w:spacing w:after="0" w:line="245" w:lineRule="auto"/>
              <w:rPr>
                <w:rFonts w:cs="Arial"/>
                <w:sz w:val="24"/>
                <w:szCs w:val="24"/>
              </w:rPr>
            </w:pPr>
            <w:r w:rsidRPr="0081336F">
              <w:rPr>
                <w:rFonts w:cs="Arial"/>
                <w:b/>
                <w:color w:val="17365D"/>
                <w:sz w:val="24"/>
                <w:szCs w:val="24"/>
              </w:rPr>
              <w:t>Why it matters now</w:t>
            </w:r>
          </w:p>
        </w:tc>
        <w:tc>
          <w:tcPr>
            <w:tcW w:w="6983" w:type="dxa"/>
            <w:tcMar>
              <w:top w:w="100" w:type="dxa"/>
              <w:left w:w="110" w:type="dxa"/>
              <w:bottom w:w="100" w:type="dxa"/>
              <w:right w:w="110" w:type="dxa"/>
            </w:tcMar>
            <w:vAlign w:val="center"/>
          </w:tcPr>
          <w:p w14:paraId="1A06DAC2" w14:textId="768CF0A0" w:rsidR="00707CE2" w:rsidRPr="0081336F" w:rsidRDefault="00707CE2">
            <w:pPr>
              <w:spacing w:after="0" w:line="245" w:lineRule="auto"/>
              <w:rPr>
                <w:rFonts w:cs="Arial"/>
                <w:sz w:val="24"/>
                <w:szCs w:val="24"/>
              </w:rPr>
            </w:pPr>
          </w:p>
        </w:tc>
      </w:tr>
      <w:tr w:rsidR="00707CE2" w:rsidRPr="005A66AF" w14:paraId="1F5147A0" w14:textId="77777777" w:rsidTr="0081336F">
        <w:trPr>
          <w:trHeight w:val="851"/>
          <w:jc w:val="center"/>
        </w:trPr>
        <w:tc>
          <w:tcPr>
            <w:tcW w:w="2951" w:type="dxa"/>
            <w:shd w:val="clear" w:color="auto" w:fill="EAF2F8"/>
            <w:tcMar>
              <w:top w:w="100" w:type="dxa"/>
              <w:left w:w="110" w:type="dxa"/>
              <w:bottom w:w="100" w:type="dxa"/>
              <w:right w:w="110" w:type="dxa"/>
            </w:tcMar>
            <w:vAlign w:val="center"/>
          </w:tcPr>
          <w:p w14:paraId="512B7A99" w14:textId="77777777" w:rsidR="00707CE2" w:rsidRPr="0081336F" w:rsidRDefault="00000000">
            <w:pPr>
              <w:spacing w:after="0" w:line="245" w:lineRule="auto"/>
              <w:rPr>
                <w:rFonts w:cs="Arial"/>
                <w:sz w:val="24"/>
                <w:szCs w:val="24"/>
              </w:rPr>
            </w:pPr>
            <w:r w:rsidRPr="0081336F">
              <w:rPr>
                <w:rFonts w:cs="Arial"/>
                <w:b/>
                <w:color w:val="17365D"/>
                <w:sz w:val="24"/>
                <w:szCs w:val="24"/>
              </w:rPr>
              <w:t>People affected</w:t>
            </w:r>
          </w:p>
        </w:tc>
        <w:tc>
          <w:tcPr>
            <w:tcW w:w="6983" w:type="dxa"/>
            <w:tcMar>
              <w:top w:w="100" w:type="dxa"/>
              <w:left w:w="110" w:type="dxa"/>
              <w:bottom w:w="100" w:type="dxa"/>
              <w:right w:w="110" w:type="dxa"/>
            </w:tcMar>
            <w:vAlign w:val="center"/>
          </w:tcPr>
          <w:p w14:paraId="0C0B0F29" w14:textId="17F818A6" w:rsidR="00707CE2" w:rsidRPr="0081336F" w:rsidRDefault="00707CE2">
            <w:pPr>
              <w:spacing w:after="0" w:line="245" w:lineRule="auto"/>
              <w:rPr>
                <w:rFonts w:cs="Arial"/>
                <w:sz w:val="24"/>
                <w:szCs w:val="24"/>
              </w:rPr>
            </w:pPr>
          </w:p>
        </w:tc>
      </w:tr>
      <w:tr w:rsidR="00707CE2" w:rsidRPr="005A66AF" w14:paraId="640B4251" w14:textId="77777777" w:rsidTr="0081336F">
        <w:trPr>
          <w:trHeight w:val="851"/>
          <w:jc w:val="center"/>
        </w:trPr>
        <w:tc>
          <w:tcPr>
            <w:tcW w:w="2951" w:type="dxa"/>
            <w:shd w:val="clear" w:color="auto" w:fill="EAF2F8"/>
            <w:tcMar>
              <w:top w:w="100" w:type="dxa"/>
              <w:left w:w="110" w:type="dxa"/>
              <w:bottom w:w="100" w:type="dxa"/>
              <w:right w:w="110" w:type="dxa"/>
            </w:tcMar>
            <w:vAlign w:val="center"/>
          </w:tcPr>
          <w:p w14:paraId="0C3593A7" w14:textId="77777777" w:rsidR="00707CE2" w:rsidRPr="0081336F" w:rsidRDefault="00000000">
            <w:pPr>
              <w:spacing w:after="0" w:line="245" w:lineRule="auto"/>
              <w:rPr>
                <w:rFonts w:cs="Arial"/>
                <w:sz w:val="24"/>
                <w:szCs w:val="24"/>
              </w:rPr>
            </w:pPr>
            <w:r w:rsidRPr="0081336F">
              <w:rPr>
                <w:rFonts w:cs="Arial"/>
                <w:b/>
                <w:color w:val="17365D"/>
                <w:sz w:val="24"/>
                <w:szCs w:val="24"/>
              </w:rPr>
              <w:t>What is within my influence or authority?</w:t>
            </w:r>
          </w:p>
        </w:tc>
        <w:tc>
          <w:tcPr>
            <w:tcW w:w="6983" w:type="dxa"/>
            <w:tcMar>
              <w:top w:w="100" w:type="dxa"/>
              <w:left w:w="110" w:type="dxa"/>
              <w:bottom w:w="100" w:type="dxa"/>
              <w:right w:w="110" w:type="dxa"/>
            </w:tcMar>
            <w:vAlign w:val="center"/>
          </w:tcPr>
          <w:p w14:paraId="7E6E2EED" w14:textId="23D648C9" w:rsidR="00707CE2" w:rsidRPr="0081336F" w:rsidRDefault="00707CE2">
            <w:pPr>
              <w:spacing w:after="0" w:line="245" w:lineRule="auto"/>
              <w:rPr>
                <w:rFonts w:cs="Arial"/>
                <w:sz w:val="24"/>
                <w:szCs w:val="24"/>
              </w:rPr>
            </w:pPr>
          </w:p>
        </w:tc>
      </w:tr>
      <w:tr w:rsidR="00707CE2" w:rsidRPr="005A66AF" w14:paraId="76DAE094" w14:textId="77777777" w:rsidTr="0081336F">
        <w:trPr>
          <w:trHeight w:val="851"/>
          <w:jc w:val="center"/>
        </w:trPr>
        <w:tc>
          <w:tcPr>
            <w:tcW w:w="2951" w:type="dxa"/>
            <w:shd w:val="clear" w:color="auto" w:fill="EAF2F8"/>
            <w:tcMar>
              <w:top w:w="100" w:type="dxa"/>
              <w:left w:w="110" w:type="dxa"/>
              <w:bottom w:w="100" w:type="dxa"/>
              <w:right w:w="110" w:type="dxa"/>
            </w:tcMar>
            <w:vAlign w:val="center"/>
          </w:tcPr>
          <w:p w14:paraId="1EFBFFF5" w14:textId="77777777" w:rsidR="00707CE2" w:rsidRPr="0081336F" w:rsidRDefault="00000000">
            <w:pPr>
              <w:spacing w:after="0" w:line="245" w:lineRule="auto"/>
              <w:rPr>
                <w:rFonts w:cs="Arial"/>
                <w:sz w:val="24"/>
                <w:szCs w:val="24"/>
              </w:rPr>
            </w:pPr>
            <w:r w:rsidRPr="0081336F">
              <w:rPr>
                <w:rFonts w:cs="Arial"/>
                <w:b/>
                <w:color w:val="17365D"/>
                <w:sz w:val="24"/>
                <w:szCs w:val="24"/>
              </w:rPr>
              <w:t>First useful step</w:t>
            </w:r>
          </w:p>
        </w:tc>
        <w:tc>
          <w:tcPr>
            <w:tcW w:w="6983" w:type="dxa"/>
            <w:tcMar>
              <w:top w:w="100" w:type="dxa"/>
              <w:left w:w="110" w:type="dxa"/>
              <w:bottom w:w="100" w:type="dxa"/>
              <w:right w:w="110" w:type="dxa"/>
            </w:tcMar>
            <w:vAlign w:val="center"/>
          </w:tcPr>
          <w:p w14:paraId="44972E60" w14:textId="6EB30E80" w:rsidR="00707CE2" w:rsidRPr="0081336F" w:rsidRDefault="00707CE2">
            <w:pPr>
              <w:spacing w:after="0" w:line="245" w:lineRule="auto"/>
              <w:rPr>
                <w:rFonts w:cs="Arial"/>
                <w:sz w:val="24"/>
                <w:szCs w:val="24"/>
              </w:rPr>
            </w:pPr>
          </w:p>
        </w:tc>
      </w:tr>
    </w:tbl>
    <w:p w14:paraId="45E68773" w14:textId="77777777" w:rsidR="00707CE2" w:rsidRPr="005A66AF" w:rsidRDefault="00707CE2">
      <w:pPr>
        <w:spacing w:after="0"/>
        <w:rPr>
          <w:rFonts w:cs="Arial"/>
        </w:rPr>
      </w:pPr>
    </w:p>
    <w:p w14:paraId="37E72005" w14:textId="77777777" w:rsidR="00707CE2" w:rsidRPr="005A66AF" w:rsidRDefault="00000000">
      <w:pPr>
        <w:pStyle w:val="Heading1"/>
        <w:rPr>
          <w:rFonts w:ascii="Arial" w:hAnsi="Arial" w:cs="Arial"/>
        </w:rPr>
      </w:pPr>
      <w:r w:rsidRPr="005A66AF">
        <w:rPr>
          <w:rFonts w:ascii="Arial" w:hAnsi="Arial" w:cs="Arial"/>
        </w:rPr>
        <w:t>Partner Review</w:t>
      </w:r>
    </w:p>
    <w:p w14:paraId="38C4201B" w14:textId="77777777" w:rsidR="00707CE2" w:rsidRPr="00C0633A" w:rsidRDefault="00000000">
      <w:pPr>
        <w:rPr>
          <w:rFonts w:cs="Arial"/>
          <w:sz w:val="24"/>
          <w:szCs w:val="24"/>
        </w:rPr>
      </w:pPr>
      <w:r w:rsidRPr="00C0633A">
        <w:rPr>
          <w:rFonts w:cs="Arial"/>
          <w:sz w:val="24"/>
          <w:szCs w:val="24"/>
        </w:rPr>
        <w:t>Ask your workshop partner to test the profile using the following questions:</w:t>
      </w:r>
    </w:p>
    <w:tbl>
      <w:tblPr>
        <w:tblStyle w:val="TableGrid"/>
        <w:tblW w:w="0" w:type="auto"/>
        <w:jc w:val="center"/>
        <w:tblLayout w:type="fixed"/>
        <w:tblLook w:val="04A0" w:firstRow="1" w:lastRow="0" w:firstColumn="1" w:lastColumn="0" w:noHBand="0" w:noVBand="1"/>
      </w:tblPr>
      <w:tblGrid>
        <w:gridCol w:w="5130"/>
        <w:gridCol w:w="4806"/>
      </w:tblGrid>
      <w:tr w:rsidR="00707CE2" w:rsidRPr="005A66AF" w14:paraId="3FDEC6BD" w14:textId="77777777" w:rsidTr="00C0633A">
        <w:trPr>
          <w:tblHeader/>
          <w:jc w:val="center"/>
        </w:trPr>
        <w:tc>
          <w:tcPr>
            <w:tcW w:w="5130" w:type="dxa"/>
            <w:shd w:val="clear" w:color="auto" w:fill="17365D"/>
            <w:tcMar>
              <w:top w:w="80" w:type="dxa"/>
              <w:left w:w="110" w:type="dxa"/>
              <w:bottom w:w="80" w:type="dxa"/>
              <w:right w:w="110" w:type="dxa"/>
            </w:tcMar>
            <w:vAlign w:val="center"/>
          </w:tcPr>
          <w:p w14:paraId="57107FCD" w14:textId="77777777" w:rsidR="00707CE2" w:rsidRPr="00C0633A" w:rsidRDefault="00000000">
            <w:pPr>
              <w:spacing w:after="0" w:line="245" w:lineRule="auto"/>
              <w:jc w:val="center"/>
              <w:rPr>
                <w:rFonts w:cs="Arial"/>
                <w:sz w:val="24"/>
                <w:szCs w:val="24"/>
              </w:rPr>
            </w:pPr>
            <w:r w:rsidRPr="00C0633A">
              <w:rPr>
                <w:rFonts w:cs="Arial"/>
                <w:b/>
                <w:color w:val="FFFFFF"/>
                <w:sz w:val="24"/>
                <w:szCs w:val="24"/>
              </w:rPr>
              <w:t>Review question</w:t>
            </w:r>
          </w:p>
        </w:tc>
        <w:tc>
          <w:tcPr>
            <w:tcW w:w="4806" w:type="dxa"/>
            <w:shd w:val="clear" w:color="auto" w:fill="17365D"/>
            <w:tcMar>
              <w:top w:w="80" w:type="dxa"/>
              <w:left w:w="110" w:type="dxa"/>
              <w:bottom w:w="80" w:type="dxa"/>
              <w:right w:w="110" w:type="dxa"/>
            </w:tcMar>
            <w:vAlign w:val="center"/>
          </w:tcPr>
          <w:p w14:paraId="2F03CD11" w14:textId="77777777" w:rsidR="00707CE2" w:rsidRPr="00C0633A" w:rsidRDefault="00000000">
            <w:pPr>
              <w:spacing w:after="0" w:line="245" w:lineRule="auto"/>
              <w:jc w:val="center"/>
              <w:rPr>
                <w:rFonts w:cs="Arial"/>
                <w:sz w:val="24"/>
                <w:szCs w:val="24"/>
              </w:rPr>
            </w:pPr>
            <w:r w:rsidRPr="00C0633A">
              <w:rPr>
                <w:rFonts w:cs="Arial"/>
                <w:b/>
                <w:color w:val="FFFFFF"/>
                <w:sz w:val="24"/>
                <w:szCs w:val="24"/>
              </w:rPr>
              <w:t>Notes</w:t>
            </w:r>
          </w:p>
        </w:tc>
      </w:tr>
      <w:tr w:rsidR="00707CE2" w:rsidRPr="005A66AF" w14:paraId="077934FC" w14:textId="77777777" w:rsidTr="00C0633A">
        <w:trPr>
          <w:trHeight w:val="567"/>
          <w:jc w:val="center"/>
        </w:trPr>
        <w:tc>
          <w:tcPr>
            <w:tcW w:w="5130" w:type="dxa"/>
            <w:tcMar>
              <w:top w:w="100" w:type="dxa"/>
              <w:left w:w="110" w:type="dxa"/>
              <w:bottom w:w="100" w:type="dxa"/>
              <w:right w:w="110" w:type="dxa"/>
            </w:tcMar>
            <w:vAlign w:val="center"/>
          </w:tcPr>
          <w:p w14:paraId="607B1806" w14:textId="77777777" w:rsidR="00707CE2" w:rsidRPr="00C0633A" w:rsidRDefault="00000000">
            <w:pPr>
              <w:spacing w:after="0" w:line="245" w:lineRule="auto"/>
              <w:rPr>
                <w:rFonts w:cs="Arial"/>
                <w:sz w:val="24"/>
                <w:szCs w:val="24"/>
              </w:rPr>
            </w:pPr>
            <w:r w:rsidRPr="00C0633A">
              <w:rPr>
                <w:rFonts w:cs="Arial"/>
                <w:sz w:val="24"/>
                <w:szCs w:val="24"/>
              </w:rPr>
              <w:t>Is the public purpose clear and meaningful?</w:t>
            </w:r>
          </w:p>
        </w:tc>
        <w:tc>
          <w:tcPr>
            <w:tcW w:w="4806" w:type="dxa"/>
            <w:tcMar>
              <w:top w:w="100" w:type="dxa"/>
              <w:left w:w="110" w:type="dxa"/>
              <w:bottom w:w="100" w:type="dxa"/>
              <w:right w:w="110" w:type="dxa"/>
            </w:tcMar>
            <w:vAlign w:val="center"/>
          </w:tcPr>
          <w:p w14:paraId="6D559670" w14:textId="733E120F" w:rsidR="00707CE2" w:rsidRPr="00C0633A" w:rsidRDefault="00707CE2">
            <w:pPr>
              <w:spacing w:after="0" w:line="245" w:lineRule="auto"/>
              <w:rPr>
                <w:rFonts w:cs="Arial"/>
                <w:sz w:val="24"/>
                <w:szCs w:val="24"/>
              </w:rPr>
            </w:pPr>
          </w:p>
        </w:tc>
      </w:tr>
      <w:tr w:rsidR="00707CE2" w:rsidRPr="005A66AF" w14:paraId="449ADD98" w14:textId="77777777" w:rsidTr="00C0633A">
        <w:trPr>
          <w:trHeight w:val="567"/>
          <w:jc w:val="center"/>
        </w:trPr>
        <w:tc>
          <w:tcPr>
            <w:tcW w:w="5130" w:type="dxa"/>
            <w:shd w:val="clear" w:color="auto" w:fill="F5F7F9"/>
            <w:tcMar>
              <w:top w:w="100" w:type="dxa"/>
              <w:left w:w="110" w:type="dxa"/>
              <w:bottom w:w="100" w:type="dxa"/>
              <w:right w:w="110" w:type="dxa"/>
            </w:tcMar>
            <w:vAlign w:val="center"/>
          </w:tcPr>
          <w:p w14:paraId="4FF26968" w14:textId="77777777" w:rsidR="00707CE2" w:rsidRPr="00C0633A" w:rsidRDefault="00000000">
            <w:pPr>
              <w:spacing w:after="0" w:line="245" w:lineRule="auto"/>
              <w:rPr>
                <w:rFonts w:cs="Arial"/>
                <w:sz w:val="24"/>
                <w:szCs w:val="24"/>
              </w:rPr>
            </w:pPr>
            <w:r w:rsidRPr="00C0633A">
              <w:rPr>
                <w:rFonts w:cs="Arial"/>
                <w:sz w:val="24"/>
                <w:szCs w:val="24"/>
              </w:rPr>
              <w:t>Are the five responsibilities genuinely leadership responsibilities?</w:t>
            </w:r>
          </w:p>
        </w:tc>
        <w:tc>
          <w:tcPr>
            <w:tcW w:w="4806" w:type="dxa"/>
            <w:shd w:val="clear" w:color="auto" w:fill="F5F7F9"/>
            <w:tcMar>
              <w:top w:w="100" w:type="dxa"/>
              <w:left w:w="110" w:type="dxa"/>
              <w:bottom w:w="100" w:type="dxa"/>
              <w:right w:w="110" w:type="dxa"/>
            </w:tcMar>
            <w:vAlign w:val="center"/>
          </w:tcPr>
          <w:p w14:paraId="21C2AE06" w14:textId="2F47B473" w:rsidR="00707CE2" w:rsidRPr="00C0633A" w:rsidRDefault="00707CE2">
            <w:pPr>
              <w:spacing w:after="0" w:line="245" w:lineRule="auto"/>
              <w:rPr>
                <w:rFonts w:cs="Arial"/>
                <w:sz w:val="24"/>
                <w:szCs w:val="24"/>
              </w:rPr>
            </w:pPr>
          </w:p>
        </w:tc>
      </w:tr>
      <w:tr w:rsidR="00707CE2" w:rsidRPr="005A66AF" w14:paraId="0C58CF99" w14:textId="77777777" w:rsidTr="00C0633A">
        <w:trPr>
          <w:trHeight w:val="567"/>
          <w:jc w:val="center"/>
        </w:trPr>
        <w:tc>
          <w:tcPr>
            <w:tcW w:w="5130" w:type="dxa"/>
            <w:tcMar>
              <w:top w:w="100" w:type="dxa"/>
              <w:left w:w="110" w:type="dxa"/>
              <w:bottom w:w="100" w:type="dxa"/>
              <w:right w:w="110" w:type="dxa"/>
            </w:tcMar>
            <w:vAlign w:val="center"/>
          </w:tcPr>
          <w:p w14:paraId="0433D9A7" w14:textId="77777777" w:rsidR="00707CE2" w:rsidRPr="00C0633A" w:rsidRDefault="00000000">
            <w:pPr>
              <w:spacing w:after="0" w:line="245" w:lineRule="auto"/>
              <w:rPr>
                <w:rFonts w:cs="Arial"/>
                <w:sz w:val="24"/>
                <w:szCs w:val="24"/>
              </w:rPr>
            </w:pPr>
            <w:r w:rsidRPr="00C0633A">
              <w:rPr>
                <w:rFonts w:cs="Arial"/>
                <w:sz w:val="24"/>
                <w:szCs w:val="24"/>
              </w:rPr>
              <w:t>Are the authority boundaries realistic?</w:t>
            </w:r>
          </w:p>
        </w:tc>
        <w:tc>
          <w:tcPr>
            <w:tcW w:w="4806" w:type="dxa"/>
            <w:tcMar>
              <w:top w:w="100" w:type="dxa"/>
              <w:left w:w="110" w:type="dxa"/>
              <w:bottom w:w="100" w:type="dxa"/>
              <w:right w:w="110" w:type="dxa"/>
            </w:tcMar>
            <w:vAlign w:val="center"/>
          </w:tcPr>
          <w:p w14:paraId="54318F71" w14:textId="6CE261F0" w:rsidR="00707CE2" w:rsidRPr="00C0633A" w:rsidRDefault="00707CE2">
            <w:pPr>
              <w:spacing w:after="0" w:line="245" w:lineRule="auto"/>
              <w:rPr>
                <w:rFonts w:cs="Arial"/>
                <w:sz w:val="24"/>
                <w:szCs w:val="24"/>
              </w:rPr>
            </w:pPr>
          </w:p>
        </w:tc>
      </w:tr>
      <w:tr w:rsidR="00707CE2" w:rsidRPr="005A66AF" w14:paraId="57056C61" w14:textId="77777777" w:rsidTr="00C0633A">
        <w:trPr>
          <w:trHeight w:val="567"/>
          <w:jc w:val="center"/>
        </w:trPr>
        <w:tc>
          <w:tcPr>
            <w:tcW w:w="5130" w:type="dxa"/>
            <w:shd w:val="clear" w:color="auto" w:fill="F5F7F9"/>
            <w:tcMar>
              <w:top w:w="100" w:type="dxa"/>
              <w:left w:w="110" w:type="dxa"/>
              <w:bottom w:w="100" w:type="dxa"/>
              <w:right w:w="110" w:type="dxa"/>
            </w:tcMar>
            <w:vAlign w:val="center"/>
          </w:tcPr>
          <w:p w14:paraId="4620E97D" w14:textId="77777777" w:rsidR="00707CE2" w:rsidRPr="00C0633A" w:rsidRDefault="00000000">
            <w:pPr>
              <w:spacing w:after="0" w:line="245" w:lineRule="auto"/>
              <w:rPr>
                <w:rFonts w:cs="Arial"/>
                <w:sz w:val="24"/>
                <w:szCs w:val="24"/>
              </w:rPr>
            </w:pPr>
            <w:r w:rsidRPr="00C0633A">
              <w:rPr>
                <w:rFonts w:cs="Arial"/>
                <w:sz w:val="24"/>
                <w:szCs w:val="24"/>
              </w:rPr>
              <w:t>Are the expected behaviours observable?</w:t>
            </w:r>
          </w:p>
        </w:tc>
        <w:tc>
          <w:tcPr>
            <w:tcW w:w="4806" w:type="dxa"/>
            <w:shd w:val="clear" w:color="auto" w:fill="F5F7F9"/>
            <w:tcMar>
              <w:top w:w="100" w:type="dxa"/>
              <w:left w:w="110" w:type="dxa"/>
              <w:bottom w:w="100" w:type="dxa"/>
              <w:right w:w="110" w:type="dxa"/>
            </w:tcMar>
            <w:vAlign w:val="center"/>
          </w:tcPr>
          <w:p w14:paraId="77AA3021" w14:textId="43D41CF0" w:rsidR="00707CE2" w:rsidRPr="00C0633A" w:rsidRDefault="00707CE2">
            <w:pPr>
              <w:spacing w:after="0" w:line="245" w:lineRule="auto"/>
              <w:rPr>
                <w:rFonts w:cs="Arial"/>
                <w:sz w:val="24"/>
                <w:szCs w:val="24"/>
              </w:rPr>
            </w:pPr>
          </w:p>
        </w:tc>
      </w:tr>
      <w:tr w:rsidR="00707CE2" w:rsidRPr="005A66AF" w14:paraId="27327407" w14:textId="77777777" w:rsidTr="00C0633A">
        <w:trPr>
          <w:trHeight w:val="567"/>
          <w:jc w:val="center"/>
        </w:trPr>
        <w:tc>
          <w:tcPr>
            <w:tcW w:w="5130" w:type="dxa"/>
            <w:tcMar>
              <w:top w:w="100" w:type="dxa"/>
              <w:left w:w="110" w:type="dxa"/>
              <w:bottom w:w="100" w:type="dxa"/>
              <w:right w:w="110" w:type="dxa"/>
            </w:tcMar>
            <w:vAlign w:val="center"/>
          </w:tcPr>
          <w:p w14:paraId="061BB1F7" w14:textId="77777777" w:rsidR="00707CE2" w:rsidRPr="00C0633A" w:rsidRDefault="00000000">
            <w:pPr>
              <w:spacing w:after="0" w:line="245" w:lineRule="auto"/>
              <w:rPr>
                <w:rFonts w:cs="Arial"/>
                <w:sz w:val="24"/>
                <w:szCs w:val="24"/>
              </w:rPr>
            </w:pPr>
            <w:r w:rsidRPr="00C0633A">
              <w:rPr>
                <w:rFonts w:cs="Arial"/>
                <w:sz w:val="24"/>
                <w:szCs w:val="24"/>
              </w:rPr>
              <w:t>Would the success measures provide credible evidence?</w:t>
            </w:r>
          </w:p>
        </w:tc>
        <w:tc>
          <w:tcPr>
            <w:tcW w:w="4806" w:type="dxa"/>
            <w:tcMar>
              <w:top w:w="100" w:type="dxa"/>
              <w:left w:w="110" w:type="dxa"/>
              <w:bottom w:w="100" w:type="dxa"/>
              <w:right w:w="110" w:type="dxa"/>
            </w:tcMar>
            <w:vAlign w:val="center"/>
          </w:tcPr>
          <w:p w14:paraId="6F86F358" w14:textId="3B66FAA1" w:rsidR="00707CE2" w:rsidRPr="00C0633A" w:rsidRDefault="00707CE2">
            <w:pPr>
              <w:spacing w:after="0" w:line="245" w:lineRule="auto"/>
              <w:rPr>
                <w:rFonts w:cs="Arial"/>
                <w:sz w:val="24"/>
                <w:szCs w:val="24"/>
              </w:rPr>
            </w:pPr>
          </w:p>
        </w:tc>
      </w:tr>
    </w:tbl>
    <w:p w14:paraId="5599EA29" w14:textId="77777777" w:rsidR="00707CE2" w:rsidRPr="005A66AF" w:rsidRDefault="00707CE2">
      <w:pPr>
        <w:spacing w:after="0"/>
        <w:rPr>
          <w:rFonts w:cs="Arial"/>
        </w:rPr>
      </w:pPr>
    </w:p>
    <w:tbl>
      <w:tblPr>
        <w:tblStyle w:val="TableGrid"/>
        <w:tblW w:w="0" w:type="auto"/>
        <w:jc w:val="center"/>
        <w:tblLayout w:type="fixed"/>
        <w:tblLook w:val="04A0" w:firstRow="1" w:lastRow="0" w:firstColumn="1" w:lastColumn="0" w:noHBand="0" w:noVBand="1"/>
      </w:tblPr>
      <w:tblGrid>
        <w:gridCol w:w="3671"/>
        <w:gridCol w:w="6263"/>
      </w:tblGrid>
      <w:tr w:rsidR="00707CE2" w:rsidRPr="005A66AF" w14:paraId="76E34852" w14:textId="77777777" w:rsidTr="00C0633A">
        <w:trPr>
          <w:trHeight w:val="1116"/>
          <w:jc w:val="center"/>
        </w:trPr>
        <w:tc>
          <w:tcPr>
            <w:tcW w:w="3671" w:type="dxa"/>
            <w:shd w:val="clear" w:color="auto" w:fill="EAF2F8"/>
            <w:tcMar>
              <w:top w:w="100" w:type="dxa"/>
              <w:left w:w="110" w:type="dxa"/>
              <w:bottom w:w="100" w:type="dxa"/>
              <w:right w:w="110" w:type="dxa"/>
            </w:tcMar>
            <w:vAlign w:val="center"/>
          </w:tcPr>
          <w:p w14:paraId="0CB91AE3" w14:textId="77777777" w:rsidR="00707CE2" w:rsidRPr="00C0633A" w:rsidRDefault="00000000">
            <w:pPr>
              <w:spacing w:after="0" w:line="245" w:lineRule="auto"/>
              <w:rPr>
                <w:rFonts w:cs="Arial"/>
                <w:sz w:val="24"/>
                <w:szCs w:val="24"/>
              </w:rPr>
            </w:pPr>
            <w:r w:rsidRPr="00C0633A">
              <w:rPr>
                <w:rFonts w:cs="Arial"/>
                <w:b/>
                <w:color w:val="17365D"/>
                <w:sz w:val="24"/>
                <w:szCs w:val="24"/>
              </w:rPr>
              <w:t>One change I will make after feedback</w:t>
            </w:r>
          </w:p>
        </w:tc>
        <w:tc>
          <w:tcPr>
            <w:tcW w:w="6263" w:type="dxa"/>
            <w:tcMar>
              <w:top w:w="100" w:type="dxa"/>
              <w:left w:w="110" w:type="dxa"/>
              <w:bottom w:w="100" w:type="dxa"/>
              <w:right w:w="110" w:type="dxa"/>
            </w:tcMar>
            <w:vAlign w:val="center"/>
          </w:tcPr>
          <w:p w14:paraId="344930D6" w14:textId="78A9CB5A" w:rsidR="00707CE2" w:rsidRPr="005A66AF" w:rsidRDefault="00707CE2">
            <w:pPr>
              <w:spacing w:after="0" w:line="245" w:lineRule="auto"/>
              <w:rPr>
                <w:rFonts w:cs="Arial"/>
              </w:rPr>
            </w:pPr>
          </w:p>
        </w:tc>
      </w:tr>
    </w:tbl>
    <w:p w14:paraId="085A760B" w14:textId="77777777" w:rsidR="00707CE2" w:rsidRPr="005A66AF" w:rsidRDefault="00707CE2">
      <w:pPr>
        <w:spacing w:after="0"/>
        <w:rPr>
          <w:rFonts w:cs="Arial"/>
        </w:rPr>
      </w:pPr>
    </w:p>
    <w:p w14:paraId="116F280A" w14:textId="77777777" w:rsidR="00707CE2" w:rsidRPr="005A66AF" w:rsidRDefault="00000000">
      <w:pPr>
        <w:pStyle w:val="Heading1"/>
        <w:pageBreakBefore/>
        <w:rPr>
          <w:rFonts w:ascii="Arial" w:hAnsi="Arial" w:cs="Arial"/>
        </w:rPr>
      </w:pPr>
      <w:r w:rsidRPr="005A66AF">
        <w:rPr>
          <w:rFonts w:ascii="Arial" w:hAnsi="Arial" w:cs="Arial"/>
        </w:rPr>
        <w:lastRenderedPageBreak/>
        <w:t>LDR-01 Summary: My Leadership Role</w:t>
      </w:r>
    </w:p>
    <w:p w14:paraId="705FC944" w14:textId="340D9D62" w:rsidR="00707CE2" w:rsidRPr="003F63FD" w:rsidRDefault="00000000">
      <w:pPr>
        <w:rPr>
          <w:rFonts w:cs="Arial"/>
          <w:color w:val="000000" w:themeColor="text1"/>
          <w:sz w:val="24"/>
          <w:szCs w:val="24"/>
        </w:rPr>
      </w:pPr>
      <w:r w:rsidRPr="003F63FD">
        <w:rPr>
          <w:rFonts w:cs="Arial"/>
          <w:color w:val="000000" w:themeColor="text1"/>
          <w:sz w:val="24"/>
          <w:szCs w:val="24"/>
        </w:rPr>
        <w:t xml:space="preserve">Transfer the essential conclusions from Sections A–H to this one-page summary. Use it as your reference during </w:t>
      </w:r>
      <w:r w:rsidR="003F63FD" w:rsidRPr="003F63FD">
        <w:rPr>
          <w:rFonts w:cs="Arial"/>
          <w:color w:val="000000" w:themeColor="text1"/>
          <w:sz w:val="24"/>
          <w:szCs w:val="24"/>
        </w:rPr>
        <w:t xml:space="preserve">the completion of </w:t>
      </w:r>
      <w:r w:rsidRPr="003F63FD">
        <w:rPr>
          <w:rFonts w:cs="Arial"/>
          <w:color w:val="000000" w:themeColor="text1"/>
          <w:sz w:val="24"/>
          <w:szCs w:val="24"/>
        </w:rPr>
        <w:t>LDR-02.</w:t>
      </w:r>
    </w:p>
    <w:tbl>
      <w:tblPr>
        <w:tblStyle w:val="TableGrid"/>
        <w:tblW w:w="0" w:type="auto"/>
        <w:jc w:val="center"/>
        <w:tblLayout w:type="fixed"/>
        <w:tblLook w:val="04A0" w:firstRow="1" w:lastRow="0" w:firstColumn="1" w:lastColumn="0" w:noHBand="0" w:noVBand="1"/>
      </w:tblPr>
      <w:tblGrid>
        <w:gridCol w:w="3240"/>
        <w:gridCol w:w="6696"/>
      </w:tblGrid>
      <w:tr w:rsidR="00707CE2" w:rsidRPr="005A66AF" w14:paraId="49A7D957"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25B93A67" w14:textId="77777777" w:rsidR="00707CE2" w:rsidRPr="003F63FD" w:rsidRDefault="00000000">
            <w:pPr>
              <w:spacing w:after="0" w:line="245" w:lineRule="auto"/>
              <w:rPr>
                <w:rFonts w:cs="Arial"/>
                <w:sz w:val="24"/>
                <w:szCs w:val="24"/>
              </w:rPr>
            </w:pPr>
            <w:r w:rsidRPr="003F63FD">
              <w:rPr>
                <w:rFonts w:cs="Arial"/>
                <w:b/>
                <w:color w:val="17365D"/>
                <w:sz w:val="24"/>
                <w:szCs w:val="24"/>
              </w:rPr>
              <w:t>Role and work unit</w:t>
            </w:r>
          </w:p>
        </w:tc>
        <w:tc>
          <w:tcPr>
            <w:tcW w:w="6696" w:type="dxa"/>
            <w:tcMar>
              <w:top w:w="100" w:type="dxa"/>
              <w:left w:w="110" w:type="dxa"/>
              <w:bottom w:w="100" w:type="dxa"/>
              <w:right w:w="110" w:type="dxa"/>
            </w:tcMar>
            <w:vAlign w:val="center"/>
          </w:tcPr>
          <w:p w14:paraId="4E024F45" w14:textId="095B8E40" w:rsidR="00707CE2" w:rsidRPr="003F63FD" w:rsidRDefault="00707CE2">
            <w:pPr>
              <w:spacing w:after="0" w:line="245" w:lineRule="auto"/>
              <w:rPr>
                <w:rFonts w:cs="Arial"/>
                <w:sz w:val="24"/>
                <w:szCs w:val="24"/>
              </w:rPr>
            </w:pPr>
          </w:p>
        </w:tc>
      </w:tr>
      <w:tr w:rsidR="00707CE2" w:rsidRPr="005A66AF" w14:paraId="57B1C28A"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4749BF30" w14:textId="77777777" w:rsidR="00707CE2" w:rsidRPr="003F63FD" w:rsidRDefault="00000000">
            <w:pPr>
              <w:spacing w:after="0" w:line="245" w:lineRule="auto"/>
              <w:rPr>
                <w:rFonts w:cs="Arial"/>
                <w:sz w:val="24"/>
                <w:szCs w:val="24"/>
              </w:rPr>
            </w:pPr>
            <w:r w:rsidRPr="003F63FD">
              <w:rPr>
                <w:rFonts w:cs="Arial"/>
                <w:b/>
                <w:color w:val="17365D"/>
                <w:sz w:val="24"/>
                <w:szCs w:val="24"/>
              </w:rPr>
              <w:t>Public purpose</w:t>
            </w:r>
          </w:p>
        </w:tc>
        <w:tc>
          <w:tcPr>
            <w:tcW w:w="6696" w:type="dxa"/>
            <w:tcMar>
              <w:top w:w="100" w:type="dxa"/>
              <w:left w:w="110" w:type="dxa"/>
              <w:bottom w:w="100" w:type="dxa"/>
              <w:right w:w="110" w:type="dxa"/>
            </w:tcMar>
            <w:vAlign w:val="center"/>
          </w:tcPr>
          <w:p w14:paraId="73387372" w14:textId="186CD1F8" w:rsidR="00707CE2" w:rsidRPr="003F63FD" w:rsidRDefault="00707CE2">
            <w:pPr>
              <w:spacing w:after="0" w:line="245" w:lineRule="auto"/>
              <w:rPr>
                <w:rFonts w:cs="Arial"/>
                <w:sz w:val="24"/>
                <w:szCs w:val="24"/>
              </w:rPr>
            </w:pPr>
          </w:p>
        </w:tc>
      </w:tr>
      <w:tr w:rsidR="003F63FD" w:rsidRPr="005A66AF" w14:paraId="31C55E04" w14:textId="77777777" w:rsidTr="003F63FD">
        <w:trPr>
          <w:trHeight w:val="114"/>
          <w:jc w:val="center"/>
        </w:trPr>
        <w:tc>
          <w:tcPr>
            <w:tcW w:w="3240" w:type="dxa"/>
            <w:vMerge w:val="restart"/>
            <w:shd w:val="clear" w:color="auto" w:fill="EAF2F8"/>
            <w:tcMar>
              <w:top w:w="100" w:type="dxa"/>
              <w:left w:w="110" w:type="dxa"/>
              <w:bottom w:w="100" w:type="dxa"/>
              <w:right w:w="110" w:type="dxa"/>
            </w:tcMar>
            <w:vAlign w:val="center"/>
          </w:tcPr>
          <w:p w14:paraId="59811826" w14:textId="77777777" w:rsidR="003F63FD" w:rsidRPr="003F63FD" w:rsidRDefault="003F63FD">
            <w:pPr>
              <w:spacing w:after="0" w:line="245" w:lineRule="auto"/>
              <w:rPr>
                <w:rFonts w:cs="Arial"/>
                <w:sz w:val="24"/>
                <w:szCs w:val="24"/>
              </w:rPr>
            </w:pPr>
            <w:r w:rsidRPr="003F63FD">
              <w:rPr>
                <w:rFonts w:cs="Arial"/>
                <w:b/>
                <w:color w:val="17365D"/>
                <w:sz w:val="24"/>
                <w:szCs w:val="24"/>
              </w:rPr>
              <w:t>Five leadership responsibilities</w:t>
            </w:r>
          </w:p>
        </w:tc>
        <w:tc>
          <w:tcPr>
            <w:tcW w:w="6696" w:type="dxa"/>
            <w:tcMar>
              <w:top w:w="100" w:type="dxa"/>
              <w:left w:w="110" w:type="dxa"/>
              <w:bottom w:w="100" w:type="dxa"/>
              <w:right w:w="110" w:type="dxa"/>
            </w:tcMar>
            <w:vAlign w:val="center"/>
          </w:tcPr>
          <w:p w14:paraId="488858D9" w14:textId="21BFCAB9" w:rsidR="003F63FD" w:rsidRPr="003F63FD" w:rsidRDefault="003F63FD">
            <w:pPr>
              <w:spacing w:after="0" w:line="245" w:lineRule="auto"/>
              <w:rPr>
                <w:rFonts w:cs="Arial"/>
                <w:sz w:val="24"/>
                <w:szCs w:val="24"/>
              </w:rPr>
            </w:pPr>
          </w:p>
        </w:tc>
      </w:tr>
      <w:tr w:rsidR="003F63FD" w:rsidRPr="005A66AF" w14:paraId="34ACA8BC" w14:textId="77777777" w:rsidTr="003F63FD">
        <w:trPr>
          <w:trHeight w:val="114"/>
          <w:jc w:val="center"/>
        </w:trPr>
        <w:tc>
          <w:tcPr>
            <w:tcW w:w="3240" w:type="dxa"/>
            <w:vMerge/>
            <w:shd w:val="clear" w:color="auto" w:fill="EAF2F8"/>
            <w:tcMar>
              <w:top w:w="100" w:type="dxa"/>
              <w:left w:w="110" w:type="dxa"/>
              <w:bottom w:w="100" w:type="dxa"/>
              <w:right w:w="110" w:type="dxa"/>
            </w:tcMar>
            <w:vAlign w:val="center"/>
          </w:tcPr>
          <w:p w14:paraId="461025D7" w14:textId="77777777" w:rsidR="003F63FD" w:rsidRPr="003F63FD" w:rsidRDefault="003F63FD">
            <w:pPr>
              <w:spacing w:after="0" w:line="245" w:lineRule="auto"/>
              <w:rPr>
                <w:rFonts w:cs="Arial"/>
                <w:b/>
                <w:color w:val="17365D"/>
                <w:sz w:val="24"/>
                <w:szCs w:val="24"/>
              </w:rPr>
            </w:pPr>
          </w:p>
        </w:tc>
        <w:tc>
          <w:tcPr>
            <w:tcW w:w="6696" w:type="dxa"/>
            <w:tcMar>
              <w:top w:w="100" w:type="dxa"/>
              <w:left w:w="110" w:type="dxa"/>
              <w:bottom w:w="100" w:type="dxa"/>
              <w:right w:w="110" w:type="dxa"/>
            </w:tcMar>
            <w:vAlign w:val="center"/>
          </w:tcPr>
          <w:p w14:paraId="748886EA" w14:textId="77777777" w:rsidR="003F63FD" w:rsidRPr="003F63FD" w:rsidRDefault="003F63FD">
            <w:pPr>
              <w:spacing w:after="0" w:line="245" w:lineRule="auto"/>
              <w:rPr>
                <w:rFonts w:cs="Arial"/>
                <w:sz w:val="24"/>
                <w:szCs w:val="24"/>
              </w:rPr>
            </w:pPr>
          </w:p>
        </w:tc>
      </w:tr>
      <w:tr w:rsidR="003F63FD" w:rsidRPr="005A66AF" w14:paraId="054994B8" w14:textId="77777777" w:rsidTr="003F63FD">
        <w:trPr>
          <w:trHeight w:val="114"/>
          <w:jc w:val="center"/>
        </w:trPr>
        <w:tc>
          <w:tcPr>
            <w:tcW w:w="3240" w:type="dxa"/>
            <w:vMerge/>
            <w:shd w:val="clear" w:color="auto" w:fill="EAF2F8"/>
            <w:tcMar>
              <w:top w:w="100" w:type="dxa"/>
              <w:left w:w="110" w:type="dxa"/>
              <w:bottom w:w="100" w:type="dxa"/>
              <w:right w:w="110" w:type="dxa"/>
            </w:tcMar>
            <w:vAlign w:val="center"/>
          </w:tcPr>
          <w:p w14:paraId="5ED1F329" w14:textId="77777777" w:rsidR="003F63FD" w:rsidRPr="003F63FD" w:rsidRDefault="003F63FD">
            <w:pPr>
              <w:spacing w:after="0" w:line="245" w:lineRule="auto"/>
              <w:rPr>
                <w:rFonts w:cs="Arial"/>
                <w:b/>
                <w:color w:val="17365D"/>
                <w:sz w:val="24"/>
                <w:szCs w:val="24"/>
              </w:rPr>
            </w:pPr>
          </w:p>
        </w:tc>
        <w:tc>
          <w:tcPr>
            <w:tcW w:w="6696" w:type="dxa"/>
            <w:tcMar>
              <w:top w:w="100" w:type="dxa"/>
              <w:left w:w="110" w:type="dxa"/>
              <w:bottom w:w="100" w:type="dxa"/>
              <w:right w:w="110" w:type="dxa"/>
            </w:tcMar>
            <w:vAlign w:val="center"/>
          </w:tcPr>
          <w:p w14:paraId="376A54F2" w14:textId="77777777" w:rsidR="003F63FD" w:rsidRPr="003F63FD" w:rsidRDefault="003F63FD">
            <w:pPr>
              <w:spacing w:after="0" w:line="245" w:lineRule="auto"/>
              <w:rPr>
                <w:rFonts w:cs="Arial"/>
                <w:sz w:val="24"/>
                <w:szCs w:val="24"/>
              </w:rPr>
            </w:pPr>
          </w:p>
        </w:tc>
      </w:tr>
      <w:tr w:rsidR="003F63FD" w:rsidRPr="005A66AF" w14:paraId="1730A92B" w14:textId="77777777" w:rsidTr="003F63FD">
        <w:trPr>
          <w:trHeight w:val="114"/>
          <w:jc w:val="center"/>
        </w:trPr>
        <w:tc>
          <w:tcPr>
            <w:tcW w:w="3240" w:type="dxa"/>
            <w:vMerge/>
            <w:shd w:val="clear" w:color="auto" w:fill="EAF2F8"/>
            <w:tcMar>
              <w:top w:w="100" w:type="dxa"/>
              <w:left w:w="110" w:type="dxa"/>
              <w:bottom w:w="100" w:type="dxa"/>
              <w:right w:w="110" w:type="dxa"/>
            </w:tcMar>
            <w:vAlign w:val="center"/>
          </w:tcPr>
          <w:p w14:paraId="72DB1149" w14:textId="77777777" w:rsidR="003F63FD" w:rsidRPr="003F63FD" w:rsidRDefault="003F63FD">
            <w:pPr>
              <w:spacing w:after="0" w:line="245" w:lineRule="auto"/>
              <w:rPr>
                <w:rFonts w:cs="Arial"/>
                <w:b/>
                <w:color w:val="17365D"/>
                <w:sz w:val="24"/>
                <w:szCs w:val="24"/>
              </w:rPr>
            </w:pPr>
          </w:p>
        </w:tc>
        <w:tc>
          <w:tcPr>
            <w:tcW w:w="6696" w:type="dxa"/>
            <w:tcMar>
              <w:top w:w="100" w:type="dxa"/>
              <w:left w:w="110" w:type="dxa"/>
              <w:bottom w:w="100" w:type="dxa"/>
              <w:right w:w="110" w:type="dxa"/>
            </w:tcMar>
            <w:vAlign w:val="center"/>
          </w:tcPr>
          <w:p w14:paraId="5933116F" w14:textId="77777777" w:rsidR="003F63FD" w:rsidRPr="003F63FD" w:rsidRDefault="003F63FD">
            <w:pPr>
              <w:spacing w:after="0" w:line="245" w:lineRule="auto"/>
              <w:rPr>
                <w:rFonts w:cs="Arial"/>
                <w:sz w:val="24"/>
                <w:szCs w:val="24"/>
              </w:rPr>
            </w:pPr>
          </w:p>
        </w:tc>
      </w:tr>
      <w:tr w:rsidR="003F63FD" w:rsidRPr="005A66AF" w14:paraId="33E7596C" w14:textId="77777777" w:rsidTr="003F63FD">
        <w:trPr>
          <w:trHeight w:val="114"/>
          <w:jc w:val="center"/>
        </w:trPr>
        <w:tc>
          <w:tcPr>
            <w:tcW w:w="3240" w:type="dxa"/>
            <w:vMerge/>
            <w:shd w:val="clear" w:color="auto" w:fill="EAF2F8"/>
            <w:tcMar>
              <w:top w:w="100" w:type="dxa"/>
              <w:left w:w="110" w:type="dxa"/>
              <w:bottom w:w="100" w:type="dxa"/>
              <w:right w:w="110" w:type="dxa"/>
            </w:tcMar>
            <w:vAlign w:val="center"/>
          </w:tcPr>
          <w:p w14:paraId="40D681EE" w14:textId="77777777" w:rsidR="003F63FD" w:rsidRPr="003F63FD" w:rsidRDefault="003F63FD">
            <w:pPr>
              <w:spacing w:after="0" w:line="245" w:lineRule="auto"/>
              <w:rPr>
                <w:rFonts w:cs="Arial"/>
                <w:b/>
                <w:color w:val="17365D"/>
                <w:sz w:val="24"/>
                <w:szCs w:val="24"/>
              </w:rPr>
            </w:pPr>
          </w:p>
        </w:tc>
        <w:tc>
          <w:tcPr>
            <w:tcW w:w="6696" w:type="dxa"/>
            <w:tcMar>
              <w:top w:w="100" w:type="dxa"/>
              <w:left w:w="110" w:type="dxa"/>
              <w:bottom w:w="100" w:type="dxa"/>
              <w:right w:w="110" w:type="dxa"/>
            </w:tcMar>
            <w:vAlign w:val="center"/>
          </w:tcPr>
          <w:p w14:paraId="004360DB" w14:textId="77777777" w:rsidR="003F63FD" w:rsidRPr="003F63FD" w:rsidRDefault="003F63FD">
            <w:pPr>
              <w:spacing w:after="0" w:line="245" w:lineRule="auto"/>
              <w:rPr>
                <w:rFonts w:cs="Arial"/>
                <w:sz w:val="24"/>
                <w:szCs w:val="24"/>
              </w:rPr>
            </w:pPr>
          </w:p>
        </w:tc>
      </w:tr>
      <w:tr w:rsidR="00707CE2" w:rsidRPr="005A66AF" w14:paraId="3DB900E8"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7BB4897B" w14:textId="77777777" w:rsidR="00707CE2" w:rsidRPr="003F63FD" w:rsidRDefault="00000000">
            <w:pPr>
              <w:spacing w:after="0" w:line="245" w:lineRule="auto"/>
              <w:rPr>
                <w:rFonts w:cs="Arial"/>
                <w:sz w:val="24"/>
                <w:szCs w:val="24"/>
              </w:rPr>
            </w:pPr>
            <w:r w:rsidRPr="003F63FD">
              <w:rPr>
                <w:rFonts w:cs="Arial"/>
                <w:b/>
                <w:color w:val="17365D"/>
                <w:sz w:val="24"/>
                <w:szCs w:val="24"/>
              </w:rPr>
              <w:t>Essential people and stakeholders</w:t>
            </w:r>
          </w:p>
        </w:tc>
        <w:tc>
          <w:tcPr>
            <w:tcW w:w="6696" w:type="dxa"/>
            <w:tcMar>
              <w:top w:w="100" w:type="dxa"/>
              <w:left w:w="110" w:type="dxa"/>
              <w:bottom w:w="100" w:type="dxa"/>
              <w:right w:w="110" w:type="dxa"/>
            </w:tcMar>
            <w:vAlign w:val="center"/>
          </w:tcPr>
          <w:p w14:paraId="580B1F34" w14:textId="55D0D474" w:rsidR="00707CE2" w:rsidRPr="003F63FD" w:rsidRDefault="00707CE2">
            <w:pPr>
              <w:spacing w:after="0" w:line="245" w:lineRule="auto"/>
              <w:rPr>
                <w:rFonts w:cs="Arial"/>
                <w:sz w:val="24"/>
                <w:szCs w:val="24"/>
              </w:rPr>
            </w:pPr>
          </w:p>
        </w:tc>
      </w:tr>
      <w:tr w:rsidR="00707CE2" w:rsidRPr="005A66AF" w14:paraId="171E1E76"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7D649726" w14:textId="77777777" w:rsidR="00707CE2" w:rsidRPr="003F63FD" w:rsidRDefault="00000000">
            <w:pPr>
              <w:spacing w:after="0" w:line="245" w:lineRule="auto"/>
              <w:rPr>
                <w:rFonts w:cs="Arial"/>
                <w:sz w:val="24"/>
                <w:szCs w:val="24"/>
              </w:rPr>
            </w:pPr>
            <w:r w:rsidRPr="003F63FD">
              <w:rPr>
                <w:rFonts w:cs="Arial"/>
                <w:b/>
                <w:color w:val="17365D"/>
                <w:sz w:val="24"/>
                <w:szCs w:val="24"/>
              </w:rPr>
              <w:t>My decision authority</w:t>
            </w:r>
          </w:p>
        </w:tc>
        <w:tc>
          <w:tcPr>
            <w:tcW w:w="6696" w:type="dxa"/>
            <w:tcMar>
              <w:top w:w="100" w:type="dxa"/>
              <w:left w:w="110" w:type="dxa"/>
              <w:bottom w:w="100" w:type="dxa"/>
              <w:right w:w="110" w:type="dxa"/>
            </w:tcMar>
            <w:vAlign w:val="center"/>
          </w:tcPr>
          <w:p w14:paraId="170788F7" w14:textId="4773374A" w:rsidR="00707CE2" w:rsidRPr="003F63FD" w:rsidRDefault="00707CE2">
            <w:pPr>
              <w:spacing w:after="0" w:line="245" w:lineRule="auto"/>
              <w:rPr>
                <w:rFonts w:cs="Arial"/>
                <w:sz w:val="24"/>
                <w:szCs w:val="24"/>
              </w:rPr>
            </w:pPr>
          </w:p>
        </w:tc>
      </w:tr>
      <w:tr w:rsidR="00707CE2" w:rsidRPr="005A66AF" w14:paraId="65D91DAE"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79834737" w14:textId="77777777" w:rsidR="00707CE2" w:rsidRPr="003F63FD" w:rsidRDefault="00000000">
            <w:pPr>
              <w:spacing w:after="0" w:line="245" w:lineRule="auto"/>
              <w:rPr>
                <w:rFonts w:cs="Arial"/>
                <w:sz w:val="24"/>
                <w:szCs w:val="24"/>
              </w:rPr>
            </w:pPr>
            <w:r w:rsidRPr="003F63FD">
              <w:rPr>
                <w:rFonts w:cs="Arial"/>
                <w:b/>
                <w:color w:val="17365D"/>
                <w:sz w:val="24"/>
                <w:szCs w:val="24"/>
              </w:rPr>
              <w:t>Five expected leadership behaviours</w:t>
            </w:r>
          </w:p>
        </w:tc>
        <w:tc>
          <w:tcPr>
            <w:tcW w:w="6696" w:type="dxa"/>
            <w:tcMar>
              <w:top w:w="100" w:type="dxa"/>
              <w:left w:w="110" w:type="dxa"/>
              <w:bottom w:w="100" w:type="dxa"/>
              <w:right w:w="110" w:type="dxa"/>
            </w:tcMar>
            <w:vAlign w:val="center"/>
          </w:tcPr>
          <w:p w14:paraId="3C500B95" w14:textId="2A1CE0DC" w:rsidR="00707CE2" w:rsidRPr="003F63FD" w:rsidRDefault="00707CE2">
            <w:pPr>
              <w:spacing w:after="0" w:line="245" w:lineRule="auto"/>
              <w:rPr>
                <w:rFonts w:cs="Arial"/>
                <w:sz w:val="24"/>
                <w:szCs w:val="24"/>
              </w:rPr>
            </w:pPr>
          </w:p>
        </w:tc>
      </w:tr>
      <w:tr w:rsidR="00707CE2" w:rsidRPr="005A66AF" w14:paraId="0E24F315"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55549226" w14:textId="77777777" w:rsidR="00707CE2" w:rsidRPr="003F63FD" w:rsidRDefault="00000000">
            <w:pPr>
              <w:spacing w:after="0" w:line="245" w:lineRule="auto"/>
              <w:rPr>
                <w:rFonts w:cs="Arial"/>
                <w:sz w:val="24"/>
                <w:szCs w:val="24"/>
              </w:rPr>
            </w:pPr>
            <w:r w:rsidRPr="003F63FD">
              <w:rPr>
                <w:rFonts w:cs="Arial"/>
                <w:b/>
                <w:color w:val="17365D"/>
                <w:sz w:val="24"/>
                <w:szCs w:val="24"/>
              </w:rPr>
              <w:t>Most important evidence of success</w:t>
            </w:r>
          </w:p>
        </w:tc>
        <w:tc>
          <w:tcPr>
            <w:tcW w:w="6696" w:type="dxa"/>
            <w:tcMar>
              <w:top w:w="100" w:type="dxa"/>
              <w:left w:w="110" w:type="dxa"/>
              <w:bottom w:w="100" w:type="dxa"/>
              <w:right w:w="110" w:type="dxa"/>
            </w:tcMar>
            <w:vAlign w:val="center"/>
          </w:tcPr>
          <w:p w14:paraId="287791E6" w14:textId="30EB1CA2" w:rsidR="00707CE2" w:rsidRPr="003F63FD" w:rsidRDefault="00707CE2">
            <w:pPr>
              <w:spacing w:after="0" w:line="245" w:lineRule="auto"/>
              <w:rPr>
                <w:rFonts w:cs="Arial"/>
                <w:sz w:val="24"/>
                <w:szCs w:val="24"/>
              </w:rPr>
            </w:pPr>
          </w:p>
        </w:tc>
      </w:tr>
      <w:tr w:rsidR="00707CE2" w:rsidRPr="005A66AF" w14:paraId="7AE0CCF4" w14:textId="77777777" w:rsidTr="003F63FD">
        <w:trPr>
          <w:trHeight w:val="567"/>
          <w:jc w:val="center"/>
        </w:trPr>
        <w:tc>
          <w:tcPr>
            <w:tcW w:w="3240" w:type="dxa"/>
            <w:shd w:val="clear" w:color="auto" w:fill="EAF2F8"/>
            <w:tcMar>
              <w:top w:w="100" w:type="dxa"/>
              <w:left w:w="110" w:type="dxa"/>
              <w:bottom w:w="100" w:type="dxa"/>
              <w:right w:w="110" w:type="dxa"/>
            </w:tcMar>
            <w:vAlign w:val="center"/>
          </w:tcPr>
          <w:p w14:paraId="3A8E2DE4" w14:textId="77777777" w:rsidR="00707CE2" w:rsidRPr="003F63FD" w:rsidRDefault="00000000">
            <w:pPr>
              <w:spacing w:after="0" w:line="245" w:lineRule="auto"/>
              <w:rPr>
                <w:rFonts w:cs="Arial"/>
                <w:sz w:val="24"/>
                <w:szCs w:val="24"/>
              </w:rPr>
            </w:pPr>
            <w:r w:rsidRPr="003F63FD">
              <w:rPr>
                <w:rFonts w:cs="Arial"/>
                <w:b/>
                <w:color w:val="17365D"/>
                <w:sz w:val="24"/>
                <w:szCs w:val="24"/>
              </w:rPr>
              <w:t>Immediate leadership priority</w:t>
            </w:r>
          </w:p>
        </w:tc>
        <w:tc>
          <w:tcPr>
            <w:tcW w:w="6696" w:type="dxa"/>
            <w:tcMar>
              <w:top w:w="100" w:type="dxa"/>
              <w:left w:w="110" w:type="dxa"/>
              <w:bottom w:w="100" w:type="dxa"/>
              <w:right w:w="110" w:type="dxa"/>
            </w:tcMar>
            <w:vAlign w:val="center"/>
          </w:tcPr>
          <w:p w14:paraId="7B8365AE" w14:textId="46B63BFB" w:rsidR="00707CE2" w:rsidRPr="003F63FD" w:rsidRDefault="00707CE2">
            <w:pPr>
              <w:spacing w:after="0" w:line="245" w:lineRule="auto"/>
              <w:rPr>
                <w:rFonts w:cs="Arial"/>
                <w:sz w:val="24"/>
                <w:szCs w:val="24"/>
              </w:rPr>
            </w:pPr>
          </w:p>
        </w:tc>
      </w:tr>
    </w:tbl>
    <w:p w14:paraId="1D239984" w14:textId="77777777" w:rsidR="00707CE2" w:rsidRPr="005A66AF" w:rsidRDefault="00707CE2">
      <w:pPr>
        <w:spacing w:after="0"/>
        <w:rPr>
          <w:rFonts w:cs="Arial"/>
        </w:rPr>
      </w:pPr>
    </w:p>
    <w:tbl>
      <w:tblPr>
        <w:tblW w:w="0" w:type="auto"/>
        <w:jc w:val="center"/>
        <w:tblLayout w:type="fixed"/>
        <w:tblLook w:val="04A0" w:firstRow="1" w:lastRow="0" w:firstColumn="1" w:lastColumn="0" w:noHBand="0" w:noVBand="1"/>
      </w:tblPr>
      <w:tblGrid>
        <w:gridCol w:w="9936"/>
      </w:tblGrid>
      <w:tr w:rsidR="00707CE2" w:rsidRPr="005A66AF" w14:paraId="17A6E28D" w14:textId="77777777">
        <w:trPr>
          <w:jc w:val="center"/>
        </w:trPr>
        <w:tc>
          <w:tcPr>
            <w:tcW w:w="9936" w:type="dxa"/>
            <w:shd w:val="clear" w:color="auto" w:fill="EAF2F8"/>
            <w:tcMar>
              <w:top w:w="110" w:type="dxa"/>
              <w:left w:w="140" w:type="dxa"/>
              <w:bottom w:w="110" w:type="dxa"/>
              <w:right w:w="140" w:type="dxa"/>
            </w:tcMar>
          </w:tcPr>
          <w:p w14:paraId="79C50D94" w14:textId="77777777" w:rsidR="00707CE2" w:rsidRPr="005A66AF" w:rsidRDefault="00000000">
            <w:pPr>
              <w:spacing w:after="0"/>
              <w:rPr>
                <w:rFonts w:cs="Arial"/>
              </w:rPr>
            </w:pPr>
            <w:r w:rsidRPr="005A66AF">
              <w:rPr>
                <w:rFonts w:cs="Arial"/>
                <w:b/>
                <w:color w:val="17365D"/>
              </w:rPr>
              <w:t xml:space="preserve">COMPLETION CHECK  </w:t>
            </w:r>
            <w:r w:rsidRPr="005A66AF">
              <w:rPr>
                <w:rFonts w:cs="Arial"/>
              </w:rPr>
              <w:t>My profile describes my real role, distinguishes leadership from technical duties, clarifies authority, and identifies evidence that can be observed or verified.</w:t>
            </w:r>
          </w:p>
        </w:tc>
      </w:tr>
    </w:tbl>
    <w:p w14:paraId="784DF165" w14:textId="77777777" w:rsidR="00707CE2" w:rsidRPr="005A66AF" w:rsidRDefault="00707CE2">
      <w:pPr>
        <w:spacing w:after="0"/>
        <w:rPr>
          <w:rFonts w:cs="Arial"/>
        </w:rPr>
      </w:pPr>
    </w:p>
    <w:sectPr w:rsidR="00707CE2" w:rsidRPr="005A66AF" w:rsidSect="00034616">
      <w:headerReference w:type="default" r:id="rId8"/>
      <w:footerReference w:type="default" r:id="rId9"/>
      <w:pgSz w:w="12240" w:h="15840"/>
      <w:pgMar w:top="936" w:right="1037" w:bottom="936" w:left="1037"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2255" w14:textId="77777777" w:rsidR="007328E7" w:rsidRDefault="007328E7">
      <w:pPr>
        <w:spacing w:after="0" w:line="240" w:lineRule="auto"/>
      </w:pPr>
      <w:r>
        <w:separator/>
      </w:r>
    </w:p>
  </w:endnote>
  <w:endnote w:type="continuationSeparator" w:id="0">
    <w:p w14:paraId="648E7894" w14:textId="77777777" w:rsidR="007328E7" w:rsidRDefault="0073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661D" w14:textId="77777777" w:rsidR="00707CE2" w:rsidRDefault="00000000">
    <w:pPr>
      <w:pStyle w:val="Footer"/>
      <w:jc w:val="center"/>
    </w:pPr>
    <w:r>
      <w:rPr>
        <w:color w:val="66717C"/>
        <w:sz w:val="16"/>
      </w:rPr>
      <w:t>LDR-01  |  Public Sector Leadership Role Profile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5EB3" w14:textId="77777777" w:rsidR="007328E7" w:rsidRDefault="007328E7">
      <w:pPr>
        <w:spacing w:after="0" w:line="240" w:lineRule="auto"/>
      </w:pPr>
      <w:r>
        <w:separator/>
      </w:r>
    </w:p>
  </w:footnote>
  <w:footnote w:type="continuationSeparator" w:id="0">
    <w:p w14:paraId="1FAE82A7" w14:textId="77777777" w:rsidR="007328E7" w:rsidRDefault="00732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79FE" w14:textId="77777777" w:rsidR="00707CE2" w:rsidRDefault="00000000">
    <w:pPr>
      <w:pStyle w:val="Header"/>
      <w:jc w:val="right"/>
    </w:pPr>
    <w:r>
      <w:rPr>
        <w:b/>
        <w:color w:val="66717C"/>
        <w:sz w:val="16"/>
      </w:rPr>
      <w:t>ISMT  |  LEADERSHIP DEVELOPMENT TOOLS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B875F7"/>
    <w:multiLevelType w:val="hybridMultilevel"/>
    <w:tmpl w:val="B41C2B6A"/>
    <w:lvl w:ilvl="0" w:tplc="0C090001">
      <w:start w:val="1"/>
      <w:numFmt w:val="bullet"/>
      <w:lvlText w:val=""/>
      <w:lvlJc w:val="left"/>
      <w:pPr>
        <w:ind w:left="922" w:hanging="360"/>
      </w:pPr>
      <w:rPr>
        <w:rFonts w:ascii="Symbol" w:hAnsi="Symbol" w:hint="default"/>
      </w:rPr>
    </w:lvl>
    <w:lvl w:ilvl="1" w:tplc="0C090003" w:tentative="1">
      <w:start w:val="1"/>
      <w:numFmt w:val="bullet"/>
      <w:lvlText w:val="o"/>
      <w:lvlJc w:val="left"/>
      <w:pPr>
        <w:ind w:left="1642" w:hanging="360"/>
      </w:pPr>
      <w:rPr>
        <w:rFonts w:ascii="Courier New" w:hAnsi="Courier New" w:cs="Courier New" w:hint="default"/>
      </w:rPr>
    </w:lvl>
    <w:lvl w:ilvl="2" w:tplc="0C090005" w:tentative="1">
      <w:start w:val="1"/>
      <w:numFmt w:val="bullet"/>
      <w:lvlText w:val=""/>
      <w:lvlJc w:val="left"/>
      <w:pPr>
        <w:ind w:left="2362" w:hanging="360"/>
      </w:pPr>
      <w:rPr>
        <w:rFonts w:ascii="Wingdings" w:hAnsi="Wingdings" w:hint="default"/>
      </w:rPr>
    </w:lvl>
    <w:lvl w:ilvl="3" w:tplc="0C090001" w:tentative="1">
      <w:start w:val="1"/>
      <w:numFmt w:val="bullet"/>
      <w:lvlText w:val=""/>
      <w:lvlJc w:val="left"/>
      <w:pPr>
        <w:ind w:left="3082" w:hanging="360"/>
      </w:pPr>
      <w:rPr>
        <w:rFonts w:ascii="Symbol" w:hAnsi="Symbol" w:hint="default"/>
      </w:rPr>
    </w:lvl>
    <w:lvl w:ilvl="4" w:tplc="0C090003" w:tentative="1">
      <w:start w:val="1"/>
      <w:numFmt w:val="bullet"/>
      <w:lvlText w:val="o"/>
      <w:lvlJc w:val="left"/>
      <w:pPr>
        <w:ind w:left="3802" w:hanging="360"/>
      </w:pPr>
      <w:rPr>
        <w:rFonts w:ascii="Courier New" w:hAnsi="Courier New" w:cs="Courier New" w:hint="default"/>
      </w:rPr>
    </w:lvl>
    <w:lvl w:ilvl="5" w:tplc="0C090005" w:tentative="1">
      <w:start w:val="1"/>
      <w:numFmt w:val="bullet"/>
      <w:lvlText w:val=""/>
      <w:lvlJc w:val="left"/>
      <w:pPr>
        <w:ind w:left="4522" w:hanging="360"/>
      </w:pPr>
      <w:rPr>
        <w:rFonts w:ascii="Wingdings" w:hAnsi="Wingdings" w:hint="default"/>
      </w:rPr>
    </w:lvl>
    <w:lvl w:ilvl="6" w:tplc="0C090001" w:tentative="1">
      <w:start w:val="1"/>
      <w:numFmt w:val="bullet"/>
      <w:lvlText w:val=""/>
      <w:lvlJc w:val="left"/>
      <w:pPr>
        <w:ind w:left="5242" w:hanging="360"/>
      </w:pPr>
      <w:rPr>
        <w:rFonts w:ascii="Symbol" w:hAnsi="Symbol" w:hint="default"/>
      </w:rPr>
    </w:lvl>
    <w:lvl w:ilvl="7" w:tplc="0C090003" w:tentative="1">
      <w:start w:val="1"/>
      <w:numFmt w:val="bullet"/>
      <w:lvlText w:val="o"/>
      <w:lvlJc w:val="left"/>
      <w:pPr>
        <w:ind w:left="5962" w:hanging="360"/>
      </w:pPr>
      <w:rPr>
        <w:rFonts w:ascii="Courier New" w:hAnsi="Courier New" w:cs="Courier New" w:hint="default"/>
      </w:rPr>
    </w:lvl>
    <w:lvl w:ilvl="8" w:tplc="0C090005" w:tentative="1">
      <w:start w:val="1"/>
      <w:numFmt w:val="bullet"/>
      <w:lvlText w:val=""/>
      <w:lvlJc w:val="left"/>
      <w:pPr>
        <w:ind w:left="6682" w:hanging="360"/>
      </w:pPr>
      <w:rPr>
        <w:rFonts w:ascii="Wingdings" w:hAnsi="Wingdings" w:hint="default"/>
      </w:rPr>
    </w:lvl>
  </w:abstractNum>
  <w:num w:numId="1" w16cid:durableId="1570072574">
    <w:abstractNumId w:val="8"/>
  </w:num>
  <w:num w:numId="2" w16cid:durableId="1540896134">
    <w:abstractNumId w:val="6"/>
  </w:num>
  <w:num w:numId="3" w16cid:durableId="1275552618">
    <w:abstractNumId w:val="5"/>
  </w:num>
  <w:num w:numId="4" w16cid:durableId="1779252049">
    <w:abstractNumId w:val="4"/>
  </w:num>
  <w:num w:numId="5" w16cid:durableId="1437486270">
    <w:abstractNumId w:val="7"/>
  </w:num>
  <w:num w:numId="6" w16cid:durableId="1013995572">
    <w:abstractNumId w:val="3"/>
  </w:num>
  <w:num w:numId="7" w16cid:durableId="62602634">
    <w:abstractNumId w:val="2"/>
  </w:num>
  <w:num w:numId="8" w16cid:durableId="1193498566">
    <w:abstractNumId w:val="1"/>
  </w:num>
  <w:num w:numId="9" w16cid:durableId="1298878368">
    <w:abstractNumId w:val="0"/>
  </w:num>
  <w:num w:numId="10" w16cid:durableId="15861859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497"/>
    <w:rsid w:val="0015074B"/>
    <w:rsid w:val="001F5AA5"/>
    <w:rsid w:val="00276F14"/>
    <w:rsid w:val="0029473B"/>
    <w:rsid w:val="0029639D"/>
    <w:rsid w:val="00326F90"/>
    <w:rsid w:val="00352DC5"/>
    <w:rsid w:val="00387430"/>
    <w:rsid w:val="00393FAF"/>
    <w:rsid w:val="003E2E43"/>
    <w:rsid w:val="003F63FD"/>
    <w:rsid w:val="00433A07"/>
    <w:rsid w:val="004817C8"/>
    <w:rsid w:val="004937CA"/>
    <w:rsid w:val="004A45B5"/>
    <w:rsid w:val="004F4D6A"/>
    <w:rsid w:val="0051760C"/>
    <w:rsid w:val="00577356"/>
    <w:rsid w:val="005A2D37"/>
    <w:rsid w:val="005A66AF"/>
    <w:rsid w:val="005B1995"/>
    <w:rsid w:val="006747EB"/>
    <w:rsid w:val="006E3441"/>
    <w:rsid w:val="006F1E9B"/>
    <w:rsid w:val="00707CE2"/>
    <w:rsid w:val="00715FCD"/>
    <w:rsid w:val="007328E7"/>
    <w:rsid w:val="00756674"/>
    <w:rsid w:val="007B3313"/>
    <w:rsid w:val="008119E6"/>
    <w:rsid w:val="0081336F"/>
    <w:rsid w:val="0088233E"/>
    <w:rsid w:val="008D1049"/>
    <w:rsid w:val="008E2C78"/>
    <w:rsid w:val="009A1119"/>
    <w:rsid w:val="00A001D1"/>
    <w:rsid w:val="00A93172"/>
    <w:rsid w:val="00AA1D8D"/>
    <w:rsid w:val="00AE0B4D"/>
    <w:rsid w:val="00AE3B4E"/>
    <w:rsid w:val="00B21B6A"/>
    <w:rsid w:val="00B46B33"/>
    <w:rsid w:val="00B47730"/>
    <w:rsid w:val="00B77814"/>
    <w:rsid w:val="00C0633A"/>
    <w:rsid w:val="00C14CF7"/>
    <w:rsid w:val="00CB0664"/>
    <w:rsid w:val="00D65357"/>
    <w:rsid w:val="00D961CA"/>
    <w:rsid w:val="00DF245D"/>
    <w:rsid w:val="00E96C90"/>
    <w:rsid w:val="00EC525F"/>
    <w:rsid w:val="00F3715E"/>
    <w:rsid w:val="00F85C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03F3A"/>
  <w14:defaultImageDpi w14:val="300"/>
  <w15:docId w15:val="{B0BCACC8-E097-4E24-80B3-587DDD81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25313C"/>
      <w:sz w:val="2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E75B6"/>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LDR-01 Public Sector Leadership Role Profile</vt:lpstr>
    </vt:vector>
  </TitlesOfParts>
  <Manager/>
  <Company/>
  <LinksUpToDate>false</LinksUpToDate>
  <CharactersWithSpaces>5154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LDR-01 Public Sector Leadership Role Profile</dc:title>
  <dc:subject>Participant workshop tool for clarifying a public sector leadership role</dc:subject>
  <dc:creator>Integrated Sport Management Toolkit</dc:creator>
  <cp:keywords>public sector leadership, role profile, workshop, ISMT, LDR-01</cp:keywords>
  <dc:description>generated by python-docx</dc:description>
  <cp:lastModifiedBy>Brian Minikin</cp:lastModifiedBy>
  <cp:revision>42</cp:revision>
  <dcterms:created xsi:type="dcterms:W3CDTF">2026-08-14T02:21:00Z</dcterms:created>
  <dcterms:modified xsi:type="dcterms:W3CDTF">2026-09-03T00:30:00Z</dcterms:modified>
  <cp:category/>
</cp:coreProperties>
</file>