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E335F8" w14:textId="77777777" w:rsidR="00D84BBF" w:rsidRPr="005D5FCA" w:rsidRDefault="00000000">
      <w:pPr>
        <w:jc w:val="center"/>
        <w:rPr>
          <w:color w:val="auto"/>
        </w:rPr>
      </w:pPr>
      <w:r w:rsidRPr="005D5FCA">
        <w:rPr>
          <w:b/>
          <w:color w:val="auto"/>
          <w:sz w:val="46"/>
        </w:rPr>
        <w:t>PUBLIC SECTOR LEADERSHIP</w:t>
      </w:r>
      <w:r w:rsidRPr="005D5FCA">
        <w:rPr>
          <w:b/>
          <w:color w:val="auto"/>
          <w:sz w:val="46"/>
        </w:rPr>
        <w:br/>
        <w:t>SELF-ASSESSMENT</w:t>
      </w:r>
    </w:p>
    <w:p w14:paraId="4C9A521F" w14:textId="77777777" w:rsidR="00D84BBF" w:rsidRPr="005D5FCA" w:rsidRDefault="00000000">
      <w:pPr>
        <w:spacing w:after="280"/>
        <w:jc w:val="center"/>
        <w:rPr>
          <w:color w:val="auto"/>
        </w:rPr>
      </w:pPr>
      <w:r w:rsidRPr="005D5FCA">
        <w:rPr>
          <w:color w:val="auto"/>
          <w:sz w:val="24"/>
        </w:rPr>
        <w:t>Participant Workshop Tool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36"/>
      </w:tblGrid>
      <w:tr w:rsidR="00D84BBF" w:rsidRPr="005D5FCA" w14:paraId="4992EC48" w14:textId="77777777">
        <w:trPr>
          <w:jc w:val="center"/>
        </w:trPr>
        <w:tc>
          <w:tcPr>
            <w:tcW w:w="9936" w:type="dxa"/>
            <w:shd w:val="clear" w:color="auto" w:fill="EAF2F8"/>
            <w:tcMar>
              <w:top w:w="105" w:type="dxa"/>
              <w:left w:w="135" w:type="dxa"/>
              <w:bottom w:w="105" w:type="dxa"/>
              <w:right w:w="135" w:type="dxa"/>
            </w:tcMar>
          </w:tcPr>
          <w:p w14:paraId="574D3FBC" w14:textId="77777777" w:rsidR="00D84BBF" w:rsidRPr="005D5FCA" w:rsidRDefault="00000000">
            <w:pPr>
              <w:spacing w:after="0"/>
              <w:rPr>
                <w:color w:val="auto"/>
                <w:sz w:val="24"/>
                <w:szCs w:val="24"/>
              </w:rPr>
            </w:pPr>
            <w:r w:rsidRPr="005D5FCA">
              <w:rPr>
                <w:b/>
                <w:color w:val="auto"/>
                <w:sz w:val="24"/>
                <w:szCs w:val="24"/>
              </w:rPr>
              <w:t xml:space="preserve">PURPOSE  </w:t>
            </w:r>
            <w:r w:rsidRPr="005D5FCA">
              <w:rPr>
                <w:color w:val="auto"/>
                <w:sz w:val="24"/>
                <w:szCs w:val="24"/>
              </w:rPr>
              <w:t>To compare your present leadership behaviour with the requirements of the role you defined in LDR-01, using examples and evidence rather than aspiration.</w:t>
            </w:r>
          </w:p>
        </w:tc>
      </w:tr>
    </w:tbl>
    <w:p w14:paraId="247F6FF5" w14:textId="77777777" w:rsidR="00D84BBF" w:rsidRDefault="00D84BBF">
      <w:pPr>
        <w:spacing w:after="0"/>
      </w:pPr>
    </w:p>
    <w:p w14:paraId="47F6CFC3" w14:textId="77777777" w:rsidR="00D84BBF" w:rsidRPr="005C4699" w:rsidRDefault="00000000">
      <w:pPr>
        <w:pStyle w:val="Heading1"/>
        <w:rPr>
          <w:sz w:val="36"/>
          <w:szCs w:val="36"/>
        </w:rPr>
      </w:pPr>
      <w:r w:rsidRPr="005C4699">
        <w:rPr>
          <w:sz w:val="36"/>
          <w:szCs w:val="36"/>
        </w:rPr>
        <w:t>What this tool is—and is not</w:t>
      </w:r>
    </w:p>
    <w:p w14:paraId="628D49CC" w14:textId="77777777" w:rsidR="00D84BBF" w:rsidRPr="005D5FCA" w:rsidRDefault="00000000">
      <w:pPr>
        <w:rPr>
          <w:color w:val="auto"/>
          <w:sz w:val="24"/>
          <w:szCs w:val="24"/>
        </w:rPr>
      </w:pPr>
      <w:r w:rsidRPr="005D5FCA">
        <w:rPr>
          <w:color w:val="auto"/>
          <w:sz w:val="24"/>
          <w:szCs w:val="24"/>
        </w:rPr>
        <w:t xml:space="preserve">This is a structured reflection on leadership behaviour in your current public-sector role. It is not a personality </w:t>
      </w:r>
      <w:proofErr w:type="gramStart"/>
      <w:r w:rsidRPr="005D5FCA">
        <w:rPr>
          <w:color w:val="auto"/>
          <w:sz w:val="24"/>
          <w:szCs w:val="24"/>
        </w:rPr>
        <w:t>test</w:t>
      </w:r>
      <w:proofErr w:type="gramEnd"/>
      <w:r w:rsidRPr="005D5FCA">
        <w:rPr>
          <w:color w:val="auto"/>
          <w:sz w:val="24"/>
          <w:szCs w:val="24"/>
        </w:rPr>
        <w:t xml:space="preserve"> and it is not a final judgement of your capability.</w:t>
      </w:r>
    </w:p>
    <w:p w14:paraId="61550EC5" w14:textId="77777777" w:rsidR="00D84BBF" w:rsidRPr="005C4699" w:rsidRDefault="00000000">
      <w:pPr>
        <w:pStyle w:val="Heading1"/>
        <w:rPr>
          <w:sz w:val="36"/>
          <w:szCs w:val="36"/>
        </w:rPr>
      </w:pPr>
      <w:r w:rsidRPr="005C4699">
        <w:rPr>
          <w:sz w:val="36"/>
          <w:szCs w:val="36"/>
        </w:rPr>
        <w:t>How to complete it</w:t>
      </w:r>
    </w:p>
    <w:p w14:paraId="1724787B" w14:textId="77777777" w:rsidR="00D84BBF" w:rsidRPr="005D5FCA" w:rsidRDefault="00000000">
      <w:pPr>
        <w:pStyle w:val="ListBullet"/>
        <w:spacing w:after="40"/>
        <w:ind w:left="432" w:hanging="230"/>
        <w:rPr>
          <w:sz w:val="24"/>
          <w:szCs w:val="24"/>
        </w:rPr>
      </w:pPr>
      <w:r w:rsidRPr="005D5FCA">
        <w:rPr>
          <w:sz w:val="24"/>
          <w:szCs w:val="24"/>
        </w:rPr>
        <w:t>Keep your completed LDR-01 Role Profile beside you.</w:t>
      </w:r>
    </w:p>
    <w:p w14:paraId="6D2EC326" w14:textId="77777777" w:rsidR="00D84BBF" w:rsidRPr="005D5FCA" w:rsidRDefault="00000000">
      <w:pPr>
        <w:pStyle w:val="ListBullet"/>
        <w:spacing w:after="40"/>
        <w:ind w:left="432" w:hanging="230"/>
        <w:rPr>
          <w:sz w:val="24"/>
          <w:szCs w:val="24"/>
        </w:rPr>
      </w:pPr>
      <w:r w:rsidRPr="005D5FCA">
        <w:rPr>
          <w:sz w:val="24"/>
          <w:szCs w:val="24"/>
        </w:rPr>
        <w:t>Rate what you normally demonstrate, not what you believe a good leader should do.</w:t>
      </w:r>
    </w:p>
    <w:p w14:paraId="3601790C" w14:textId="77777777" w:rsidR="00D84BBF" w:rsidRPr="005D5FCA" w:rsidRDefault="00000000">
      <w:pPr>
        <w:pStyle w:val="ListBullet"/>
        <w:spacing w:after="40"/>
        <w:ind w:left="432" w:hanging="230"/>
        <w:rPr>
          <w:sz w:val="24"/>
          <w:szCs w:val="24"/>
        </w:rPr>
      </w:pPr>
      <w:r w:rsidRPr="005D5FCA">
        <w:rPr>
          <w:sz w:val="24"/>
          <w:szCs w:val="24"/>
        </w:rPr>
        <w:t>Use recent examples wherever possible. A score without evidence is provisional.</w:t>
      </w:r>
    </w:p>
    <w:p w14:paraId="718D9F18" w14:textId="77777777" w:rsidR="00D84BBF" w:rsidRPr="005D5FCA" w:rsidRDefault="00000000">
      <w:pPr>
        <w:pStyle w:val="ListBullet"/>
        <w:spacing w:after="40"/>
        <w:ind w:left="432" w:hanging="230"/>
        <w:rPr>
          <w:sz w:val="24"/>
          <w:szCs w:val="24"/>
        </w:rPr>
      </w:pPr>
      <w:r w:rsidRPr="005D5FCA">
        <w:rPr>
          <w:sz w:val="24"/>
          <w:szCs w:val="24"/>
        </w:rPr>
        <w:t>Consider the complexity of your role, authority, resources, and operating environment.</w:t>
      </w:r>
    </w:p>
    <w:p w14:paraId="611D3E79" w14:textId="77777777" w:rsidR="00D84BBF" w:rsidRPr="005D5FCA" w:rsidRDefault="00000000">
      <w:pPr>
        <w:pStyle w:val="ListBullet"/>
        <w:spacing w:after="40"/>
        <w:ind w:left="432" w:hanging="230"/>
        <w:rPr>
          <w:sz w:val="24"/>
          <w:szCs w:val="24"/>
        </w:rPr>
      </w:pPr>
      <w:r w:rsidRPr="005D5FCA">
        <w:rPr>
          <w:sz w:val="24"/>
          <w:szCs w:val="24"/>
        </w:rPr>
        <w:t>Select only two development priorities at the end.</w:t>
      </w:r>
    </w:p>
    <w:p w14:paraId="39F29162" w14:textId="77777777" w:rsidR="00D84BBF" w:rsidRPr="005C4699" w:rsidRDefault="00000000">
      <w:pPr>
        <w:pStyle w:val="Heading1"/>
        <w:rPr>
          <w:sz w:val="36"/>
          <w:szCs w:val="36"/>
        </w:rPr>
      </w:pPr>
      <w:r w:rsidRPr="005C4699">
        <w:rPr>
          <w:sz w:val="36"/>
          <w:szCs w:val="36"/>
        </w:rPr>
        <w:t>Rating scale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6"/>
        <w:gridCol w:w="8899"/>
      </w:tblGrid>
      <w:tr w:rsidR="00D84BBF" w14:paraId="26764EC3" w14:textId="77777777">
        <w:trPr>
          <w:tblHeader/>
          <w:jc w:val="center"/>
        </w:trPr>
        <w:tc>
          <w:tcPr>
            <w:tcW w:w="1036" w:type="dxa"/>
            <w:shd w:val="clear" w:color="auto" w:fill="17365D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29C025E2" w14:textId="77777777" w:rsidR="00D84BBF" w:rsidRPr="005C4699" w:rsidRDefault="0000000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C4699">
              <w:rPr>
                <w:b/>
                <w:color w:val="FFFFFF"/>
                <w:sz w:val="24"/>
                <w:szCs w:val="24"/>
              </w:rPr>
              <w:t>Rating</w:t>
            </w:r>
          </w:p>
        </w:tc>
        <w:tc>
          <w:tcPr>
            <w:tcW w:w="8899" w:type="dxa"/>
            <w:shd w:val="clear" w:color="auto" w:fill="17365D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4B7A1B4E" w14:textId="77777777" w:rsidR="00D84BBF" w:rsidRPr="005C4699" w:rsidRDefault="0000000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C4699">
              <w:rPr>
                <w:b/>
                <w:color w:val="FFFFFF"/>
                <w:sz w:val="24"/>
                <w:szCs w:val="24"/>
              </w:rPr>
              <w:t>Meaning</w:t>
            </w:r>
          </w:p>
        </w:tc>
      </w:tr>
      <w:tr w:rsidR="00D84BBF" w14:paraId="5DCF954B" w14:textId="77777777">
        <w:trPr>
          <w:jc w:val="center"/>
        </w:trPr>
        <w:tc>
          <w:tcPr>
            <w:tcW w:w="103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3B856FF" w14:textId="77777777" w:rsidR="00D84BBF" w:rsidRPr="005C4699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5C4699">
              <w:rPr>
                <w:sz w:val="24"/>
                <w:szCs w:val="24"/>
              </w:rPr>
              <w:t>1</w:t>
            </w:r>
          </w:p>
        </w:tc>
        <w:tc>
          <w:tcPr>
            <w:tcW w:w="8899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1EE4B67" w14:textId="77777777" w:rsidR="00D84BBF" w:rsidRPr="005C4699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5C4699">
              <w:rPr>
                <w:sz w:val="24"/>
                <w:szCs w:val="24"/>
              </w:rPr>
              <w:t>Rarely demonstrated; substantial guidance is required.</w:t>
            </w:r>
          </w:p>
        </w:tc>
      </w:tr>
      <w:tr w:rsidR="00D84BBF" w14:paraId="6039620F" w14:textId="77777777">
        <w:trPr>
          <w:jc w:val="center"/>
        </w:trPr>
        <w:tc>
          <w:tcPr>
            <w:tcW w:w="1036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F9F4738" w14:textId="77777777" w:rsidR="00D84BBF" w:rsidRPr="005C4699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5C4699">
              <w:rPr>
                <w:sz w:val="24"/>
                <w:szCs w:val="24"/>
              </w:rPr>
              <w:t>2</w:t>
            </w:r>
          </w:p>
        </w:tc>
        <w:tc>
          <w:tcPr>
            <w:tcW w:w="8899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C7C1B8B" w14:textId="77777777" w:rsidR="00D84BBF" w:rsidRPr="005C4699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5C4699">
              <w:rPr>
                <w:sz w:val="24"/>
                <w:szCs w:val="24"/>
              </w:rPr>
              <w:t>Demonstrated sometimes, but not yet reliable.</w:t>
            </w:r>
          </w:p>
        </w:tc>
      </w:tr>
      <w:tr w:rsidR="00D84BBF" w14:paraId="4697D479" w14:textId="77777777">
        <w:trPr>
          <w:jc w:val="center"/>
        </w:trPr>
        <w:tc>
          <w:tcPr>
            <w:tcW w:w="103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473CCFE" w14:textId="77777777" w:rsidR="00D84BBF" w:rsidRPr="005C4699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5C4699">
              <w:rPr>
                <w:sz w:val="24"/>
                <w:szCs w:val="24"/>
              </w:rPr>
              <w:t>3</w:t>
            </w:r>
          </w:p>
        </w:tc>
        <w:tc>
          <w:tcPr>
            <w:tcW w:w="8899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98BE332" w14:textId="77777777" w:rsidR="00D84BBF" w:rsidRPr="005C4699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5C4699">
              <w:rPr>
                <w:sz w:val="24"/>
                <w:szCs w:val="24"/>
              </w:rPr>
              <w:t>Demonstrated reliably in normal situations.</w:t>
            </w:r>
          </w:p>
        </w:tc>
      </w:tr>
      <w:tr w:rsidR="00D84BBF" w14:paraId="6B72ED6B" w14:textId="77777777">
        <w:trPr>
          <w:jc w:val="center"/>
        </w:trPr>
        <w:tc>
          <w:tcPr>
            <w:tcW w:w="1036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9BF0198" w14:textId="77777777" w:rsidR="00D84BBF" w:rsidRPr="005C4699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5C4699">
              <w:rPr>
                <w:sz w:val="24"/>
                <w:szCs w:val="24"/>
              </w:rPr>
              <w:t>4</w:t>
            </w:r>
          </w:p>
        </w:tc>
        <w:tc>
          <w:tcPr>
            <w:tcW w:w="8899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FAD03AE" w14:textId="77777777" w:rsidR="00D84BBF" w:rsidRPr="005C4699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5C4699">
              <w:rPr>
                <w:sz w:val="24"/>
                <w:szCs w:val="24"/>
              </w:rPr>
              <w:t>Demonstrated consistently, including in difficult situations.</w:t>
            </w:r>
          </w:p>
        </w:tc>
      </w:tr>
      <w:tr w:rsidR="00D84BBF" w14:paraId="5946DA9E" w14:textId="77777777">
        <w:trPr>
          <w:jc w:val="center"/>
        </w:trPr>
        <w:tc>
          <w:tcPr>
            <w:tcW w:w="103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30B1F74" w14:textId="77777777" w:rsidR="00D84BBF" w:rsidRPr="005C4699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5C4699">
              <w:rPr>
                <w:sz w:val="24"/>
                <w:szCs w:val="24"/>
              </w:rPr>
              <w:t>5</w:t>
            </w:r>
          </w:p>
        </w:tc>
        <w:tc>
          <w:tcPr>
            <w:tcW w:w="8899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CC2691A" w14:textId="77777777" w:rsidR="00D84BBF" w:rsidRPr="005C4699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5C4699">
              <w:rPr>
                <w:sz w:val="24"/>
                <w:szCs w:val="24"/>
              </w:rPr>
              <w:t xml:space="preserve">Demonstrated at a high level and helps others strengthen </w:t>
            </w:r>
            <w:proofErr w:type="gramStart"/>
            <w:r w:rsidRPr="005C4699">
              <w:rPr>
                <w:sz w:val="24"/>
                <w:szCs w:val="24"/>
              </w:rPr>
              <w:t>the</w:t>
            </w:r>
            <w:proofErr w:type="gramEnd"/>
            <w:r w:rsidRPr="005C4699">
              <w:rPr>
                <w:sz w:val="24"/>
                <w:szCs w:val="24"/>
              </w:rPr>
              <w:t xml:space="preserve"> behaviour.</w:t>
            </w:r>
          </w:p>
        </w:tc>
      </w:tr>
    </w:tbl>
    <w:p w14:paraId="0E3DC6E1" w14:textId="77777777" w:rsidR="00D84BBF" w:rsidRDefault="00D84BBF">
      <w:pPr>
        <w:spacing w:after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36"/>
      </w:tblGrid>
      <w:tr w:rsidR="00D84BBF" w14:paraId="619F4EDE" w14:textId="77777777">
        <w:trPr>
          <w:jc w:val="center"/>
        </w:trPr>
        <w:tc>
          <w:tcPr>
            <w:tcW w:w="9936" w:type="dxa"/>
            <w:shd w:val="clear" w:color="auto" w:fill="FFF3CD"/>
            <w:tcMar>
              <w:top w:w="105" w:type="dxa"/>
              <w:left w:w="135" w:type="dxa"/>
              <w:bottom w:w="105" w:type="dxa"/>
              <w:right w:w="135" w:type="dxa"/>
            </w:tcMar>
          </w:tcPr>
          <w:p w14:paraId="7D9C6F56" w14:textId="1A855AF5" w:rsidR="0042400D" w:rsidRDefault="00000000">
            <w:pPr>
              <w:spacing w:after="0"/>
              <w:rPr>
                <w:b/>
                <w:color w:val="17365D"/>
                <w:sz w:val="24"/>
                <w:szCs w:val="24"/>
              </w:rPr>
            </w:pPr>
            <w:r w:rsidRPr="0042400D">
              <w:rPr>
                <w:b/>
                <w:color w:val="17365D"/>
                <w:sz w:val="24"/>
                <w:szCs w:val="24"/>
              </w:rPr>
              <w:t>HONESTY CHECK</w:t>
            </w:r>
            <w:r w:rsidR="0042400D">
              <w:rPr>
                <w:b/>
                <w:color w:val="17365D"/>
                <w:sz w:val="24"/>
                <w:szCs w:val="24"/>
              </w:rPr>
              <w:t>:</w:t>
            </w:r>
            <w:r w:rsidRPr="0042400D">
              <w:rPr>
                <w:b/>
                <w:color w:val="17365D"/>
                <w:sz w:val="24"/>
                <w:szCs w:val="24"/>
              </w:rPr>
              <w:t xml:space="preserve">  </w:t>
            </w:r>
          </w:p>
          <w:p w14:paraId="3B2877B6" w14:textId="77777777" w:rsidR="0042400D" w:rsidRDefault="0042400D">
            <w:pPr>
              <w:spacing w:after="0"/>
              <w:rPr>
                <w:b/>
                <w:color w:val="17365D"/>
                <w:sz w:val="24"/>
                <w:szCs w:val="24"/>
              </w:rPr>
            </w:pPr>
          </w:p>
          <w:p w14:paraId="7303534B" w14:textId="4B624BB2" w:rsidR="00D84BBF" w:rsidRPr="0042400D" w:rsidRDefault="00000000">
            <w:pPr>
              <w:spacing w:after="0"/>
              <w:rPr>
                <w:sz w:val="24"/>
                <w:szCs w:val="24"/>
              </w:rPr>
            </w:pPr>
            <w:r w:rsidRPr="0042400D">
              <w:rPr>
                <w:sz w:val="24"/>
                <w:szCs w:val="24"/>
              </w:rPr>
              <w:t>A lower evidence-based rating is more useful than an inflated score. The purpose is to identify where development will make the greatest difference</w:t>
            </w:r>
            <w:r w:rsidR="0042400D">
              <w:rPr>
                <w:sz w:val="24"/>
                <w:szCs w:val="24"/>
              </w:rPr>
              <w:t xml:space="preserve"> to you as a leader</w:t>
            </w:r>
            <w:r w:rsidRPr="0042400D">
              <w:rPr>
                <w:sz w:val="24"/>
                <w:szCs w:val="24"/>
              </w:rPr>
              <w:t>.</w:t>
            </w:r>
          </w:p>
        </w:tc>
      </w:tr>
    </w:tbl>
    <w:p w14:paraId="37A186C5" w14:textId="77777777" w:rsidR="00D84BBF" w:rsidRDefault="00D84BBF">
      <w:pPr>
        <w:spacing w:after="0"/>
      </w:pPr>
    </w:p>
    <w:p w14:paraId="4ABC1187" w14:textId="77777777" w:rsidR="00D84BBF" w:rsidRDefault="00000000">
      <w:r>
        <w:br w:type="page"/>
      </w:r>
    </w:p>
    <w:p w14:paraId="2BF93957" w14:textId="77777777" w:rsidR="00D84BBF" w:rsidRDefault="00000000">
      <w:pPr>
        <w:pStyle w:val="Heading1"/>
      </w:pPr>
      <w:r>
        <w:lastRenderedPageBreak/>
        <w:t>A. Role Reference from LDR-01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68"/>
        <w:gridCol w:w="6768"/>
      </w:tblGrid>
      <w:tr w:rsidR="00D84BBF" w14:paraId="5ACE5DE6" w14:textId="77777777" w:rsidTr="00A01827">
        <w:trPr>
          <w:trHeight w:val="567"/>
          <w:jc w:val="center"/>
        </w:trPr>
        <w:tc>
          <w:tcPr>
            <w:tcW w:w="3168" w:type="dxa"/>
            <w:shd w:val="clear" w:color="auto" w:fill="EAF2F8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13199B85" w14:textId="77777777" w:rsidR="00D84BBF" w:rsidRPr="00A01827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A01827">
              <w:rPr>
                <w:b/>
                <w:color w:val="17365D"/>
                <w:sz w:val="24"/>
                <w:szCs w:val="24"/>
              </w:rPr>
              <w:t>Name</w:t>
            </w:r>
          </w:p>
        </w:tc>
        <w:tc>
          <w:tcPr>
            <w:tcW w:w="6768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586FF9C8" w14:textId="491BF3C6" w:rsidR="00D84BBF" w:rsidRDefault="00D84BBF">
            <w:pPr>
              <w:spacing w:after="0" w:line="240" w:lineRule="auto"/>
            </w:pPr>
          </w:p>
        </w:tc>
      </w:tr>
      <w:tr w:rsidR="00D84BBF" w14:paraId="7FDE85B4" w14:textId="77777777" w:rsidTr="00A01827">
        <w:trPr>
          <w:trHeight w:val="567"/>
          <w:jc w:val="center"/>
        </w:trPr>
        <w:tc>
          <w:tcPr>
            <w:tcW w:w="3168" w:type="dxa"/>
            <w:shd w:val="clear" w:color="auto" w:fill="EAF2F8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39F51E24" w14:textId="77777777" w:rsidR="00D84BBF" w:rsidRPr="00A01827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A01827">
              <w:rPr>
                <w:b/>
                <w:color w:val="17365D"/>
                <w:sz w:val="24"/>
                <w:szCs w:val="24"/>
              </w:rPr>
              <w:t>Position / work unit</w:t>
            </w:r>
          </w:p>
        </w:tc>
        <w:tc>
          <w:tcPr>
            <w:tcW w:w="6768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0B921FE7" w14:textId="5063E113" w:rsidR="00D84BBF" w:rsidRDefault="00D84BBF">
            <w:pPr>
              <w:spacing w:after="0" w:line="240" w:lineRule="auto"/>
            </w:pPr>
          </w:p>
        </w:tc>
      </w:tr>
      <w:tr w:rsidR="00D84BBF" w14:paraId="3E4C6193" w14:textId="77777777" w:rsidTr="00A01827">
        <w:trPr>
          <w:trHeight w:val="567"/>
          <w:jc w:val="center"/>
        </w:trPr>
        <w:tc>
          <w:tcPr>
            <w:tcW w:w="3168" w:type="dxa"/>
            <w:shd w:val="clear" w:color="auto" w:fill="EAF2F8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16BC51B7" w14:textId="77777777" w:rsidR="00D84BBF" w:rsidRPr="00A01827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A01827">
              <w:rPr>
                <w:b/>
                <w:color w:val="17365D"/>
                <w:sz w:val="24"/>
                <w:szCs w:val="24"/>
              </w:rPr>
              <w:t>Public purpose of my role</w:t>
            </w:r>
          </w:p>
        </w:tc>
        <w:tc>
          <w:tcPr>
            <w:tcW w:w="6768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51978EC1" w14:textId="22BE7031" w:rsidR="00D84BBF" w:rsidRDefault="00D84BBF">
            <w:pPr>
              <w:spacing w:after="0" w:line="240" w:lineRule="auto"/>
            </w:pPr>
          </w:p>
        </w:tc>
      </w:tr>
      <w:tr w:rsidR="00D84BBF" w14:paraId="66F92692" w14:textId="77777777" w:rsidTr="00A01827">
        <w:trPr>
          <w:trHeight w:val="567"/>
          <w:jc w:val="center"/>
        </w:trPr>
        <w:tc>
          <w:tcPr>
            <w:tcW w:w="3168" w:type="dxa"/>
            <w:shd w:val="clear" w:color="auto" w:fill="EAF2F8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1348079E" w14:textId="77777777" w:rsidR="00D84BBF" w:rsidRPr="00A01827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A01827">
              <w:rPr>
                <w:b/>
                <w:color w:val="17365D"/>
                <w:sz w:val="24"/>
                <w:szCs w:val="24"/>
              </w:rPr>
              <w:t>Immediate leadership priority from LDR-01</w:t>
            </w:r>
          </w:p>
        </w:tc>
        <w:tc>
          <w:tcPr>
            <w:tcW w:w="6768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4D58E940" w14:textId="7EE2DCEA" w:rsidR="00D84BBF" w:rsidRDefault="00D84BBF">
            <w:pPr>
              <w:spacing w:after="0" w:line="240" w:lineRule="auto"/>
            </w:pPr>
          </w:p>
        </w:tc>
      </w:tr>
    </w:tbl>
    <w:p w14:paraId="7F49A592" w14:textId="77777777" w:rsidR="00D84BBF" w:rsidRDefault="00D84BBF">
      <w:pPr>
        <w:spacing w:after="0"/>
      </w:pPr>
    </w:p>
    <w:p w14:paraId="4761DFE1" w14:textId="77777777" w:rsidR="00D84BBF" w:rsidRDefault="00000000">
      <w:pPr>
        <w:pStyle w:val="Heading1"/>
      </w:pPr>
      <w:r>
        <w:t>B. Evidence Used</w:t>
      </w:r>
    </w:p>
    <w:p w14:paraId="10D68EBC" w14:textId="77777777" w:rsidR="00D84BBF" w:rsidRPr="00FA2632" w:rsidRDefault="00000000">
      <w:pPr>
        <w:rPr>
          <w:sz w:val="24"/>
          <w:szCs w:val="24"/>
        </w:rPr>
      </w:pPr>
      <w:r w:rsidRPr="00FA2632">
        <w:rPr>
          <w:sz w:val="24"/>
          <w:szCs w:val="24"/>
        </w:rPr>
        <w:t>List the main evidence you will draw on while completing the assessment.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392"/>
        <w:gridCol w:w="5544"/>
      </w:tblGrid>
      <w:tr w:rsidR="00D84BBF" w:rsidRPr="00FA2632" w14:paraId="332D52AD" w14:textId="77777777">
        <w:trPr>
          <w:tblHeader/>
          <w:jc w:val="center"/>
        </w:trPr>
        <w:tc>
          <w:tcPr>
            <w:tcW w:w="4392" w:type="dxa"/>
            <w:shd w:val="clear" w:color="auto" w:fill="17365D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122E8D87" w14:textId="77777777" w:rsidR="00D84BBF" w:rsidRPr="00FA2632" w:rsidRDefault="0000000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A2632">
              <w:rPr>
                <w:b/>
                <w:color w:val="FFFFFF"/>
                <w:sz w:val="24"/>
                <w:szCs w:val="24"/>
              </w:rPr>
              <w:t>Evidence source</w:t>
            </w:r>
          </w:p>
        </w:tc>
        <w:tc>
          <w:tcPr>
            <w:tcW w:w="5544" w:type="dxa"/>
            <w:shd w:val="clear" w:color="auto" w:fill="17365D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1EF8359C" w14:textId="77777777" w:rsidR="00D84BBF" w:rsidRPr="00FA2632" w:rsidRDefault="0000000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A2632">
              <w:rPr>
                <w:b/>
                <w:color w:val="FFFFFF"/>
                <w:sz w:val="24"/>
                <w:szCs w:val="24"/>
              </w:rPr>
              <w:t>Example available</w:t>
            </w:r>
          </w:p>
        </w:tc>
      </w:tr>
      <w:tr w:rsidR="00D84BBF" w:rsidRPr="00FA2632" w14:paraId="4A113EA7" w14:textId="77777777">
        <w:trPr>
          <w:jc w:val="center"/>
        </w:trPr>
        <w:tc>
          <w:tcPr>
            <w:tcW w:w="439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CC988BE" w14:textId="77777777" w:rsidR="00D84BBF" w:rsidRPr="00FA2632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FA2632">
              <w:rPr>
                <w:sz w:val="24"/>
                <w:szCs w:val="24"/>
              </w:rPr>
              <w:t>Work results or service data</w:t>
            </w:r>
          </w:p>
        </w:tc>
        <w:tc>
          <w:tcPr>
            <w:tcW w:w="554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A8FCF52" w14:textId="77777777" w:rsidR="00D84BBF" w:rsidRPr="00FA2632" w:rsidRDefault="00D84BBF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D84BBF" w:rsidRPr="00FA2632" w14:paraId="278073DC" w14:textId="77777777">
        <w:trPr>
          <w:jc w:val="center"/>
        </w:trPr>
        <w:tc>
          <w:tcPr>
            <w:tcW w:w="4392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29D598C" w14:textId="77777777" w:rsidR="00D84BBF" w:rsidRPr="00FA2632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FA2632">
              <w:rPr>
                <w:sz w:val="24"/>
                <w:szCs w:val="24"/>
              </w:rPr>
              <w:t>A decision or problem handled</w:t>
            </w:r>
          </w:p>
        </w:tc>
        <w:tc>
          <w:tcPr>
            <w:tcW w:w="5544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9811146" w14:textId="77777777" w:rsidR="00D84BBF" w:rsidRPr="00FA2632" w:rsidRDefault="00D84BBF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D84BBF" w:rsidRPr="00FA2632" w14:paraId="719C1C8A" w14:textId="77777777">
        <w:trPr>
          <w:jc w:val="center"/>
        </w:trPr>
        <w:tc>
          <w:tcPr>
            <w:tcW w:w="439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5E99911" w14:textId="77777777" w:rsidR="00D84BBF" w:rsidRPr="00FA2632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FA2632">
              <w:rPr>
                <w:sz w:val="24"/>
                <w:szCs w:val="24"/>
              </w:rPr>
              <w:t>Feedback from staff or stakeholders</w:t>
            </w:r>
          </w:p>
        </w:tc>
        <w:tc>
          <w:tcPr>
            <w:tcW w:w="554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DA1C1FE" w14:textId="77777777" w:rsidR="00D84BBF" w:rsidRPr="00FA2632" w:rsidRDefault="00D84BBF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D84BBF" w:rsidRPr="00FA2632" w14:paraId="4A39EAEB" w14:textId="77777777">
        <w:trPr>
          <w:jc w:val="center"/>
        </w:trPr>
        <w:tc>
          <w:tcPr>
            <w:tcW w:w="4392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CFFD04C" w14:textId="77777777" w:rsidR="00D84BBF" w:rsidRPr="00FA2632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FA2632">
              <w:rPr>
                <w:sz w:val="24"/>
                <w:szCs w:val="24"/>
              </w:rPr>
              <w:t>Audit, compliance, complaint, or review information</w:t>
            </w:r>
          </w:p>
        </w:tc>
        <w:tc>
          <w:tcPr>
            <w:tcW w:w="5544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CE6B851" w14:textId="77777777" w:rsidR="00D84BBF" w:rsidRPr="00FA2632" w:rsidRDefault="00D84BBF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D84BBF" w:rsidRPr="00FA2632" w14:paraId="281E1088" w14:textId="77777777">
        <w:trPr>
          <w:jc w:val="center"/>
        </w:trPr>
        <w:tc>
          <w:tcPr>
            <w:tcW w:w="439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AF61E00" w14:textId="77777777" w:rsidR="00D84BBF" w:rsidRPr="00FA2632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FA2632">
              <w:rPr>
                <w:sz w:val="24"/>
                <w:szCs w:val="24"/>
              </w:rPr>
              <w:t>A recent change, setback, or improvement</w:t>
            </w:r>
          </w:p>
        </w:tc>
        <w:tc>
          <w:tcPr>
            <w:tcW w:w="554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EE9BDAB" w14:textId="77777777" w:rsidR="00D84BBF" w:rsidRPr="00FA2632" w:rsidRDefault="00D84BBF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246CE8DB" w14:textId="77777777" w:rsidR="00D84BBF" w:rsidRDefault="00D84BBF">
      <w:pPr>
        <w:spacing w:after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36"/>
      </w:tblGrid>
      <w:tr w:rsidR="00D84BBF" w14:paraId="57810886" w14:textId="77777777">
        <w:trPr>
          <w:jc w:val="center"/>
        </w:trPr>
        <w:tc>
          <w:tcPr>
            <w:tcW w:w="9936" w:type="dxa"/>
            <w:shd w:val="clear" w:color="auto" w:fill="EAF2F8"/>
            <w:tcMar>
              <w:top w:w="105" w:type="dxa"/>
              <w:left w:w="135" w:type="dxa"/>
              <w:bottom w:w="105" w:type="dxa"/>
              <w:right w:w="135" w:type="dxa"/>
            </w:tcMar>
          </w:tcPr>
          <w:p w14:paraId="012DDCEC" w14:textId="77777777" w:rsidR="00D84BBF" w:rsidRDefault="00000000">
            <w:pPr>
              <w:spacing w:after="0"/>
            </w:pPr>
            <w:r w:rsidRPr="00306928">
              <w:rPr>
                <w:b/>
                <w:color w:val="auto"/>
                <w:sz w:val="24"/>
                <w:szCs w:val="24"/>
              </w:rPr>
              <w:t xml:space="preserve">EVIDENCE RULE  </w:t>
            </w:r>
            <w:r w:rsidRPr="00306928">
              <w:rPr>
                <w:color w:val="auto"/>
                <w:sz w:val="24"/>
                <w:szCs w:val="24"/>
              </w:rPr>
              <w:t xml:space="preserve">Evidence may support </w:t>
            </w:r>
            <w:proofErr w:type="gramStart"/>
            <w:r w:rsidRPr="00306928">
              <w:rPr>
                <w:color w:val="auto"/>
                <w:sz w:val="24"/>
                <w:szCs w:val="24"/>
              </w:rPr>
              <w:t>a strength</w:t>
            </w:r>
            <w:proofErr w:type="gramEnd"/>
            <w:r w:rsidRPr="00306928">
              <w:rPr>
                <w:color w:val="auto"/>
                <w:sz w:val="24"/>
                <w:szCs w:val="24"/>
              </w:rPr>
              <w:t xml:space="preserve"> or reveal a gap. Both are useful. Do not treat activity alone as proof of effective leadership</w:t>
            </w:r>
            <w:r>
              <w:t>.</w:t>
            </w:r>
          </w:p>
        </w:tc>
      </w:tr>
    </w:tbl>
    <w:p w14:paraId="0C30DEC4" w14:textId="77777777" w:rsidR="00D84BBF" w:rsidRDefault="00D84BBF">
      <w:pPr>
        <w:spacing w:after="0"/>
      </w:pPr>
    </w:p>
    <w:p w14:paraId="49DEBB3A" w14:textId="77777777" w:rsidR="00D84BBF" w:rsidRDefault="00000000">
      <w:pPr>
        <w:pStyle w:val="Heading1"/>
      </w:pPr>
      <w:r>
        <w:t>C. Six Competency Areas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20"/>
        <w:gridCol w:w="9216"/>
      </w:tblGrid>
      <w:tr w:rsidR="00D84BBF" w14:paraId="175B6DE6" w14:textId="77777777">
        <w:trPr>
          <w:tblHeader/>
          <w:jc w:val="center"/>
        </w:trPr>
        <w:tc>
          <w:tcPr>
            <w:tcW w:w="720" w:type="dxa"/>
            <w:shd w:val="clear" w:color="auto" w:fill="17365D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00C1787D" w14:textId="77777777" w:rsidR="00D84BBF" w:rsidRPr="00FA2632" w:rsidRDefault="0000000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A2632">
              <w:rPr>
                <w:b/>
                <w:color w:val="FFFFFF"/>
                <w:sz w:val="24"/>
                <w:szCs w:val="24"/>
              </w:rPr>
              <w:t>No.</w:t>
            </w:r>
          </w:p>
        </w:tc>
        <w:tc>
          <w:tcPr>
            <w:tcW w:w="9216" w:type="dxa"/>
            <w:shd w:val="clear" w:color="auto" w:fill="17365D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193813C7" w14:textId="77777777" w:rsidR="00D84BBF" w:rsidRPr="00FA2632" w:rsidRDefault="0000000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A2632">
              <w:rPr>
                <w:b/>
                <w:color w:val="FFFFFF"/>
                <w:sz w:val="24"/>
                <w:szCs w:val="24"/>
              </w:rPr>
              <w:t>Competency</w:t>
            </w:r>
          </w:p>
        </w:tc>
      </w:tr>
      <w:tr w:rsidR="00D84BBF" w14:paraId="6B0074B4" w14:textId="77777777">
        <w:trPr>
          <w:jc w:val="center"/>
        </w:trPr>
        <w:tc>
          <w:tcPr>
            <w:tcW w:w="72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993BCCD" w14:textId="77777777" w:rsidR="00D84BBF" w:rsidRPr="00FA2632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FA2632">
              <w:rPr>
                <w:sz w:val="24"/>
                <w:szCs w:val="24"/>
              </w:rPr>
              <w:t>1</w:t>
            </w:r>
          </w:p>
        </w:tc>
        <w:tc>
          <w:tcPr>
            <w:tcW w:w="921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3BED50F" w14:textId="77777777" w:rsidR="00D84BBF" w:rsidRPr="00FA2632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FA2632">
              <w:rPr>
                <w:sz w:val="24"/>
                <w:szCs w:val="24"/>
              </w:rPr>
              <w:t>Public Purpose and Integrity</w:t>
            </w:r>
          </w:p>
        </w:tc>
      </w:tr>
      <w:tr w:rsidR="00D84BBF" w14:paraId="5A0387E0" w14:textId="77777777">
        <w:trPr>
          <w:jc w:val="center"/>
        </w:trPr>
        <w:tc>
          <w:tcPr>
            <w:tcW w:w="720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B8A1431" w14:textId="77777777" w:rsidR="00D84BBF" w:rsidRPr="00FA2632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FA2632">
              <w:rPr>
                <w:sz w:val="24"/>
                <w:szCs w:val="24"/>
              </w:rPr>
              <w:t>2</w:t>
            </w:r>
          </w:p>
        </w:tc>
        <w:tc>
          <w:tcPr>
            <w:tcW w:w="9216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B356228" w14:textId="77777777" w:rsidR="00D84BBF" w:rsidRPr="00FA2632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FA2632">
              <w:rPr>
                <w:sz w:val="24"/>
                <w:szCs w:val="24"/>
              </w:rPr>
              <w:t>Strategic Thinking and Judgement</w:t>
            </w:r>
          </w:p>
        </w:tc>
      </w:tr>
      <w:tr w:rsidR="00D84BBF" w14:paraId="347399A7" w14:textId="77777777">
        <w:trPr>
          <w:jc w:val="center"/>
        </w:trPr>
        <w:tc>
          <w:tcPr>
            <w:tcW w:w="72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4807311" w14:textId="77777777" w:rsidR="00D84BBF" w:rsidRPr="00FA2632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FA2632">
              <w:rPr>
                <w:sz w:val="24"/>
                <w:szCs w:val="24"/>
              </w:rPr>
              <w:t>3</w:t>
            </w:r>
          </w:p>
        </w:tc>
        <w:tc>
          <w:tcPr>
            <w:tcW w:w="921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ECB3315" w14:textId="77777777" w:rsidR="00D84BBF" w:rsidRPr="00FA2632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FA2632">
              <w:rPr>
                <w:sz w:val="24"/>
                <w:szCs w:val="24"/>
              </w:rPr>
              <w:t>Leading and Developing People</w:t>
            </w:r>
          </w:p>
        </w:tc>
      </w:tr>
      <w:tr w:rsidR="00D84BBF" w14:paraId="5EB4CFDA" w14:textId="77777777">
        <w:trPr>
          <w:jc w:val="center"/>
        </w:trPr>
        <w:tc>
          <w:tcPr>
            <w:tcW w:w="720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1DA5A28" w14:textId="77777777" w:rsidR="00D84BBF" w:rsidRPr="00FA2632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FA2632">
              <w:rPr>
                <w:sz w:val="24"/>
                <w:szCs w:val="24"/>
              </w:rPr>
              <w:t>4</w:t>
            </w:r>
          </w:p>
        </w:tc>
        <w:tc>
          <w:tcPr>
            <w:tcW w:w="9216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0C19D1A" w14:textId="77777777" w:rsidR="00D84BBF" w:rsidRPr="00FA2632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FA2632">
              <w:rPr>
                <w:sz w:val="24"/>
                <w:szCs w:val="24"/>
              </w:rPr>
              <w:t>Communication and Collaboration</w:t>
            </w:r>
          </w:p>
        </w:tc>
      </w:tr>
      <w:tr w:rsidR="00D84BBF" w14:paraId="3974D182" w14:textId="77777777">
        <w:trPr>
          <w:jc w:val="center"/>
        </w:trPr>
        <w:tc>
          <w:tcPr>
            <w:tcW w:w="72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996BD21" w14:textId="77777777" w:rsidR="00D84BBF" w:rsidRPr="00FA2632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FA2632">
              <w:rPr>
                <w:sz w:val="24"/>
                <w:szCs w:val="24"/>
              </w:rPr>
              <w:t>5</w:t>
            </w:r>
          </w:p>
        </w:tc>
        <w:tc>
          <w:tcPr>
            <w:tcW w:w="921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6E27A27" w14:textId="77777777" w:rsidR="00D84BBF" w:rsidRPr="00FA2632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FA2632">
              <w:rPr>
                <w:sz w:val="24"/>
                <w:szCs w:val="24"/>
              </w:rPr>
              <w:t>Accountability and Delivery</w:t>
            </w:r>
          </w:p>
        </w:tc>
      </w:tr>
      <w:tr w:rsidR="00D84BBF" w14:paraId="1752B6FA" w14:textId="77777777">
        <w:trPr>
          <w:jc w:val="center"/>
        </w:trPr>
        <w:tc>
          <w:tcPr>
            <w:tcW w:w="720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1962990" w14:textId="77777777" w:rsidR="00D84BBF" w:rsidRPr="00FA2632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FA2632">
              <w:rPr>
                <w:sz w:val="24"/>
                <w:szCs w:val="24"/>
              </w:rPr>
              <w:t>6</w:t>
            </w:r>
          </w:p>
        </w:tc>
        <w:tc>
          <w:tcPr>
            <w:tcW w:w="9216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8C56224" w14:textId="77777777" w:rsidR="00D84BBF" w:rsidRPr="00FA2632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FA2632">
              <w:rPr>
                <w:sz w:val="24"/>
                <w:szCs w:val="24"/>
              </w:rPr>
              <w:t>Adaptation and Learning</w:t>
            </w:r>
          </w:p>
        </w:tc>
      </w:tr>
    </w:tbl>
    <w:p w14:paraId="5B425BA0" w14:textId="77777777" w:rsidR="00D84BBF" w:rsidRDefault="00D84BBF">
      <w:pPr>
        <w:spacing w:after="0"/>
      </w:pPr>
    </w:p>
    <w:p w14:paraId="1BC1FBEB" w14:textId="77777777" w:rsidR="00D84BBF" w:rsidRDefault="00000000">
      <w:r>
        <w:br w:type="page"/>
      </w:r>
    </w:p>
    <w:p w14:paraId="7BEA2455" w14:textId="77777777" w:rsidR="00D84BBF" w:rsidRDefault="00000000">
      <w:pPr>
        <w:pStyle w:val="Heading1"/>
      </w:pPr>
      <w:r>
        <w:lastRenderedPageBreak/>
        <w:t>1. Public Purpose and Integrity</w:t>
      </w:r>
    </w:p>
    <w:p w14:paraId="56DAC295" w14:textId="5CD2B526" w:rsidR="00F2565D" w:rsidRPr="00F2565D" w:rsidRDefault="00000000">
      <w:pPr>
        <w:rPr>
          <w:sz w:val="24"/>
          <w:szCs w:val="24"/>
        </w:rPr>
      </w:pPr>
      <w:r w:rsidRPr="00F2565D">
        <w:rPr>
          <w:sz w:val="24"/>
          <w:szCs w:val="24"/>
        </w:rPr>
        <w:t>Assesses whether leadership decisions serve the public interest and maintain trust.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4253"/>
        <w:gridCol w:w="992"/>
        <w:gridCol w:w="3986"/>
      </w:tblGrid>
      <w:tr w:rsidR="00D84BBF" w14:paraId="310A82BF" w14:textId="77777777" w:rsidTr="00F2565D">
        <w:trPr>
          <w:tblHeader/>
          <w:jc w:val="center"/>
        </w:trPr>
        <w:tc>
          <w:tcPr>
            <w:tcW w:w="704" w:type="dxa"/>
            <w:shd w:val="clear" w:color="auto" w:fill="17365D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4A20F618" w14:textId="77777777" w:rsidR="00D84BBF" w:rsidRPr="00F2565D" w:rsidRDefault="0000000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2565D">
              <w:rPr>
                <w:b/>
                <w:color w:val="FFFFFF"/>
                <w:sz w:val="24"/>
                <w:szCs w:val="24"/>
              </w:rPr>
              <w:t>No.</w:t>
            </w:r>
          </w:p>
        </w:tc>
        <w:tc>
          <w:tcPr>
            <w:tcW w:w="4253" w:type="dxa"/>
            <w:shd w:val="clear" w:color="auto" w:fill="17365D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6D8DE0F7" w14:textId="77777777" w:rsidR="00D84BBF" w:rsidRPr="00F2565D" w:rsidRDefault="0000000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2565D">
              <w:rPr>
                <w:b/>
                <w:color w:val="FFFFFF"/>
                <w:sz w:val="24"/>
                <w:szCs w:val="24"/>
              </w:rPr>
              <w:t>Observable behaviour</w:t>
            </w:r>
          </w:p>
        </w:tc>
        <w:tc>
          <w:tcPr>
            <w:tcW w:w="992" w:type="dxa"/>
            <w:shd w:val="clear" w:color="auto" w:fill="17365D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76FC534C" w14:textId="77777777" w:rsidR="00D84BBF" w:rsidRPr="00F2565D" w:rsidRDefault="0000000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2565D">
              <w:rPr>
                <w:b/>
                <w:color w:val="FFFFFF"/>
                <w:sz w:val="24"/>
                <w:szCs w:val="24"/>
              </w:rPr>
              <w:t>Rating</w:t>
            </w:r>
            <w:r w:rsidRPr="00F2565D">
              <w:rPr>
                <w:b/>
                <w:color w:val="FFFFFF"/>
                <w:sz w:val="24"/>
                <w:szCs w:val="24"/>
              </w:rPr>
              <w:br/>
              <w:t>1–5</w:t>
            </w:r>
          </w:p>
        </w:tc>
        <w:tc>
          <w:tcPr>
            <w:tcW w:w="3986" w:type="dxa"/>
            <w:shd w:val="clear" w:color="auto" w:fill="17365D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49147648" w14:textId="77777777" w:rsidR="00D84BBF" w:rsidRPr="00F2565D" w:rsidRDefault="0000000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2565D">
              <w:rPr>
                <w:b/>
                <w:color w:val="FFFFFF"/>
                <w:sz w:val="24"/>
                <w:szCs w:val="24"/>
              </w:rPr>
              <w:t>Evidence or example</w:t>
            </w:r>
          </w:p>
        </w:tc>
      </w:tr>
      <w:tr w:rsidR="00D84BBF" w14:paraId="58249908" w14:textId="77777777" w:rsidTr="00F2565D">
        <w:trPr>
          <w:trHeight w:val="567"/>
          <w:jc w:val="center"/>
        </w:trPr>
        <w:tc>
          <w:tcPr>
            <w:tcW w:w="70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B46A403" w14:textId="77777777" w:rsidR="00D84BBF" w:rsidRPr="00F2565D" w:rsidRDefault="0000000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2565D">
              <w:rPr>
                <w:sz w:val="24"/>
                <w:szCs w:val="24"/>
              </w:rPr>
              <w:t>1</w:t>
            </w:r>
          </w:p>
        </w:tc>
        <w:tc>
          <w:tcPr>
            <w:tcW w:w="425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00F03FE" w14:textId="77777777" w:rsidR="00D84BBF" w:rsidRPr="00F2565D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F2565D">
              <w:rPr>
                <w:sz w:val="24"/>
                <w:szCs w:val="24"/>
              </w:rPr>
              <w:t>I connect team priorities and decisions to a clear public or service purpose.</w:t>
            </w:r>
          </w:p>
        </w:tc>
        <w:tc>
          <w:tcPr>
            <w:tcW w:w="99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B191FAF" w14:textId="77777777" w:rsidR="00D84BBF" w:rsidRPr="00F2565D" w:rsidRDefault="00D84B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98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DE15271" w14:textId="77777777" w:rsidR="00D84BBF" w:rsidRPr="00F2565D" w:rsidRDefault="00D84BBF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D84BBF" w14:paraId="3ED0D07C" w14:textId="77777777" w:rsidTr="00F2565D">
        <w:trPr>
          <w:trHeight w:val="567"/>
          <w:jc w:val="center"/>
        </w:trPr>
        <w:tc>
          <w:tcPr>
            <w:tcW w:w="704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F0FBBE6" w14:textId="77777777" w:rsidR="00D84BBF" w:rsidRPr="00F2565D" w:rsidRDefault="0000000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2565D">
              <w:rPr>
                <w:sz w:val="24"/>
                <w:szCs w:val="24"/>
              </w:rPr>
              <w:t>2</w:t>
            </w:r>
          </w:p>
        </w:tc>
        <w:tc>
          <w:tcPr>
            <w:tcW w:w="4253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9A820EC" w14:textId="77777777" w:rsidR="00D84BBF" w:rsidRPr="00F2565D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F2565D">
              <w:rPr>
                <w:sz w:val="24"/>
                <w:szCs w:val="24"/>
              </w:rPr>
              <w:t>I act honestly, fairly, and consistently, including when under pressure.</w:t>
            </w:r>
          </w:p>
        </w:tc>
        <w:tc>
          <w:tcPr>
            <w:tcW w:w="992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203EAAD" w14:textId="77777777" w:rsidR="00D84BBF" w:rsidRPr="00F2565D" w:rsidRDefault="00D84B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986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B4EF319" w14:textId="77777777" w:rsidR="00D84BBF" w:rsidRPr="00F2565D" w:rsidRDefault="00D84BBF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D84BBF" w14:paraId="339125A7" w14:textId="77777777" w:rsidTr="00F2565D">
        <w:trPr>
          <w:trHeight w:val="567"/>
          <w:jc w:val="center"/>
        </w:trPr>
        <w:tc>
          <w:tcPr>
            <w:tcW w:w="70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BDB0D0C" w14:textId="77777777" w:rsidR="00D84BBF" w:rsidRPr="00F2565D" w:rsidRDefault="0000000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2565D">
              <w:rPr>
                <w:sz w:val="24"/>
                <w:szCs w:val="24"/>
              </w:rPr>
              <w:t>3</w:t>
            </w:r>
          </w:p>
        </w:tc>
        <w:tc>
          <w:tcPr>
            <w:tcW w:w="425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D9063B2" w14:textId="77777777" w:rsidR="00D84BBF" w:rsidRPr="00F2565D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F2565D">
              <w:rPr>
                <w:sz w:val="24"/>
                <w:szCs w:val="24"/>
              </w:rPr>
              <w:t>I protect public resources and identify ethical risks or conflicts of interest.</w:t>
            </w:r>
          </w:p>
        </w:tc>
        <w:tc>
          <w:tcPr>
            <w:tcW w:w="99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74D7184" w14:textId="77777777" w:rsidR="00D84BBF" w:rsidRPr="00F2565D" w:rsidRDefault="00D84B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98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108A43A" w14:textId="77777777" w:rsidR="00D84BBF" w:rsidRPr="00F2565D" w:rsidRDefault="00D84BBF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D84BBF" w14:paraId="4CBA344A" w14:textId="77777777" w:rsidTr="00F2565D">
        <w:trPr>
          <w:trHeight w:val="567"/>
          <w:jc w:val="center"/>
        </w:trPr>
        <w:tc>
          <w:tcPr>
            <w:tcW w:w="704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25E56AD" w14:textId="77777777" w:rsidR="00D84BBF" w:rsidRPr="00F2565D" w:rsidRDefault="0000000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2565D">
              <w:rPr>
                <w:sz w:val="24"/>
                <w:szCs w:val="24"/>
              </w:rPr>
              <w:t>4</w:t>
            </w:r>
          </w:p>
        </w:tc>
        <w:tc>
          <w:tcPr>
            <w:tcW w:w="4253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83010F9" w14:textId="77777777" w:rsidR="00D84BBF" w:rsidRPr="00F2565D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F2565D">
              <w:rPr>
                <w:sz w:val="24"/>
                <w:szCs w:val="24"/>
              </w:rPr>
              <w:t>I explain important decisions and accept accountability for my conduct.</w:t>
            </w:r>
          </w:p>
        </w:tc>
        <w:tc>
          <w:tcPr>
            <w:tcW w:w="992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7081066" w14:textId="77777777" w:rsidR="00D84BBF" w:rsidRPr="00F2565D" w:rsidRDefault="00D84B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986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B6A0122" w14:textId="77777777" w:rsidR="00D84BBF" w:rsidRPr="00F2565D" w:rsidRDefault="00D84BBF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1E74EAE7" w14:textId="77777777" w:rsidR="00D84BBF" w:rsidRDefault="00D84BBF">
      <w:pPr>
        <w:spacing w:after="0"/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32"/>
        <w:gridCol w:w="7703"/>
      </w:tblGrid>
      <w:tr w:rsidR="00D84BBF" w14:paraId="055DA73C" w14:textId="77777777">
        <w:trPr>
          <w:jc w:val="center"/>
        </w:trPr>
        <w:tc>
          <w:tcPr>
            <w:tcW w:w="2232" w:type="dxa"/>
            <w:shd w:val="clear" w:color="auto" w:fill="EAF2F8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0664689A" w14:textId="77777777" w:rsidR="00D84BBF" w:rsidRPr="00F2565D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F2565D">
              <w:rPr>
                <w:b/>
                <w:color w:val="17365D"/>
                <w:sz w:val="24"/>
                <w:szCs w:val="24"/>
              </w:rPr>
              <w:t>Competency score</w:t>
            </w:r>
          </w:p>
        </w:tc>
        <w:tc>
          <w:tcPr>
            <w:tcW w:w="7703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550D96C3" w14:textId="77777777" w:rsidR="00D84BBF" w:rsidRPr="00F2565D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F2565D">
              <w:rPr>
                <w:sz w:val="24"/>
                <w:szCs w:val="24"/>
              </w:rPr>
              <w:t>Total ____ / 20     Average ____ / 5</w:t>
            </w:r>
          </w:p>
        </w:tc>
      </w:tr>
      <w:tr w:rsidR="00D84BBF" w14:paraId="522D4C2E" w14:textId="77777777">
        <w:trPr>
          <w:jc w:val="center"/>
        </w:trPr>
        <w:tc>
          <w:tcPr>
            <w:tcW w:w="2232" w:type="dxa"/>
            <w:shd w:val="clear" w:color="auto" w:fill="EAF2F8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74E56DF4" w14:textId="3E5D6110" w:rsidR="00D84BBF" w:rsidRPr="00F2565D" w:rsidRDefault="00D4204F">
            <w:pPr>
              <w:spacing w:after="0" w:line="240" w:lineRule="auto"/>
              <w:rPr>
                <w:sz w:val="24"/>
                <w:szCs w:val="24"/>
              </w:rPr>
            </w:pPr>
            <w:r w:rsidRPr="00F2565D">
              <w:rPr>
                <w:b/>
                <w:color w:val="17365D"/>
                <w:sz w:val="24"/>
                <w:szCs w:val="24"/>
              </w:rPr>
              <w:t>Evidence and confidence</w:t>
            </w:r>
          </w:p>
        </w:tc>
        <w:tc>
          <w:tcPr>
            <w:tcW w:w="7703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20B81C95" w14:textId="77777777" w:rsidR="00D84BBF" w:rsidRPr="00F2565D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F2565D">
              <w:rPr>
                <w:sz w:val="24"/>
                <w:szCs w:val="24"/>
              </w:rPr>
              <w:t>☐ Strong   ☐ Some   ☐ Limited</w:t>
            </w:r>
          </w:p>
        </w:tc>
      </w:tr>
    </w:tbl>
    <w:p w14:paraId="2ED06890" w14:textId="77777777" w:rsidR="00D84BBF" w:rsidRDefault="00D84BBF">
      <w:pPr>
        <w:spacing w:after="0"/>
      </w:pPr>
    </w:p>
    <w:p w14:paraId="0C482CB7" w14:textId="77777777" w:rsidR="00D84BBF" w:rsidRDefault="00000000">
      <w:pPr>
        <w:pStyle w:val="Heading1"/>
      </w:pPr>
      <w:r>
        <w:t>2. Strategic Thinking and Judgement</w:t>
      </w:r>
    </w:p>
    <w:p w14:paraId="3EBACD93" w14:textId="7BBC88E9" w:rsidR="00475DB5" w:rsidRPr="00475DB5" w:rsidRDefault="00000000">
      <w:pPr>
        <w:rPr>
          <w:sz w:val="24"/>
          <w:szCs w:val="24"/>
        </w:rPr>
      </w:pPr>
      <w:r w:rsidRPr="00475DB5">
        <w:rPr>
          <w:sz w:val="24"/>
          <w:szCs w:val="24"/>
        </w:rPr>
        <w:t>Assesses how well you understand issues, weigh evidence, and make sound decisions.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47"/>
        <w:gridCol w:w="4126"/>
        <w:gridCol w:w="992"/>
        <w:gridCol w:w="4270"/>
      </w:tblGrid>
      <w:tr w:rsidR="00D84BBF" w:rsidRPr="00475DB5" w14:paraId="2CEC6E98" w14:textId="77777777" w:rsidTr="00380339">
        <w:trPr>
          <w:tblHeader/>
          <w:jc w:val="center"/>
        </w:trPr>
        <w:tc>
          <w:tcPr>
            <w:tcW w:w="547" w:type="dxa"/>
            <w:shd w:val="clear" w:color="auto" w:fill="17365D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2DF2BE46" w14:textId="77777777" w:rsidR="00D84BBF" w:rsidRPr="00475DB5" w:rsidRDefault="0000000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75DB5">
              <w:rPr>
                <w:b/>
                <w:color w:val="FFFFFF"/>
                <w:sz w:val="24"/>
                <w:szCs w:val="24"/>
              </w:rPr>
              <w:t>No.</w:t>
            </w:r>
          </w:p>
        </w:tc>
        <w:tc>
          <w:tcPr>
            <w:tcW w:w="4126" w:type="dxa"/>
            <w:shd w:val="clear" w:color="auto" w:fill="17365D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547A48D0" w14:textId="77777777" w:rsidR="00D84BBF" w:rsidRPr="00475DB5" w:rsidRDefault="0000000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75DB5">
              <w:rPr>
                <w:b/>
                <w:color w:val="FFFFFF"/>
                <w:sz w:val="24"/>
                <w:szCs w:val="24"/>
              </w:rPr>
              <w:t>Observable behaviour</w:t>
            </w:r>
          </w:p>
        </w:tc>
        <w:tc>
          <w:tcPr>
            <w:tcW w:w="992" w:type="dxa"/>
            <w:shd w:val="clear" w:color="auto" w:fill="17365D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7248350B" w14:textId="77777777" w:rsidR="00D84BBF" w:rsidRPr="00475DB5" w:rsidRDefault="0000000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75DB5">
              <w:rPr>
                <w:b/>
                <w:color w:val="FFFFFF"/>
                <w:sz w:val="24"/>
                <w:szCs w:val="24"/>
              </w:rPr>
              <w:t>Rating</w:t>
            </w:r>
            <w:r w:rsidRPr="00475DB5">
              <w:rPr>
                <w:b/>
                <w:color w:val="FFFFFF"/>
                <w:sz w:val="24"/>
                <w:szCs w:val="24"/>
              </w:rPr>
              <w:br/>
              <w:t>1–5</w:t>
            </w:r>
          </w:p>
        </w:tc>
        <w:tc>
          <w:tcPr>
            <w:tcW w:w="4270" w:type="dxa"/>
            <w:shd w:val="clear" w:color="auto" w:fill="17365D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5727CCE6" w14:textId="77777777" w:rsidR="00D84BBF" w:rsidRPr="00475DB5" w:rsidRDefault="0000000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75DB5">
              <w:rPr>
                <w:b/>
                <w:color w:val="FFFFFF"/>
                <w:sz w:val="24"/>
                <w:szCs w:val="24"/>
              </w:rPr>
              <w:t>Evidence or example</w:t>
            </w:r>
          </w:p>
        </w:tc>
      </w:tr>
      <w:tr w:rsidR="00D84BBF" w:rsidRPr="00475DB5" w14:paraId="1A9D9604" w14:textId="77777777" w:rsidTr="00380339">
        <w:trPr>
          <w:jc w:val="center"/>
        </w:trPr>
        <w:tc>
          <w:tcPr>
            <w:tcW w:w="54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55B8B4C" w14:textId="77777777" w:rsidR="00D84BBF" w:rsidRPr="00475DB5" w:rsidRDefault="0000000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75DB5">
              <w:rPr>
                <w:sz w:val="24"/>
                <w:szCs w:val="24"/>
              </w:rPr>
              <w:t>1</w:t>
            </w:r>
          </w:p>
        </w:tc>
        <w:tc>
          <w:tcPr>
            <w:tcW w:w="412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3FBA06D" w14:textId="77777777" w:rsidR="00D84BBF" w:rsidRPr="00475DB5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475DB5">
              <w:rPr>
                <w:sz w:val="24"/>
                <w:szCs w:val="24"/>
              </w:rPr>
              <w:t>I define the underlying problem before choosing a solution.</w:t>
            </w:r>
          </w:p>
        </w:tc>
        <w:tc>
          <w:tcPr>
            <w:tcW w:w="99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74649D2" w14:textId="77777777" w:rsidR="00D84BBF" w:rsidRPr="00475DB5" w:rsidRDefault="00D84B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27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E8AB70F" w14:textId="77777777" w:rsidR="00D84BBF" w:rsidRPr="00475DB5" w:rsidRDefault="00D84BBF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D84BBF" w:rsidRPr="00475DB5" w14:paraId="4FA09883" w14:textId="77777777" w:rsidTr="00380339">
        <w:trPr>
          <w:jc w:val="center"/>
        </w:trPr>
        <w:tc>
          <w:tcPr>
            <w:tcW w:w="547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A90C995" w14:textId="77777777" w:rsidR="00D84BBF" w:rsidRPr="00475DB5" w:rsidRDefault="0000000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75DB5">
              <w:rPr>
                <w:sz w:val="24"/>
                <w:szCs w:val="24"/>
              </w:rPr>
              <w:t>2</w:t>
            </w:r>
          </w:p>
        </w:tc>
        <w:tc>
          <w:tcPr>
            <w:tcW w:w="4126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F922077" w14:textId="77777777" w:rsidR="00D84BBF" w:rsidRPr="00475DB5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475DB5">
              <w:rPr>
                <w:sz w:val="24"/>
                <w:szCs w:val="24"/>
              </w:rPr>
              <w:t>I connect operational work with wider organisational and public outcomes.</w:t>
            </w:r>
          </w:p>
        </w:tc>
        <w:tc>
          <w:tcPr>
            <w:tcW w:w="992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3F425B5" w14:textId="77777777" w:rsidR="00D84BBF" w:rsidRPr="00475DB5" w:rsidRDefault="00D84B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270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8577E98" w14:textId="77777777" w:rsidR="00D84BBF" w:rsidRPr="00475DB5" w:rsidRDefault="00D84BBF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D84BBF" w:rsidRPr="00475DB5" w14:paraId="6A01B782" w14:textId="77777777" w:rsidTr="00380339">
        <w:trPr>
          <w:jc w:val="center"/>
        </w:trPr>
        <w:tc>
          <w:tcPr>
            <w:tcW w:w="54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F07A6D7" w14:textId="77777777" w:rsidR="00D84BBF" w:rsidRPr="00475DB5" w:rsidRDefault="0000000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75DB5">
              <w:rPr>
                <w:sz w:val="24"/>
                <w:szCs w:val="24"/>
              </w:rPr>
              <w:t>3</w:t>
            </w:r>
          </w:p>
        </w:tc>
        <w:tc>
          <w:tcPr>
            <w:tcW w:w="412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3986A5C" w14:textId="77777777" w:rsidR="00D84BBF" w:rsidRPr="00475DB5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475DB5">
              <w:rPr>
                <w:sz w:val="24"/>
                <w:szCs w:val="24"/>
              </w:rPr>
              <w:t>I consider evidence, options, risks, consequences, and affected groups.</w:t>
            </w:r>
          </w:p>
        </w:tc>
        <w:tc>
          <w:tcPr>
            <w:tcW w:w="99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935269C" w14:textId="77777777" w:rsidR="00D84BBF" w:rsidRPr="00475DB5" w:rsidRDefault="00D84B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27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7170AB0" w14:textId="77777777" w:rsidR="00D84BBF" w:rsidRPr="00475DB5" w:rsidRDefault="00D84BBF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D84BBF" w:rsidRPr="00475DB5" w14:paraId="65661184" w14:textId="77777777" w:rsidTr="00380339">
        <w:trPr>
          <w:jc w:val="center"/>
        </w:trPr>
        <w:tc>
          <w:tcPr>
            <w:tcW w:w="547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EE9F18F" w14:textId="77777777" w:rsidR="00D84BBF" w:rsidRPr="00475DB5" w:rsidRDefault="0000000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75DB5">
              <w:rPr>
                <w:sz w:val="24"/>
                <w:szCs w:val="24"/>
              </w:rPr>
              <w:t>4</w:t>
            </w:r>
          </w:p>
        </w:tc>
        <w:tc>
          <w:tcPr>
            <w:tcW w:w="4126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FE4D40A" w14:textId="77777777" w:rsidR="00D84BBF" w:rsidRPr="00475DB5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475DB5">
              <w:rPr>
                <w:sz w:val="24"/>
                <w:szCs w:val="24"/>
              </w:rPr>
              <w:t>I make timely, reasoned decisions when information is incomplete.</w:t>
            </w:r>
          </w:p>
        </w:tc>
        <w:tc>
          <w:tcPr>
            <w:tcW w:w="992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8A75C5A" w14:textId="77777777" w:rsidR="00D84BBF" w:rsidRPr="00475DB5" w:rsidRDefault="00D84B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270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78E9E91" w14:textId="77777777" w:rsidR="00D84BBF" w:rsidRPr="00475DB5" w:rsidRDefault="00D84BBF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17BAE3ED" w14:textId="77777777" w:rsidR="00D84BBF" w:rsidRPr="00475DB5" w:rsidRDefault="00D84BBF">
      <w:pPr>
        <w:spacing w:after="0"/>
        <w:rPr>
          <w:sz w:val="24"/>
          <w:szCs w:val="24"/>
        </w:rPr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32"/>
        <w:gridCol w:w="7703"/>
      </w:tblGrid>
      <w:tr w:rsidR="00D84BBF" w:rsidRPr="00475DB5" w14:paraId="55C336D2" w14:textId="77777777">
        <w:trPr>
          <w:jc w:val="center"/>
        </w:trPr>
        <w:tc>
          <w:tcPr>
            <w:tcW w:w="2232" w:type="dxa"/>
            <w:shd w:val="clear" w:color="auto" w:fill="EAF2F8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77C6AEF2" w14:textId="77777777" w:rsidR="00D84BBF" w:rsidRPr="00475DB5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475DB5">
              <w:rPr>
                <w:b/>
                <w:color w:val="17365D"/>
                <w:sz w:val="24"/>
                <w:szCs w:val="24"/>
              </w:rPr>
              <w:t>Competency score</w:t>
            </w:r>
          </w:p>
        </w:tc>
        <w:tc>
          <w:tcPr>
            <w:tcW w:w="7703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1C326E6E" w14:textId="707FA813" w:rsidR="00D84BBF" w:rsidRPr="00475DB5" w:rsidRDefault="00000000" w:rsidP="00F128C2">
            <w:pPr>
              <w:tabs>
                <w:tab w:val="left" w:pos="2206"/>
              </w:tabs>
              <w:spacing w:after="0" w:line="240" w:lineRule="auto"/>
              <w:rPr>
                <w:sz w:val="24"/>
                <w:szCs w:val="24"/>
              </w:rPr>
            </w:pPr>
            <w:r w:rsidRPr="00475DB5">
              <w:rPr>
                <w:sz w:val="24"/>
                <w:szCs w:val="24"/>
              </w:rPr>
              <w:t>Total ____ / 20</w:t>
            </w:r>
            <w:r w:rsidR="00F128C2">
              <w:rPr>
                <w:sz w:val="24"/>
                <w:szCs w:val="24"/>
              </w:rPr>
              <w:t xml:space="preserve">           </w:t>
            </w:r>
            <w:r w:rsidRPr="00475DB5">
              <w:rPr>
                <w:sz w:val="24"/>
                <w:szCs w:val="24"/>
              </w:rPr>
              <w:t>Average ____ / 5</w:t>
            </w:r>
          </w:p>
        </w:tc>
      </w:tr>
      <w:tr w:rsidR="00D84BBF" w:rsidRPr="00475DB5" w14:paraId="10B525D5" w14:textId="77777777">
        <w:trPr>
          <w:jc w:val="center"/>
        </w:trPr>
        <w:tc>
          <w:tcPr>
            <w:tcW w:w="2232" w:type="dxa"/>
            <w:shd w:val="clear" w:color="auto" w:fill="EAF2F8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3D1AED5B" w14:textId="368660A9" w:rsidR="00D84BBF" w:rsidRPr="00475DB5" w:rsidRDefault="00D4204F">
            <w:pPr>
              <w:spacing w:after="0" w:line="240" w:lineRule="auto"/>
              <w:rPr>
                <w:sz w:val="24"/>
                <w:szCs w:val="24"/>
              </w:rPr>
            </w:pPr>
            <w:r w:rsidRPr="00475DB5">
              <w:rPr>
                <w:b/>
                <w:color w:val="17365D"/>
                <w:sz w:val="24"/>
                <w:szCs w:val="24"/>
              </w:rPr>
              <w:t>Evidence and confidence</w:t>
            </w:r>
          </w:p>
        </w:tc>
        <w:tc>
          <w:tcPr>
            <w:tcW w:w="7703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4D109872" w14:textId="77777777" w:rsidR="00D84BBF" w:rsidRPr="00475DB5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475DB5">
              <w:rPr>
                <w:sz w:val="24"/>
                <w:szCs w:val="24"/>
              </w:rPr>
              <w:t>☐ Strong   ☐ Some   ☐ Limited</w:t>
            </w:r>
          </w:p>
        </w:tc>
      </w:tr>
    </w:tbl>
    <w:p w14:paraId="11507FFD" w14:textId="1A7C4873" w:rsidR="00D84BBF" w:rsidRDefault="00D84BBF"/>
    <w:p w14:paraId="584AD404" w14:textId="77777777" w:rsidR="00D84BBF" w:rsidRDefault="00000000">
      <w:pPr>
        <w:pStyle w:val="Heading1"/>
      </w:pPr>
      <w:r>
        <w:lastRenderedPageBreak/>
        <w:t>3. Leading and Developing People</w:t>
      </w:r>
    </w:p>
    <w:p w14:paraId="49B485C1" w14:textId="77777777" w:rsidR="00D84BBF" w:rsidRDefault="00000000">
      <w:pPr>
        <w:rPr>
          <w:sz w:val="24"/>
          <w:szCs w:val="24"/>
        </w:rPr>
      </w:pPr>
      <w:r w:rsidRPr="001E0D25">
        <w:rPr>
          <w:sz w:val="24"/>
          <w:szCs w:val="24"/>
        </w:rPr>
        <w:t>Assesses how you create clarity, capability, responsibility, and support within the team.</w:t>
      </w:r>
    </w:p>
    <w:p w14:paraId="3E998E05" w14:textId="77777777" w:rsidR="009D541C" w:rsidRPr="001E0D25" w:rsidRDefault="009D541C">
      <w:pPr>
        <w:rPr>
          <w:sz w:val="24"/>
          <w:szCs w:val="24"/>
        </w:rPr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3969"/>
        <w:gridCol w:w="992"/>
        <w:gridCol w:w="4270"/>
      </w:tblGrid>
      <w:tr w:rsidR="00D84BBF" w:rsidRPr="001E0D25" w14:paraId="561BEA61" w14:textId="77777777" w:rsidTr="001E0D25">
        <w:trPr>
          <w:tblHeader/>
          <w:jc w:val="center"/>
        </w:trPr>
        <w:tc>
          <w:tcPr>
            <w:tcW w:w="704" w:type="dxa"/>
            <w:shd w:val="clear" w:color="auto" w:fill="17365D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2D7C10F6" w14:textId="77777777" w:rsidR="00D84BBF" w:rsidRPr="001E0D25" w:rsidRDefault="0000000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E0D25">
              <w:rPr>
                <w:b/>
                <w:color w:val="FFFFFF"/>
                <w:sz w:val="24"/>
                <w:szCs w:val="24"/>
              </w:rPr>
              <w:t>No.</w:t>
            </w:r>
          </w:p>
        </w:tc>
        <w:tc>
          <w:tcPr>
            <w:tcW w:w="3969" w:type="dxa"/>
            <w:shd w:val="clear" w:color="auto" w:fill="17365D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0BA36AA9" w14:textId="77777777" w:rsidR="00D84BBF" w:rsidRPr="001E0D25" w:rsidRDefault="0000000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E0D25">
              <w:rPr>
                <w:b/>
                <w:color w:val="FFFFFF"/>
                <w:sz w:val="24"/>
                <w:szCs w:val="24"/>
              </w:rPr>
              <w:t>Observable behaviour</w:t>
            </w:r>
          </w:p>
        </w:tc>
        <w:tc>
          <w:tcPr>
            <w:tcW w:w="992" w:type="dxa"/>
            <w:shd w:val="clear" w:color="auto" w:fill="17365D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173F9F34" w14:textId="77777777" w:rsidR="00D84BBF" w:rsidRPr="001E0D25" w:rsidRDefault="0000000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E0D25">
              <w:rPr>
                <w:b/>
                <w:color w:val="FFFFFF"/>
                <w:sz w:val="24"/>
                <w:szCs w:val="24"/>
              </w:rPr>
              <w:t>Rating</w:t>
            </w:r>
            <w:r w:rsidRPr="001E0D25">
              <w:rPr>
                <w:b/>
                <w:color w:val="FFFFFF"/>
                <w:sz w:val="24"/>
                <w:szCs w:val="24"/>
              </w:rPr>
              <w:br/>
              <w:t>1–5</w:t>
            </w:r>
          </w:p>
        </w:tc>
        <w:tc>
          <w:tcPr>
            <w:tcW w:w="4270" w:type="dxa"/>
            <w:shd w:val="clear" w:color="auto" w:fill="17365D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7ECB3E24" w14:textId="77777777" w:rsidR="00D84BBF" w:rsidRPr="001E0D25" w:rsidRDefault="0000000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E0D25">
              <w:rPr>
                <w:b/>
                <w:color w:val="FFFFFF"/>
                <w:sz w:val="24"/>
                <w:szCs w:val="24"/>
              </w:rPr>
              <w:t>Evidence or example</w:t>
            </w:r>
          </w:p>
        </w:tc>
      </w:tr>
      <w:tr w:rsidR="00D84BBF" w:rsidRPr="009D541C" w14:paraId="6AC35B26" w14:textId="77777777" w:rsidTr="001E0D25">
        <w:trPr>
          <w:jc w:val="center"/>
        </w:trPr>
        <w:tc>
          <w:tcPr>
            <w:tcW w:w="70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7FB7C75" w14:textId="77777777" w:rsidR="00D84BBF" w:rsidRPr="009D541C" w:rsidRDefault="00000000">
            <w:pPr>
              <w:spacing w:after="0" w:line="240" w:lineRule="auto"/>
              <w:jc w:val="center"/>
              <w:rPr>
                <w:sz w:val="22"/>
              </w:rPr>
            </w:pPr>
            <w:r w:rsidRPr="009D541C">
              <w:rPr>
                <w:sz w:val="22"/>
              </w:rPr>
              <w:t>1</w:t>
            </w:r>
          </w:p>
        </w:tc>
        <w:tc>
          <w:tcPr>
            <w:tcW w:w="3969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5E25996" w14:textId="77777777" w:rsidR="00D84BBF" w:rsidRPr="009D541C" w:rsidRDefault="00000000">
            <w:pPr>
              <w:spacing w:after="0" w:line="240" w:lineRule="auto"/>
              <w:rPr>
                <w:sz w:val="22"/>
              </w:rPr>
            </w:pPr>
            <w:r w:rsidRPr="009D541C">
              <w:rPr>
                <w:sz w:val="22"/>
              </w:rPr>
              <w:t>I communicate clear responsibilities, standards, and expected results.</w:t>
            </w:r>
          </w:p>
        </w:tc>
        <w:tc>
          <w:tcPr>
            <w:tcW w:w="99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793BB76" w14:textId="77777777" w:rsidR="00D84BBF" w:rsidRPr="009D541C" w:rsidRDefault="00D84BBF">
            <w:pPr>
              <w:spacing w:after="0" w:line="240" w:lineRule="auto"/>
              <w:rPr>
                <w:sz w:val="22"/>
              </w:rPr>
            </w:pPr>
          </w:p>
        </w:tc>
        <w:tc>
          <w:tcPr>
            <w:tcW w:w="427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98B9441" w14:textId="77777777" w:rsidR="00D84BBF" w:rsidRPr="009D541C" w:rsidRDefault="00D84BBF">
            <w:pPr>
              <w:spacing w:after="0" w:line="240" w:lineRule="auto"/>
              <w:rPr>
                <w:sz w:val="22"/>
              </w:rPr>
            </w:pPr>
          </w:p>
        </w:tc>
      </w:tr>
      <w:tr w:rsidR="00D84BBF" w:rsidRPr="009D541C" w14:paraId="269FC3C5" w14:textId="77777777" w:rsidTr="001E0D25">
        <w:trPr>
          <w:jc w:val="center"/>
        </w:trPr>
        <w:tc>
          <w:tcPr>
            <w:tcW w:w="704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38CC354" w14:textId="77777777" w:rsidR="00D84BBF" w:rsidRPr="009D541C" w:rsidRDefault="00000000">
            <w:pPr>
              <w:spacing w:after="0" w:line="240" w:lineRule="auto"/>
              <w:jc w:val="center"/>
              <w:rPr>
                <w:sz w:val="22"/>
              </w:rPr>
            </w:pPr>
            <w:r w:rsidRPr="009D541C">
              <w:rPr>
                <w:sz w:val="22"/>
              </w:rPr>
              <w:t>2</w:t>
            </w:r>
          </w:p>
        </w:tc>
        <w:tc>
          <w:tcPr>
            <w:tcW w:w="3969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A2E5764" w14:textId="77777777" w:rsidR="00D84BBF" w:rsidRPr="009D541C" w:rsidRDefault="00000000">
            <w:pPr>
              <w:spacing w:after="0" w:line="240" w:lineRule="auto"/>
              <w:rPr>
                <w:sz w:val="22"/>
              </w:rPr>
            </w:pPr>
            <w:r w:rsidRPr="009D541C">
              <w:rPr>
                <w:sz w:val="22"/>
              </w:rPr>
              <w:t>I delegate appropriate authority rather than retaining unnecessary control.</w:t>
            </w:r>
          </w:p>
        </w:tc>
        <w:tc>
          <w:tcPr>
            <w:tcW w:w="992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EDB640E" w14:textId="77777777" w:rsidR="00D84BBF" w:rsidRPr="009D541C" w:rsidRDefault="00D84BBF">
            <w:pPr>
              <w:spacing w:after="0" w:line="240" w:lineRule="auto"/>
              <w:rPr>
                <w:sz w:val="22"/>
              </w:rPr>
            </w:pPr>
          </w:p>
        </w:tc>
        <w:tc>
          <w:tcPr>
            <w:tcW w:w="4270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19A46ED" w14:textId="77777777" w:rsidR="00D84BBF" w:rsidRPr="009D541C" w:rsidRDefault="00D84BBF">
            <w:pPr>
              <w:spacing w:after="0" w:line="240" w:lineRule="auto"/>
              <w:rPr>
                <w:sz w:val="22"/>
              </w:rPr>
            </w:pPr>
          </w:p>
        </w:tc>
      </w:tr>
      <w:tr w:rsidR="00D84BBF" w:rsidRPr="009D541C" w14:paraId="32A58564" w14:textId="77777777" w:rsidTr="001E0D25">
        <w:trPr>
          <w:jc w:val="center"/>
        </w:trPr>
        <w:tc>
          <w:tcPr>
            <w:tcW w:w="70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A2635F4" w14:textId="77777777" w:rsidR="00D84BBF" w:rsidRPr="009D541C" w:rsidRDefault="00000000">
            <w:pPr>
              <w:spacing w:after="0" w:line="240" w:lineRule="auto"/>
              <w:jc w:val="center"/>
              <w:rPr>
                <w:sz w:val="22"/>
              </w:rPr>
            </w:pPr>
            <w:r w:rsidRPr="009D541C">
              <w:rPr>
                <w:sz w:val="22"/>
              </w:rPr>
              <w:t>3</w:t>
            </w:r>
          </w:p>
        </w:tc>
        <w:tc>
          <w:tcPr>
            <w:tcW w:w="3969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6F0C63C" w14:textId="77777777" w:rsidR="00D84BBF" w:rsidRPr="009D541C" w:rsidRDefault="00000000">
            <w:pPr>
              <w:spacing w:after="0" w:line="240" w:lineRule="auto"/>
              <w:rPr>
                <w:sz w:val="22"/>
              </w:rPr>
            </w:pPr>
            <w:r w:rsidRPr="009D541C">
              <w:rPr>
                <w:sz w:val="22"/>
              </w:rPr>
              <w:t>I provide useful feedback, coaching, recognition, and development opportunities.</w:t>
            </w:r>
          </w:p>
        </w:tc>
        <w:tc>
          <w:tcPr>
            <w:tcW w:w="99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DF1912F" w14:textId="77777777" w:rsidR="00D84BBF" w:rsidRPr="009D541C" w:rsidRDefault="00D84BBF">
            <w:pPr>
              <w:spacing w:after="0" w:line="240" w:lineRule="auto"/>
              <w:rPr>
                <w:sz w:val="22"/>
              </w:rPr>
            </w:pPr>
          </w:p>
        </w:tc>
        <w:tc>
          <w:tcPr>
            <w:tcW w:w="427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75BAA6B" w14:textId="77777777" w:rsidR="00D84BBF" w:rsidRPr="009D541C" w:rsidRDefault="00D84BBF">
            <w:pPr>
              <w:spacing w:after="0" w:line="240" w:lineRule="auto"/>
              <w:rPr>
                <w:sz w:val="22"/>
              </w:rPr>
            </w:pPr>
          </w:p>
        </w:tc>
      </w:tr>
      <w:tr w:rsidR="00D84BBF" w:rsidRPr="009D541C" w14:paraId="5865DA9A" w14:textId="77777777" w:rsidTr="001E0D25">
        <w:trPr>
          <w:jc w:val="center"/>
        </w:trPr>
        <w:tc>
          <w:tcPr>
            <w:tcW w:w="704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2FB21DA" w14:textId="77777777" w:rsidR="00D84BBF" w:rsidRPr="009D541C" w:rsidRDefault="00000000">
            <w:pPr>
              <w:spacing w:after="0" w:line="240" w:lineRule="auto"/>
              <w:jc w:val="center"/>
              <w:rPr>
                <w:sz w:val="22"/>
              </w:rPr>
            </w:pPr>
            <w:r w:rsidRPr="009D541C">
              <w:rPr>
                <w:sz w:val="22"/>
              </w:rPr>
              <w:t>4</w:t>
            </w:r>
          </w:p>
        </w:tc>
        <w:tc>
          <w:tcPr>
            <w:tcW w:w="3969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74E577A" w14:textId="77777777" w:rsidR="00D84BBF" w:rsidRPr="009D541C" w:rsidRDefault="00000000">
            <w:pPr>
              <w:spacing w:after="0" w:line="240" w:lineRule="auto"/>
              <w:rPr>
                <w:sz w:val="22"/>
              </w:rPr>
            </w:pPr>
            <w:r w:rsidRPr="009D541C">
              <w:rPr>
                <w:sz w:val="22"/>
              </w:rPr>
              <w:t>I address performance or conduct concerns fairly and support an inclusive team.</w:t>
            </w:r>
          </w:p>
        </w:tc>
        <w:tc>
          <w:tcPr>
            <w:tcW w:w="992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37EAE67" w14:textId="77777777" w:rsidR="00D84BBF" w:rsidRPr="009D541C" w:rsidRDefault="00D84BBF">
            <w:pPr>
              <w:spacing w:after="0" w:line="240" w:lineRule="auto"/>
              <w:rPr>
                <w:sz w:val="22"/>
              </w:rPr>
            </w:pPr>
          </w:p>
        </w:tc>
        <w:tc>
          <w:tcPr>
            <w:tcW w:w="4270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DF5590B" w14:textId="77777777" w:rsidR="00D84BBF" w:rsidRPr="009D541C" w:rsidRDefault="00D84BBF">
            <w:pPr>
              <w:spacing w:after="0" w:line="240" w:lineRule="auto"/>
              <w:rPr>
                <w:sz w:val="22"/>
              </w:rPr>
            </w:pPr>
          </w:p>
        </w:tc>
      </w:tr>
    </w:tbl>
    <w:p w14:paraId="56803D74" w14:textId="77777777" w:rsidR="00D84BBF" w:rsidRPr="009D541C" w:rsidRDefault="00D84BBF">
      <w:pPr>
        <w:spacing w:after="0"/>
        <w:rPr>
          <w:sz w:val="22"/>
        </w:rPr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32"/>
        <w:gridCol w:w="7703"/>
      </w:tblGrid>
      <w:tr w:rsidR="00D84BBF" w:rsidRPr="009D541C" w14:paraId="5839F2D2" w14:textId="77777777">
        <w:trPr>
          <w:jc w:val="center"/>
        </w:trPr>
        <w:tc>
          <w:tcPr>
            <w:tcW w:w="2232" w:type="dxa"/>
            <w:shd w:val="clear" w:color="auto" w:fill="EAF2F8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10C2807B" w14:textId="77777777" w:rsidR="00D84BBF" w:rsidRPr="009D541C" w:rsidRDefault="00000000">
            <w:pPr>
              <w:spacing w:after="0" w:line="240" w:lineRule="auto"/>
              <w:rPr>
                <w:sz w:val="22"/>
              </w:rPr>
            </w:pPr>
            <w:r w:rsidRPr="009D541C">
              <w:rPr>
                <w:b/>
                <w:color w:val="17365D"/>
                <w:sz w:val="22"/>
              </w:rPr>
              <w:t>Competency score</w:t>
            </w:r>
          </w:p>
        </w:tc>
        <w:tc>
          <w:tcPr>
            <w:tcW w:w="7703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10C7B365" w14:textId="77777777" w:rsidR="00D84BBF" w:rsidRPr="009D541C" w:rsidRDefault="00000000">
            <w:pPr>
              <w:spacing w:after="0" w:line="240" w:lineRule="auto"/>
              <w:rPr>
                <w:sz w:val="22"/>
              </w:rPr>
            </w:pPr>
            <w:r w:rsidRPr="009D541C">
              <w:rPr>
                <w:sz w:val="22"/>
              </w:rPr>
              <w:t>Total ____ / 20     Average ____ / 5</w:t>
            </w:r>
          </w:p>
        </w:tc>
      </w:tr>
      <w:tr w:rsidR="00D84BBF" w:rsidRPr="009D541C" w14:paraId="4BAFB00A" w14:textId="77777777">
        <w:trPr>
          <w:jc w:val="center"/>
        </w:trPr>
        <w:tc>
          <w:tcPr>
            <w:tcW w:w="2232" w:type="dxa"/>
            <w:shd w:val="clear" w:color="auto" w:fill="EAF2F8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422546EB" w14:textId="6A84A975" w:rsidR="00D84BBF" w:rsidRPr="009D541C" w:rsidRDefault="00D4204F">
            <w:pPr>
              <w:spacing w:after="0" w:line="240" w:lineRule="auto"/>
              <w:rPr>
                <w:sz w:val="22"/>
              </w:rPr>
            </w:pPr>
            <w:r w:rsidRPr="009D541C">
              <w:rPr>
                <w:b/>
                <w:color w:val="17365D"/>
                <w:sz w:val="22"/>
              </w:rPr>
              <w:t>Evidence and confidence</w:t>
            </w:r>
          </w:p>
        </w:tc>
        <w:tc>
          <w:tcPr>
            <w:tcW w:w="7703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2B1E7D0A" w14:textId="77777777" w:rsidR="00D84BBF" w:rsidRPr="009D541C" w:rsidRDefault="00000000">
            <w:pPr>
              <w:spacing w:after="0" w:line="240" w:lineRule="auto"/>
              <w:rPr>
                <w:sz w:val="22"/>
              </w:rPr>
            </w:pPr>
            <w:r w:rsidRPr="009D541C">
              <w:rPr>
                <w:sz w:val="22"/>
              </w:rPr>
              <w:t>☐ Strong   ☐ Some   ☐ Limited</w:t>
            </w:r>
          </w:p>
        </w:tc>
      </w:tr>
    </w:tbl>
    <w:p w14:paraId="2E014D72" w14:textId="77777777" w:rsidR="00D84BBF" w:rsidRDefault="00D84BBF">
      <w:pPr>
        <w:spacing w:after="0"/>
      </w:pPr>
    </w:p>
    <w:p w14:paraId="0304D1C7" w14:textId="77777777" w:rsidR="00D84BBF" w:rsidRDefault="00000000">
      <w:pPr>
        <w:pStyle w:val="Heading1"/>
      </w:pPr>
      <w:r>
        <w:t>4. Communication and Collaboration</w:t>
      </w:r>
    </w:p>
    <w:p w14:paraId="6AF07E15" w14:textId="77777777" w:rsidR="00D84BBF" w:rsidRDefault="00000000">
      <w:pPr>
        <w:rPr>
          <w:sz w:val="24"/>
          <w:szCs w:val="24"/>
        </w:rPr>
      </w:pPr>
      <w:r w:rsidRPr="0010291A">
        <w:rPr>
          <w:sz w:val="24"/>
          <w:szCs w:val="24"/>
        </w:rPr>
        <w:t>Assesses how you build understanding, trust, and cooperation across boundaries.</w:t>
      </w:r>
    </w:p>
    <w:p w14:paraId="166D3228" w14:textId="77777777" w:rsidR="009D541C" w:rsidRPr="0010291A" w:rsidRDefault="009D541C">
      <w:pPr>
        <w:rPr>
          <w:sz w:val="24"/>
          <w:szCs w:val="24"/>
        </w:rPr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47"/>
        <w:gridCol w:w="4126"/>
        <w:gridCol w:w="992"/>
        <w:gridCol w:w="4270"/>
      </w:tblGrid>
      <w:tr w:rsidR="00D84BBF" w:rsidRPr="0010291A" w14:paraId="21FA8682" w14:textId="77777777" w:rsidTr="0010291A">
        <w:trPr>
          <w:tblHeader/>
          <w:jc w:val="center"/>
        </w:trPr>
        <w:tc>
          <w:tcPr>
            <w:tcW w:w="547" w:type="dxa"/>
            <w:shd w:val="clear" w:color="auto" w:fill="17365D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2721CDB7" w14:textId="77777777" w:rsidR="00D84BBF" w:rsidRPr="0010291A" w:rsidRDefault="0000000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0291A">
              <w:rPr>
                <w:b/>
                <w:color w:val="FFFFFF"/>
                <w:sz w:val="24"/>
                <w:szCs w:val="24"/>
              </w:rPr>
              <w:t>No.</w:t>
            </w:r>
          </w:p>
        </w:tc>
        <w:tc>
          <w:tcPr>
            <w:tcW w:w="4126" w:type="dxa"/>
            <w:shd w:val="clear" w:color="auto" w:fill="17365D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56DDA70B" w14:textId="77777777" w:rsidR="00D84BBF" w:rsidRPr="0010291A" w:rsidRDefault="0000000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0291A">
              <w:rPr>
                <w:b/>
                <w:color w:val="FFFFFF"/>
                <w:sz w:val="24"/>
                <w:szCs w:val="24"/>
              </w:rPr>
              <w:t>Observable behaviour</w:t>
            </w:r>
          </w:p>
        </w:tc>
        <w:tc>
          <w:tcPr>
            <w:tcW w:w="992" w:type="dxa"/>
            <w:shd w:val="clear" w:color="auto" w:fill="17365D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105E285E" w14:textId="77777777" w:rsidR="00D84BBF" w:rsidRPr="0010291A" w:rsidRDefault="0000000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0291A">
              <w:rPr>
                <w:b/>
                <w:color w:val="FFFFFF"/>
                <w:sz w:val="24"/>
                <w:szCs w:val="24"/>
              </w:rPr>
              <w:t>Rating</w:t>
            </w:r>
            <w:r w:rsidRPr="0010291A">
              <w:rPr>
                <w:b/>
                <w:color w:val="FFFFFF"/>
                <w:sz w:val="24"/>
                <w:szCs w:val="24"/>
              </w:rPr>
              <w:br/>
              <w:t>1–5</w:t>
            </w:r>
          </w:p>
        </w:tc>
        <w:tc>
          <w:tcPr>
            <w:tcW w:w="4270" w:type="dxa"/>
            <w:shd w:val="clear" w:color="auto" w:fill="17365D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073F49B0" w14:textId="77777777" w:rsidR="00D84BBF" w:rsidRPr="0010291A" w:rsidRDefault="0000000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0291A">
              <w:rPr>
                <w:b/>
                <w:color w:val="FFFFFF"/>
                <w:sz w:val="24"/>
                <w:szCs w:val="24"/>
              </w:rPr>
              <w:t>Evidence or example</w:t>
            </w:r>
          </w:p>
        </w:tc>
      </w:tr>
      <w:tr w:rsidR="00D84BBF" w:rsidRPr="009D541C" w14:paraId="44DC7080" w14:textId="77777777" w:rsidTr="0010291A">
        <w:trPr>
          <w:jc w:val="center"/>
        </w:trPr>
        <w:tc>
          <w:tcPr>
            <w:tcW w:w="54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306EB17" w14:textId="77777777" w:rsidR="00D84BBF" w:rsidRPr="009D541C" w:rsidRDefault="00000000">
            <w:pPr>
              <w:spacing w:after="0" w:line="240" w:lineRule="auto"/>
              <w:jc w:val="center"/>
              <w:rPr>
                <w:sz w:val="22"/>
              </w:rPr>
            </w:pPr>
            <w:r w:rsidRPr="009D541C">
              <w:rPr>
                <w:sz w:val="22"/>
              </w:rPr>
              <w:t>1</w:t>
            </w:r>
          </w:p>
        </w:tc>
        <w:tc>
          <w:tcPr>
            <w:tcW w:w="412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B759E3B" w14:textId="77777777" w:rsidR="00D84BBF" w:rsidRPr="009D541C" w:rsidRDefault="00000000">
            <w:pPr>
              <w:spacing w:after="0" w:line="240" w:lineRule="auto"/>
              <w:rPr>
                <w:sz w:val="22"/>
              </w:rPr>
            </w:pPr>
            <w:r w:rsidRPr="009D541C">
              <w:rPr>
                <w:sz w:val="22"/>
              </w:rPr>
              <w:t>I listen carefully and adapt communication to the people and situation.</w:t>
            </w:r>
          </w:p>
        </w:tc>
        <w:tc>
          <w:tcPr>
            <w:tcW w:w="99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A442535" w14:textId="77777777" w:rsidR="00D84BBF" w:rsidRPr="009D541C" w:rsidRDefault="00D84BBF">
            <w:pPr>
              <w:spacing w:after="0" w:line="240" w:lineRule="auto"/>
              <w:rPr>
                <w:sz w:val="22"/>
              </w:rPr>
            </w:pPr>
          </w:p>
        </w:tc>
        <w:tc>
          <w:tcPr>
            <w:tcW w:w="427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354520C" w14:textId="77777777" w:rsidR="00D84BBF" w:rsidRPr="009D541C" w:rsidRDefault="00D84BBF">
            <w:pPr>
              <w:spacing w:after="0" w:line="240" w:lineRule="auto"/>
              <w:rPr>
                <w:sz w:val="22"/>
              </w:rPr>
            </w:pPr>
          </w:p>
        </w:tc>
      </w:tr>
      <w:tr w:rsidR="00D84BBF" w:rsidRPr="009D541C" w14:paraId="571853D8" w14:textId="77777777" w:rsidTr="0010291A">
        <w:trPr>
          <w:jc w:val="center"/>
        </w:trPr>
        <w:tc>
          <w:tcPr>
            <w:tcW w:w="547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7D4A5AE" w14:textId="77777777" w:rsidR="00D84BBF" w:rsidRPr="009D541C" w:rsidRDefault="00000000">
            <w:pPr>
              <w:spacing w:after="0" w:line="240" w:lineRule="auto"/>
              <w:jc w:val="center"/>
              <w:rPr>
                <w:sz w:val="22"/>
              </w:rPr>
            </w:pPr>
            <w:r w:rsidRPr="009D541C">
              <w:rPr>
                <w:sz w:val="22"/>
              </w:rPr>
              <w:t>2</w:t>
            </w:r>
          </w:p>
        </w:tc>
        <w:tc>
          <w:tcPr>
            <w:tcW w:w="4126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3E4F37C" w14:textId="77777777" w:rsidR="00D84BBF" w:rsidRPr="009D541C" w:rsidRDefault="00000000">
            <w:pPr>
              <w:spacing w:after="0" w:line="240" w:lineRule="auto"/>
              <w:rPr>
                <w:sz w:val="22"/>
              </w:rPr>
            </w:pPr>
            <w:r w:rsidRPr="009D541C">
              <w:rPr>
                <w:sz w:val="22"/>
              </w:rPr>
              <w:t>I share relevant information and explain the reasons behind decisions.</w:t>
            </w:r>
          </w:p>
        </w:tc>
        <w:tc>
          <w:tcPr>
            <w:tcW w:w="992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15D8568" w14:textId="77777777" w:rsidR="00D84BBF" w:rsidRPr="009D541C" w:rsidRDefault="00D84BBF">
            <w:pPr>
              <w:spacing w:after="0" w:line="240" w:lineRule="auto"/>
              <w:rPr>
                <w:sz w:val="22"/>
              </w:rPr>
            </w:pPr>
          </w:p>
        </w:tc>
        <w:tc>
          <w:tcPr>
            <w:tcW w:w="4270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BD3CAD0" w14:textId="77777777" w:rsidR="00D84BBF" w:rsidRPr="009D541C" w:rsidRDefault="00D84BBF">
            <w:pPr>
              <w:spacing w:after="0" w:line="240" w:lineRule="auto"/>
              <w:rPr>
                <w:sz w:val="22"/>
              </w:rPr>
            </w:pPr>
          </w:p>
        </w:tc>
      </w:tr>
      <w:tr w:rsidR="00D84BBF" w:rsidRPr="009D541C" w14:paraId="09A5FCA7" w14:textId="77777777" w:rsidTr="0010291A">
        <w:trPr>
          <w:jc w:val="center"/>
        </w:trPr>
        <w:tc>
          <w:tcPr>
            <w:tcW w:w="54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B556DD8" w14:textId="77777777" w:rsidR="00D84BBF" w:rsidRPr="009D541C" w:rsidRDefault="00000000">
            <w:pPr>
              <w:spacing w:after="0" w:line="240" w:lineRule="auto"/>
              <w:jc w:val="center"/>
              <w:rPr>
                <w:sz w:val="22"/>
              </w:rPr>
            </w:pPr>
            <w:r w:rsidRPr="009D541C">
              <w:rPr>
                <w:sz w:val="22"/>
              </w:rPr>
              <w:t>3</w:t>
            </w:r>
          </w:p>
        </w:tc>
        <w:tc>
          <w:tcPr>
            <w:tcW w:w="412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763D247" w14:textId="77777777" w:rsidR="00D84BBF" w:rsidRPr="009D541C" w:rsidRDefault="00000000">
            <w:pPr>
              <w:spacing w:after="0" w:line="240" w:lineRule="auto"/>
              <w:rPr>
                <w:sz w:val="22"/>
              </w:rPr>
            </w:pPr>
            <w:r w:rsidRPr="009D541C">
              <w:rPr>
                <w:sz w:val="22"/>
              </w:rPr>
              <w:t>I build constructive relationships with internal and external stakeholders.</w:t>
            </w:r>
          </w:p>
        </w:tc>
        <w:tc>
          <w:tcPr>
            <w:tcW w:w="99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B86F3B0" w14:textId="77777777" w:rsidR="00D84BBF" w:rsidRPr="009D541C" w:rsidRDefault="00D84BBF">
            <w:pPr>
              <w:spacing w:after="0" w:line="240" w:lineRule="auto"/>
              <w:rPr>
                <w:sz w:val="22"/>
              </w:rPr>
            </w:pPr>
          </w:p>
        </w:tc>
        <w:tc>
          <w:tcPr>
            <w:tcW w:w="427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33F978F" w14:textId="77777777" w:rsidR="00D84BBF" w:rsidRPr="009D541C" w:rsidRDefault="00D84BBF">
            <w:pPr>
              <w:spacing w:after="0" w:line="240" w:lineRule="auto"/>
              <w:rPr>
                <w:sz w:val="22"/>
              </w:rPr>
            </w:pPr>
          </w:p>
        </w:tc>
      </w:tr>
      <w:tr w:rsidR="00D84BBF" w:rsidRPr="009D541C" w14:paraId="49AF7AA2" w14:textId="77777777" w:rsidTr="0010291A">
        <w:trPr>
          <w:jc w:val="center"/>
        </w:trPr>
        <w:tc>
          <w:tcPr>
            <w:tcW w:w="547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FDA52E2" w14:textId="77777777" w:rsidR="00D84BBF" w:rsidRPr="009D541C" w:rsidRDefault="00000000">
            <w:pPr>
              <w:spacing w:after="0" w:line="240" w:lineRule="auto"/>
              <w:jc w:val="center"/>
              <w:rPr>
                <w:sz w:val="22"/>
              </w:rPr>
            </w:pPr>
            <w:r w:rsidRPr="009D541C">
              <w:rPr>
                <w:sz w:val="22"/>
              </w:rPr>
              <w:t>4</w:t>
            </w:r>
          </w:p>
        </w:tc>
        <w:tc>
          <w:tcPr>
            <w:tcW w:w="4126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5AA7521" w14:textId="77777777" w:rsidR="00D84BBF" w:rsidRPr="009D541C" w:rsidRDefault="00000000">
            <w:pPr>
              <w:spacing w:after="0" w:line="240" w:lineRule="auto"/>
              <w:rPr>
                <w:sz w:val="22"/>
              </w:rPr>
            </w:pPr>
            <w:r w:rsidRPr="009D541C">
              <w:rPr>
                <w:sz w:val="22"/>
              </w:rPr>
              <w:t>I handle disagreement respectfully and work towards practical cooperation.</w:t>
            </w:r>
          </w:p>
        </w:tc>
        <w:tc>
          <w:tcPr>
            <w:tcW w:w="992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75C4256" w14:textId="77777777" w:rsidR="00D84BBF" w:rsidRPr="009D541C" w:rsidRDefault="00D84BBF">
            <w:pPr>
              <w:spacing w:after="0" w:line="240" w:lineRule="auto"/>
              <w:rPr>
                <w:sz w:val="22"/>
              </w:rPr>
            </w:pPr>
          </w:p>
        </w:tc>
        <w:tc>
          <w:tcPr>
            <w:tcW w:w="4270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969C4CB" w14:textId="77777777" w:rsidR="00D84BBF" w:rsidRPr="009D541C" w:rsidRDefault="00D84BBF">
            <w:pPr>
              <w:spacing w:after="0" w:line="240" w:lineRule="auto"/>
              <w:rPr>
                <w:sz w:val="22"/>
              </w:rPr>
            </w:pPr>
          </w:p>
        </w:tc>
      </w:tr>
    </w:tbl>
    <w:p w14:paraId="6C007F5A" w14:textId="77777777" w:rsidR="00D84BBF" w:rsidRPr="009D541C" w:rsidRDefault="00D84BBF">
      <w:pPr>
        <w:spacing w:after="0"/>
        <w:rPr>
          <w:sz w:val="22"/>
        </w:rPr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32"/>
        <w:gridCol w:w="7703"/>
      </w:tblGrid>
      <w:tr w:rsidR="00D84BBF" w:rsidRPr="009D541C" w14:paraId="4D109332" w14:textId="77777777">
        <w:trPr>
          <w:jc w:val="center"/>
        </w:trPr>
        <w:tc>
          <w:tcPr>
            <w:tcW w:w="2232" w:type="dxa"/>
            <w:shd w:val="clear" w:color="auto" w:fill="EAF2F8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6A228C1D" w14:textId="77777777" w:rsidR="00D84BBF" w:rsidRPr="009D541C" w:rsidRDefault="00000000">
            <w:pPr>
              <w:spacing w:after="0" w:line="240" w:lineRule="auto"/>
              <w:rPr>
                <w:sz w:val="22"/>
              </w:rPr>
            </w:pPr>
            <w:r w:rsidRPr="009D541C">
              <w:rPr>
                <w:b/>
                <w:color w:val="17365D"/>
                <w:sz w:val="22"/>
              </w:rPr>
              <w:t>Competency score</w:t>
            </w:r>
          </w:p>
        </w:tc>
        <w:tc>
          <w:tcPr>
            <w:tcW w:w="7703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4A662E71" w14:textId="77777777" w:rsidR="00D84BBF" w:rsidRPr="009D541C" w:rsidRDefault="00000000">
            <w:pPr>
              <w:spacing w:after="0" w:line="240" w:lineRule="auto"/>
              <w:rPr>
                <w:sz w:val="22"/>
              </w:rPr>
            </w:pPr>
            <w:r w:rsidRPr="009D541C">
              <w:rPr>
                <w:sz w:val="22"/>
              </w:rPr>
              <w:t>Total ____ / 20     Average ____ / 5</w:t>
            </w:r>
          </w:p>
        </w:tc>
      </w:tr>
      <w:tr w:rsidR="00D84BBF" w:rsidRPr="009D541C" w14:paraId="7E56BD00" w14:textId="77777777">
        <w:trPr>
          <w:jc w:val="center"/>
        </w:trPr>
        <w:tc>
          <w:tcPr>
            <w:tcW w:w="2232" w:type="dxa"/>
            <w:shd w:val="clear" w:color="auto" w:fill="EAF2F8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0FEBBF75" w14:textId="04803741" w:rsidR="00D84BBF" w:rsidRPr="009D541C" w:rsidRDefault="00D4204F">
            <w:pPr>
              <w:spacing w:after="0" w:line="240" w:lineRule="auto"/>
              <w:rPr>
                <w:sz w:val="22"/>
              </w:rPr>
            </w:pPr>
            <w:r w:rsidRPr="009D541C">
              <w:rPr>
                <w:b/>
                <w:color w:val="17365D"/>
                <w:sz w:val="22"/>
              </w:rPr>
              <w:t>Evidence and confidence</w:t>
            </w:r>
          </w:p>
        </w:tc>
        <w:tc>
          <w:tcPr>
            <w:tcW w:w="7703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621C9A42" w14:textId="77777777" w:rsidR="00D84BBF" w:rsidRPr="009D541C" w:rsidRDefault="00000000">
            <w:pPr>
              <w:spacing w:after="0" w:line="240" w:lineRule="auto"/>
              <w:rPr>
                <w:sz w:val="22"/>
              </w:rPr>
            </w:pPr>
            <w:r w:rsidRPr="009D541C">
              <w:rPr>
                <w:sz w:val="22"/>
              </w:rPr>
              <w:t>☐ Strong   ☐ Some   ☐ Limited</w:t>
            </w:r>
          </w:p>
        </w:tc>
      </w:tr>
    </w:tbl>
    <w:p w14:paraId="609D9FD6" w14:textId="77777777" w:rsidR="00D84BBF" w:rsidRDefault="00D84BBF">
      <w:pPr>
        <w:spacing w:after="0"/>
      </w:pPr>
    </w:p>
    <w:p w14:paraId="1A09B1E1" w14:textId="77777777" w:rsidR="00D84BBF" w:rsidRDefault="00000000">
      <w:r>
        <w:br w:type="page"/>
      </w:r>
    </w:p>
    <w:p w14:paraId="00F9D61D" w14:textId="77777777" w:rsidR="00D84BBF" w:rsidRDefault="00000000">
      <w:pPr>
        <w:pStyle w:val="Heading1"/>
      </w:pPr>
      <w:r>
        <w:lastRenderedPageBreak/>
        <w:t>5. Accountability and Delivery</w:t>
      </w:r>
    </w:p>
    <w:p w14:paraId="0B97D40E" w14:textId="77777777" w:rsidR="00D84BBF" w:rsidRPr="009D541C" w:rsidRDefault="00000000">
      <w:pPr>
        <w:rPr>
          <w:sz w:val="24"/>
          <w:szCs w:val="24"/>
        </w:rPr>
      </w:pPr>
      <w:r w:rsidRPr="009D541C">
        <w:rPr>
          <w:sz w:val="24"/>
          <w:szCs w:val="24"/>
        </w:rPr>
        <w:t>Assesses how you convert priorities into responsible action and measurable results.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3827"/>
        <w:gridCol w:w="993"/>
        <w:gridCol w:w="4411"/>
      </w:tblGrid>
      <w:tr w:rsidR="00D84BBF" w:rsidRPr="009D541C" w14:paraId="79328DAF" w14:textId="77777777" w:rsidTr="009D541C">
        <w:trPr>
          <w:tblHeader/>
          <w:jc w:val="center"/>
        </w:trPr>
        <w:tc>
          <w:tcPr>
            <w:tcW w:w="704" w:type="dxa"/>
            <w:shd w:val="clear" w:color="auto" w:fill="17365D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5AAED56F" w14:textId="77777777" w:rsidR="00D84BBF" w:rsidRPr="009D541C" w:rsidRDefault="0000000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9D541C">
              <w:rPr>
                <w:b/>
                <w:color w:val="FFFFFF"/>
                <w:sz w:val="24"/>
                <w:szCs w:val="24"/>
              </w:rPr>
              <w:t>No.</w:t>
            </w:r>
          </w:p>
        </w:tc>
        <w:tc>
          <w:tcPr>
            <w:tcW w:w="3827" w:type="dxa"/>
            <w:shd w:val="clear" w:color="auto" w:fill="17365D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003ED915" w14:textId="77777777" w:rsidR="00D84BBF" w:rsidRPr="009D541C" w:rsidRDefault="0000000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9D541C">
              <w:rPr>
                <w:b/>
                <w:color w:val="FFFFFF"/>
                <w:sz w:val="24"/>
                <w:szCs w:val="24"/>
              </w:rPr>
              <w:t>Observable behaviour</w:t>
            </w:r>
          </w:p>
        </w:tc>
        <w:tc>
          <w:tcPr>
            <w:tcW w:w="993" w:type="dxa"/>
            <w:shd w:val="clear" w:color="auto" w:fill="17365D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061ABD05" w14:textId="77777777" w:rsidR="00D84BBF" w:rsidRPr="009D541C" w:rsidRDefault="0000000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9D541C">
              <w:rPr>
                <w:b/>
                <w:color w:val="FFFFFF"/>
                <w:sz w:val="24"/>
                <w:szCs w:val="24"/>
              </w:rPr>
              <w:t>Rating</w:t>
            </w:r>
            <w:r w:rsidRPr="009D541C">
              <w:rPr>
                <w:b/>
                <w:color w:val="FFFFFF"/>
                <w:sz w:val="24"/>
                <w:szCs w:val="24"/>
              </w:rPr>
              <w:br/>
              <w:t>1–5</w:t>
            </w:r>
          </w:p>
        </w:tc>
        <w:tc>
          <w:tcPr>
            <w:tcW w:w="4411" w:type="dxa"/>
            <w:shd w:val="clear" w:color="auto" w:fill="17365D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4AD219BF" w14:textId="77777777" w:rsidR="00D84BBF" w:rsidRPr="009D541C" w:rsidRDefault="0000000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9D541C">
              <w:rPr>
                <w:b/>
                <w:color w:val="FFFFFF"/>
                <w:sz w:val="24"/>
                <w:szCs w:val="24"/>
              </w:rPr>
              <w:t>Evidence or example</w:t>
            </w:r>
          </w:p>
        </w:tc>
      </w:tr>
      <w:tr w:rsidR="00D84BBF" w:rsidRPr="009D541C" w14:paraId="782DF62D" w14:textId="77777777" w:rsidTr="009D541C">
        <w:trPr>
          <w:jc w:val="center"/>
        </w:trPr>
        <w:tc>
          <w:tcPr>
            <w:tcW w:w="70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3726FB5" w14:textId="77777777" w:rsidR="00D84BBF" w:rsidRPr="009D541C" w:rsidRDefault="00000000">
            <w:pPr>
              <w:spacing w:after="0" w:line="240" w:lineRule="auto"/>
              <w:jc w:val="center"/>
              <w:rPr>
                <w:sz w:val="22"/>
              </w:rPr>
            </w:pPr>
            <w:r w:rsidRPr="009D541C">
              <w:rPr>
                <w:sz w:val="22"/>
              </w:rPr>
              <w:t>1</w:t>
            </w:r>
          </w:p>
        </w:tc>
        <w:tc>
          <w:tcPr>
            <w:tcW w:w="382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834336A" w14:textId="77777777" w:rsidR="00D84BBF" w:rsidRPr="009D541C" w:rsidRDefault="00000000">
            <w:pPr>
              <w:spacing w:after="0" w:line="240" w:lineRule="auto"/>
              <w:rPr>
                <w:sz w:val="22"/>
              </w:rPr>
            </w:pPr>
            <w:r w:rsidRPr="009D541C">
              <w:rPr>
                <w:sz w:val="22"/>
              </w:rPr>
              <w:t>I turn priorities into clear actions, responsibilities, deadlines, and measures.</w:t>
            </w:r>
          </w:p>
        </w:tc>
        <w:tc>
          <w:tcPr>
            <w:tcW w:w="99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5A56059" w14:textId="77777777" w:rsidR="00D84BBF" w:rsidRPr="009D541C" w:rsidRDefault="00D84BBF">
            <w:pPr>
              <w:spacing w:after="0" w:line="240" w:lineRule="auto"/>
              <w:rPr>
                <w:sz w:val="22"/>
              </w:rPr>
            </w:pPr>
          </w:p>
        </w:tc>
        <w:tc>
          <w:tcPr>
            <w:tcW w:w="441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46DED1B" w14:textId="77777777" w:rsidR="00D84BBF" w:rsidRPr="009D541C" w:rsidRDefault="00D84BBF">
            <w:pPr>
              <w:spacing w:after="0" w:line="240" w:lineRule="auto"/>
              <w:rPr>
                <w:sz w:val="22"/>
              </w:rPr>
            </w:pPr>
          </w:p>
        </w:tc>
      </w:tr>
      <w:tr w:rsidR="00D84BBF" w:rsidRPr="009D541C" w14:paraId="2FEF6476" w14:textId="77777777" w:rsidTr="009D541C">
        <w:trPr>
          <w:jc w:val="center"/>
        </w:trPr>
        <w:tc>
          <w:tcPr>
            <w:tcW w:w="704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64A2698" w14:textId="77777777" w:rsidR="00D84BBF" w:rsidRPr="009D541C" w:rsidRDefault="00000000">
            <w:pPr>
              <w:spacing w:after="0" w:line="240" w:lineRule="auto"/>
              <w:jc w:val="center"/>
              <w:rPr>
                <w:sz w:val="22"/>
              </w:rPr>
            </w:pPr>
            <w:r w:rsidRPr="009D541C">
              <w:rPr>
                <w:sz w:val="22"/>
              </w:rPr>
              <w:t>2</w:t>
            </w:r>
          </w:p>
        </w:tc>
        <w:tc>
          <w:tcPr>
            <w:tcW w:w="3827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5B74DA4" w14:textId="77777777" w:rsidR="00D84BBF" w:rsidRPr="009D541C" w:rsidRDefault="00000000">
            <w:pPr>
              <w:spacing w:after="0" w:line="240" w:lineRule="auto"/>
              <w:rPr>
                <w:sz w:val="22"/>
              </w:rPr>
            </w:pPr>
            <w:r w:rsidRPr="009D541C">
              <w:rPr>
                <w:sz w:val="22"/>
              </w:rPr>
              <w:t>I monitor progress and intervene when commitments or standards are at risk.</w:t>
            </w:r>
          </w:p>
        </w:tc>
        <w:tc>
          <w:tcPr>
            <w:tcW w:w="993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42A5DCD" w14:textId="77777777" w:rsidR="00D84BBF" w:rsidRPr="009D541C" w:rsidRDefault="00D84BBF">
            <w:pPr>
              <w:spacing w:after="0" w:line="240" w:lineRule="auto"/>
              <w:rPr>
                <w:sz w:val="22"/>
              </w:rPr>
            </w:pPr>
          </w:p>
        </w:tc>
        <w:tc>
          <w:tcPr>
            <w:tcW w:w="4411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85D576A" w14:textId="77777777" w:rsidR="00D84BBF" w:rsidRPr="009D541C" w:rsidRDefault="00D84BBF">
            <w:pPr>
              <w:spacing w:after="0" w:line="240" w:lineRule="auto"/>
              <w:rPr>
                <w:sz w:val="22"/>
              </w:rPr>
            </w:pPr>
          </w:p>
        </w:tc>
      </w:tr>
      <w:tr w:rsidR="00D84BBF" w:rsidRPr="009D541C" w14:paraId="04BF79A4" w14:textId="77777777" w:rsidTr="009D541C">
        <w:trPr>
          <w:jc w:val="center"/>
        </w:trPr>
        <w:tc>
          <w:tcPr>
            <w:tcW w:w="70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DEDCC86" w14:textId="77777777" w:rsidR="00D84BBF" w:rsidRPr="009D541C" w:rsidRDefault="00000000">
            <w:pPr>
              <w:spacing w:after="0" w:line="240" w:lineRule="auto"/>
              <w:jc w:val="center"/>
              <w:rPr>
                <w:sz w:val="22"/>
              </w:rPr>
            </w:pPr>
            <w:r w:rsidRPr="009D541C">
              <w:rPr>
                <w:sz w:val="22"/>
              </w:rPr>
              <w:t>3</w:t>
            </w:r>
          </w:p>
        </w:tc>
        <w:tc>
          <w:tcPr>
            <w:tcW w:w="382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6CBF95B" w14:textId="77777777" w:rsidR="00D84BBF" w:rsidRPr="009D541C" w:rsidRDefault="00000000">
            <w:pPr>
              <w:spacing w:after="0" w:line="240" w:lineRule="auto"/>
              <w:rPr>
                <w:sz w:val="22"/>
              </w:rPr>
            </w:pPr>
            <w:r w:rsidRPr="009D541C">
              <w:rPr>
                <w:sz w:val="22"/>
              </w:rPr>
              <w:t>I manage resources, risks, and competing demands responsibly.</w:t>
            </w:r>
          </w:p>
        </w:tc>
        <w:tc>
          <w:tcPr>
            <w:tcW w:w="99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A2A1F9C" w14:textId="77777777" w:rsidR="00D84BBF" w:rsidRPr="009D541C" w:rsidRDefault="00D84BBF">
            <w:pPr>
              <w:spacing w:after="0" w:line="240" w:lineRule="auto"/>
              <w:rPr>
                <w:sz w:val="22"/>
              </w:rPr>
            </w:pPr>
          </w:p>
        </w:tc>
        <w:tc>
          <w:tcPr>
            <w:tcW w:w="441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D0B476B" w14:textId="77777777" w:rsidR="00D84BBF" w:rsidRPr="009D541C" w:rsidRDefault="00D84BBF">
            <w:pPr>
              <w:spacing w:after="0" w:line="240" w:lineRule="auto"/>
              <w:rPr>
                <w:sz w:val="22"/>
              </w:rPr>
            </w:pPr>
          </w:p>
        </w:tc>
      </w:tr>
      <w:tr w:rsidR="00D84BBF" w:rsidRPr="009D541C" w14:paraId="4075CA85" w14:textId="77777777" w:rsidTr="009D541C">
        <w:trPr>
          <w:jc w:val="center"/>
        </w:trPr>
        <w:tc>
          <w:tcPr>
            <w:tcW w:w="704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0AA2AAC" w14:textId="77777777" w:rsidR="00D84BBF" w:rsidRPr="009D541C" w:rsidRDefault="00000000">
            <w:pPr>
              <w:spacing w:after="0" w:line="240" w:lineRule="auto"/>
              <w:jc w:val="center"/>
              <w:rPr>
                <w:sz w:val="22"/>
              </w:rPr>
            </w:pPr>
            <w:r w:rsidRPr="009D541C">
              <w:rPr>
                <w:sz w:val="22"/>
              </w:rPr>
              <w:t>4</w:t>
            </w:r>
          </w:p>
        </w:tc>
        <w:tc>
          <w:tcPr>
            <w:tcW w:w="3827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B33D4C3" w14:textId="77777777" w:rsidR="00D84BBF" w:rsidRPr="009D541C" w:rsidRDefault="00000000">
            <w:pPr>
              <w:spacing w:after="0" w:line="240" w:lineRule="auto"/>
              <w:rPr>
                <w:sz w:val="22"/>
              </w:rPr>
            </w:pPr>
            <w:r w:rsidRPr="009D541C">
              <w:rPr>
                <w:sz w:val="22"/>
              </w:rPr>
              <w:t>I follow through on commitments and take responsibility for results.</w:t>
            </w:r>
          </w:p>
        </w:tc>
        <w:tc>
          <w:tcPr>
            <w:tcW w:w="993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E76133B" w14:textId="77777777" w:rsidR="00D84BBF" w:rsidRPr="009D541C" w:rsidRDefault="00D84BBF">
            <w:pPr>
              <w:spacing w:after="0" w:line="240" w:lineRule="auto"/>
              <w:rPr>
                <w:sz w:val="22"/>
              </w:rPr>
            </w:pPr>
          </w:p>
        </w:tc>
        <w:tc>
          <w:tcPr>
            <w:tcW w:w="4411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2CCA8D5" w14:textId="77777777" w:rsidR="00D84BBF" w:rsidRPr="009D541C" w:rsidRDefault="00D84BBF">
            <w:pPr>
              <w:spacing w:after="0" w:line="240" w:lineRule="auto"/>
              <w:rPr>
                <w:sz w:val="22"/>
              </w:rPr>
            </w:pPr>
          </w:p>
        </w:tc>
      </w:tr>
    </w:tbl>
    <w:p w14:paraId="01E733AD" w14:textId="77777777" w:rsidR="00D84BBF" w:rsidRPr="009D541C" w:rsidRDefault="00D84BBF">
      <w:pPr>
        <w:spacing w:after="0"/>
        <w:rPr>
          <w:sz w:val="24"/>
          <w:szCs w:val="24"/>
        </w:rPr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32"/>
        <w:gridCol w:w="7703"/>
      </w:tblGrid>
      <w:tr w:rsidR="00D84BBF" w:rsidRPr="009D541C" w14:paraId="3A742F23" w14:textId="77777777">
        <w:trPr>
          <w:jc w:val="center"/>
        </w:trPr>
        <w:tc>
          <w:tcPr>
            <w:tcW w:w="2232" w:type="dxa"/>
            <w:shd w:val="clear" w:color="auto" w:fill="EAF2F8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1DB621C8" w14:textId="77777777" w:rsidR="00D84BBF" w:rsidRPr="009D541C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9D541C">
              <w:rPr>
                <w:b/>
                <w:color w:val="17365D"/>
                <w:sz w:val="24"/>
                <w:szCs w:val="24"/>
              </w:rPr>
              <w:t>Competency score</w:t>
            </w:r>
          </w:p>
        </w:tc>
        <w:tc>
          <w:tcPr>
            <w:tcW w:w="7703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6F3AB665" w14:textId="77777777" w:rsidR="00D84BBF" w:rsidRPr="009D541C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9D541C">
              <w:rPr>
                <w:sz w:val="24"/>
                <w:szCs w:val="24"/>
              </w:rPr>
              <w:t>Total ____ / 20     Average ____ / 5</w:t>
            </w:r>
          </w:p>
        </w:tc>
      </w:tr>
      <w:tr w:rsidR="00D84BBF" w:rsidRPr="009D541C" w14:paraId="54CAFBCC" w14:textId="77777777">
        <w:trPr>
          <w:jc w:val="center"/>
        </w:trPr>
        <w:tc>
          <w:tcPr>
            <w:tcW w:w="2232" w:type="dxa"/>
            <w:shd w:val="clear" w:color="auto" w:fill="EAF2F8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164121AB" w14:textId="512063BA" w:rsidR="00D84BBF" w:rsidRPr="009D541C" w:rsidRDefault="00D4204F">
            <w:pPr>
              <w:spacing w:after="0" w:line="240" w:lineRule="auto"/>
              <w:rPr>
                <w:sz w:val="24"/>
                <w:szCs w:val="24"/>
              </w:rPr>
            </w:pPr>
            <w:r w:rsidRPr="009D541C">
              <w:rPr>
                <w:b/>
                <w:color w:val="17365D"/>
                <w:sz w:val="24"/>
                <w:szCs w:val="24"/>
              </w:rPr>
              <w:t>Evidence and confidence</w:t>
            </w:r>
          </w:p>
        </w:tc>
        <w:tc>
          <w:tcPr>
            <w:tcW w:w="7703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5BB54954" w14:textId="77777777" w:rsidR="00D84BBF" w:rsidRPr="009D541C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9D541C">
              <w:rPr>
                <w:sz w:val="24"/>
                <w:szCs w:val="24"/>
              </w:rPr>
              <w:t>☐ Strong   ☐ Some   ☐ Limited</w:t>
            </w:r>
          </w:p>
        </w:tc>
      </w:tr>
    </w:tbl>
    <w:p w14:paraId="0A2AAA9D" w14:textId="77777777" w:rsidR="00D84BBF" w:rsidRDefault="00D84BBF">
      <w:pPr>
        <w:spacing w:after="0"/>
      </w:pPr>
    </w:p>
    <w:p w14:paraId="21DFF2EC" w14:textId="77777777" w:rsidR="00D84BBF" w:rsidRDefault="00000000">
      <w:pPr>
        <w:pStyle w:val="Heading1"/>
      </w:pPr>
      <w:r>
        <w:t>6. Adaptation and Learning</w:t>
      </w:r>
    </w:p>
    <w:p w14:paraId="27770FD1" w14:textId="77777777" w:rsidR="00D84BBF" w:rsidRPr="009D541C" w:rsidRDefault="00000000">
      <w:pPr>
        <w:rPr>
          <w:sz w:val="24"/>
          <w:szCs w:val="24"/>
        </w:rPr>
      </w:pPr>
      <w:r w:rsidRPr="009D541C">
        <w:rPr>
          <w:sz w:val="24"/>
          <w:szCs w:val="24"/>
        </w:rPr>
        <w:t>Assesses how you respond to change, feedback, setbacks, and opportunities to improve.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3827"/>
        <w:gridCol w:w="993"/>
        <w:gridCol w:w="4411"/>
      </w:tblGrid>
      <w:tr w:rsidR="00D84BBF" w:rsidRPr="009D541C" w14:paraId="018C0D46" w14:textId="77777777" w:rsidTr="009D541C">
        <w:trPr>
          <w:tblHeader/>
          <w:jc w:val="center"/>
        </w:trPr>
        <w:tc>
          <w:tcPr>
            <w:tcW w:w="704" w:type="dxa"/>
            <w:shd w:val="clear" w:color="auto" w:fill="17365D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1DA694BA" w14:textId="77777777" w:rsidR="00D84BBF" w:rsidRPr="009D541C" w:rsidRDefault="0000000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9D541C">
              <w:rPr>
                <w:b/>
                <w:color w:val="FFFFFF"/>
                <w:sz w:val="24"/>
                <w:szCs w:val="24"/>
              </w:rPr>
              <w:t>No.</w:t>
            </w:r>
          </w:p>
        </w:tc>
        <w:tc>
          <w:tcPr>
            <w:tcW w:w="3827" w:type="dxa"/>
            <w:shd w:val="clear" w:color="auto" w:fill="17365D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1AA46835" w14:textId="77777777" w:rsidR="00D84BBF" w:rsidRPr="009D541C" w:rsidRDefault="0000000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9D541C">
              <w:rPr>
                <w:b/>
                <w:color w:val="FFFFFF"/>
                <w:sz w:val="24"/>
                <w:szCs w:val="24"/>
              </w:rPr>
              <w:t>Observable behaviour</w:t>
            </w:r>
          </w:p>
        </w:tc>
        <w:tc>
          <w:tcPr>
            <w:tcW w:w="993" w:type="dxa"/>
            <w:shd w:val="clear" w:color="auto" w:fill="17365D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303E7B6B" w14:textId="77777777" w:rsidR="00D84BBF" w:rsidRPr="009D541C" w:rsidRDefault="0000000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9D541C">
              <w:rPr>
                <w:b/>
                <w:color w:val="FFFFFF"/>
                <w:sz w:val="24"/>
                <w:szCs w:val="24"/>
              </w:rPr>
              <w:t>Rating</w:t>
            </w:r>
            <w:r w:rsidRPr="009D541C">
              <w:rPr>
                <w:b/>
                <w:color w:val="FFFFFF"/>
                <w:sz w:val="24"/>
                <w:szCs w:val="24"/>
              </w:rPr>
              <w:br/>
              <w:t>1–5</w:t>
            </w:r>
          </w:p>
        </w:tc>
        <w:tc>
          <w:tcPr>
            <w:tcW w:w="4411" w:type="dxa"/>
            <w:shd w:val="clear" w:color="auto" w:fill="17365D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68117A41" w14:textId="77777777" w:rsidR="00D84BBF" w:rsidRPr="009D541C" w:rsidRDefault="0000000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9D541C">
              <w:rPr>
                <w:b/>
                <w:color w:val="FFFFFF"/>
                <w:sz w:val="24"/>
                <w:szCs w:val="24"/>
              </w:rPr>
              <w:t>Evidence or example</w:t>
            </w:r>
          </w:p>
        </w:tc>
      </w:tr>
      <w:tr w:rsidR="00D84BBF" w:rsidRPr="009D541C" w14:paraId="1FBF4FBB" w14:textId="77777777" w:rsidTr="009D541C">
        <w:trPr>
          <w:jc w:val="center"/>
        </w:trPr>
        <w:tc>
          <w:tcPr>
            <w:tcW w:w="70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4E5DAFE" w14:textId="77777777" w:rsidR="00D84BBF" w:rsidRPr="009D541C" w:rsidRDefault="00000000">
            <w:pPr>
              <w:spacing w:after="0" w:line="240" w:lineRule="auto"/>
              <w:jc w:val="center"/>
              <w:rPr>
                <w:sz w:val="22"/>
              </w:rPr>
            </w:pPr>
            <w:r w:rsidRPr="009D541C">
              <w:rPr>
                <w:sz w:val="22"/>
              </w:rPr>
              <w:t>1</w:t>
            </w:r>
          </w:p>
        </w:tc>
        <w:tc>
          <w:tcPr>
            <w:tcW w:w="382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10F34B1" w14:textId="77777777" w:rsidR="00D84BBF" w:rsidRPr="009D541C" w:rsidRDefault="00000000">
            <w:pPr>
              <w:spacing w:after="0" w:line="240" w:lineRule="auto"/>
              <w:rPr>
                <w:sz w:val="22"/>
              </w:rPr>
            </w:pPr>
            <w:r w:rsidRPr="009D541C">
              <w:rPr>
                <w:sz w:val="22"/>
              </w:rPr>
              <w:t>I reflect on my leadership and actively seek useful feedback.</w:t>
            </w:r>
          </w:p>
        </w:tc>
        <w:tc>
          <w:tcPr>
            <w:tcW w:w="99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F653767" w14:textId="77777777" w:rsidR="00D84BBF" w:rsidRPr="009D541C" w:rsidRDefault="00D84BBF">
            <w:pPr>
              <w:spacing w:after="0" w:line="240" w:lineRule="auto"/>
              <w:rPr>
                <w:sz w:val="22"/>
              </w:rPr>
            </w:pPr>
          </w:p>
        </w:tc>
        <w:tc>
          <w:tcPr>
            <w:tcW w:w="441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90B40BC" w14:textId="77777777" w:rsidR="00D84BBF" w:rsidRPr="009D541C" w:rsidRDefault="00D84BBF">
            <w:pPr>
              <w:spacing w:after="0" w:line="240" w:lineRule="auto"/>
              <w:rPr>
                <w:sz w:val="22"/>
              </w:rPr>
            </w:pPr>
          </w:p>
        </w:tc>
      </w:tr>
      <w:tr w:rsidR="00D84BBF" w:rsidRPr="009D541C" w14:paraId="7ADD0B81" w14:textId="77777777" w:rsidTr="009D541C">
        <w:trPr>
          <w:jc w:val="center"/>
        </w:trPr>
        <w:tc>
          <w:tcPr>
            <w:tcW w:w="704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9626DD6" w14:textId="77777777" w:rsidR="00D84BBF" w:rsidRPr="009D541C" w:rsidRDefault="00000000">
            <w:pPr>
              <w:spacing w:after="0" w:line="240" w:lineRule="auto"/>
              <w:jc w:val="center"/>
              <w:rPr>
                <w:sz w:val="22"/>
              </w:rPr>
            </w:pPr>
            <w:r w:rsidRPr="009D541C">
              <w:rPr>
                <w:sz w:val="22"/>
              </w:rPr>
              <w:t>2</w:t>
            </w:r>
          </w:p>
        </w:tc>
        <w:tc>
          <w:tcPr>
            <w:tcW w:w="3827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01C675D" w14:textId="77777777" w:rsidR="00D84BBF" w:rsidRPr="009D541C" w:rsidRDefault="00000000">
            <w:pPr>
              <w:spacing w:after="0" w:line="240" w:lineRule="auto"/>
              <w:rPr>
                <w:sz w:val="22"/>
              </w:rPr>
            </w:pPr>
            <w:r w:rsidRPr="009D541C">
              <w:rPr>
                <w:sz w:val="22"/>
              </w:rPr>
              <w:t>I adjust plans and behaviour when evidence shows that change is needed.</w:t>
            </w:r>
          </w:p>
        </w:tc>
        <w:tc>
          <w:tcPr>
            <w:tcW w:w="993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CB60C3C" w14:textId="77777777" w:rsidR="00D84BBF" w:rsidRPr="009D541C" w:rsidRDefault="00D84BBF">
            <w:pPr>
              <w:spacing w:after="0" w:line="240" w:lineRule="auto"/>
              <w:rPr>
                <w:sz w:val="22"/>
              </w:rPr>
            </w:pPr>
          </w:p>
        </w:tc>
        <w:tc>
          <w:tcPr>
            <w:tcW w:w="4411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F005580" w14:textId="77777777" w:rsidR="00D84BBF" w:rsidRPr="009D541C" w:rsidRDefault="00D84BBF">
            <w:pPr>
              <w:spacing w:after="0" w:line="240" w:lineRule="auto"/>
              <w:rPr>
                <w:sz w:val="22"/>
              </w:rPr>
            </w:pPr>
          </w:p>
        </w:tc>
      </w:tr>
      <w:tr w:rsidR="00D84BBF" w:rsidRPr="009D541C" w14:paraId="07723376" w14:textId="77777777" w:rsidTr="009D541C">
        <w:trPr>
          <w:jc w:val="center"/>
        </w:trPr>
        <w:tc>
          <w:tcPr>
            <w:tcW w:w="70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D0F4562" w14:textId="77777777" w:rsidR="00D84BBF" w:rsidRPr="009D541C" w:rsidRDefault="00000000">
            <w:pPr>
              <w:spacing w:after="0" w:line="240" w:lineRule="auto"/>
              <w:jc w:val="center"/>
              <w:rPr>
                <w:sz w:val="22"/>
              </w:rPr>
            </w:pPr>
            <w:r w:rsidRPr="009D541C">
              <w:rPr>
                <w:sz w:val="22"/>
              </w:rPr>
              <w:t>3</w:t>
            </w:r>
          </w:p>
        </w:tc>
        <w:tc>
          <w:tcPr>
            <w:tcW w:w="382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DE57B46" w14:textId="77777777" w:rsidR="00D84BBF" w:rsidRPr="009D541C" w:rsidRDefault="00000000">
            <w:pPr>
              <w:spacing w:after="0" w:line="240" w:lineRule="auto"/>
              <w:rPr>
                <w:sz w:val="22"/>
              </w:rPr>
            </w:pPr>
            <w:r w:rsidRPr="009D541C">
              <w:rPr>
                <w:sz w:val="22"/>
              </w:rPr>
              <w:t>I encourage practical improvement and responsible experimentation.</w:t>
            </w:r>
          </w:p>
        </w:tc>
        <w:tc>
          <w:tcPr>
            <w:tcW w:w="99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7B6E887" w14:textId="77777777" w:rsidR="00D84BBF" w:rsidRPr="009D541C" w:rsidRDefault="00D84BBF">
            <w:pPr>
              <w:spacing w:after="0" w:line="240" w:lineRule="auto"/>
              <w:rPr>
                <w:sz w:val="22"/>
              </w:rPr>
            </w:pPr>
          </w:p>
        </w:tc>
        <w:tc>
          <w:tcPr>
            <w:tcW w:w="441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F032A15" w14:textId="77777777" w:rsidR="00D84BBF" w:rsidRPr="009D541C" w:rsidRDefault="00D84BBF">
            <w:pPr>
              <w:spacing w:after="0" w:line="240" w:lineRule="auto"/>
              <w:rPr>
                <w:sz w:val="22"/>
              </w:rPr>
            </w:pPr>
          </w:p>
        </w:tc>
      </w:tr>
      <w:tr w:rsidR="00D84BBF" w:rsidRPr="009D541C" w14:paraId="3F13D198" w14:textId="77777777" w:rsidTr="009D541C">
        <w:trPr>
          <w:jc w:val="center"/>
        </w:trPr>
        <w:tc>
          <w:tcPr>
            <w:tcW w:w="704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32CE273" w14:textId="77777777" w:rsidR="00D84BBF" w:rsidRPr="009D541C" w:rsidRDefault="00000000">
            <w:pPr>
              <w:spacing w:after="0" w:line="240" w:lineRule="auto"/>
              <w:jc w:val="center"/>
              <w:rPr>
                <w:sz w:val="22"/>
              </w:rPr>
            </w:pPr>
            <w:r w:rsidRPr="009D541C">
              <w:rPr>
                <w:sz w:val="22"/>
              </w:rPr>
              <w:t>4</w:t>
            </w:r>
          </w:p>
        </w:tc>
        <w:tc>
          <w:tcPr>
            <w:tcW w:w="3827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BF8328A" w14:textId="77777777" w:rsidR="00D84BBF" w:rsidRPr="009D541C" w:rsidRDefault="00000000">
            <w:pPr>
              <w:spacing w:after="0" w:line="240" w:lineRule="auto"/>
              <w:rPr>
                <w:sz w:val="22"/>
              </w:rPr>
            </w:pPr>
            <w:r w:rsidRPr="009D541C">
              <w:rPr>
                <w:sz w:val="22"/>
              </w:rPr>
              <w:t>I remain constructive under pressure and help others learn from setbacks.</w:t>
            </w:r>
          </w:p>
        </w:tc>
        <w:tc>
          <w:tcPr>
            <w:tcW w:w="993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BB7AD06" w14:textId="77777777" w:rsidR="00D84BBF" w:rsidRPr="009D541C" w:rsidRDefault="00D84BBF">
            <w:pPr>
              <w:spacing w:after="0" w:line="240" w:lineRule="auto"/>
              <w:rPr>
                <w:sz w:val="22"/>
              </w:rPr>
            </w:pPr>
          </w:p>
        </w:tc>
        <w:tc>
          <w:tcPr>
            <w:tcW w:w="4411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075B7AB" w14:textId="77777777" w:rsidR="00D84BBF" w:rsidRPr="009D541C" w:rsidRDefault="00D84BBF">
            <w:pPr>
              <w:spacing w:after="0" w:line="240" w:lineRule="auto"/>
              <w:rPr>
                <w:sz w:val="22"/>
              </w:rPr>
            </w:pPr>
          </w:p>
        </w:tc>
      </w:tr>
    </w:tbl>
    <w:p w14:paraId="765C9014" w14:textId="77777777" w:rsidR="00D84BBF" w:rsidRPr="009D541C" w:rsidRDefault="00D84BBF">
      <w:pPr>
        <w:spacing w:after="0"/>
        <w:rPr>
          <w:sz w:val="24"/>
          <w:szCs w:val="24"/>
        </w:rPr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32"/>
        <w:gridCol w:w="7703"/>
      </w:tblGrid>
      <w:tr w:rsidR="00D84BBF" w:rsidRPr="009D541C" w14:paraId="007C3863" w14:textId="77777777">
        <w:trPr>
          <w:jc w:val="center"/>
        </w:trPr>
        <w:tc>
          <w:tcPr>
            <w:tcW w:w="2232" w:type="dxa"/>
            <w:shd w:val="clear" w:color="auto" w:fill="EAF2F8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58104F18" w14:textId="77777777" w:rsidR="00D84BBF" w:rsidRPr="009D541C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9D541C">
              <w:rPr>
                <w:b/>
                <w:color w:val="17365D"/>
                <w:sz w:val="24"/>
                <w:szCs w:val="24"/>
              </w:rPr>
              <w:t>Competency score</w:t>
            </w:r>
          </w:p>
        </w:tc>
        <w:tc>
          <w:tcPr>
            <w:tcW w:w="7703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04B72111" w14:textId="77777777" w:rsidR="00D84BBF" w:rsidRPr="009D541C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9D541C">
              <w:rPr>
                <w:sz w:val="24"/>
                <w:szCs w:val="24"/>
              </w:rPr>
              <w:t>Total ____ / 20     Average ____ / 5</w:t>
            </w:r>
          </w:p>
        </w:tc>
      </w:tr>
      <w:tr w:rsidR="00D84BBF" w:rsidRPr="009D541C" w14:paraId="7DA412C4" w14:textId="77777777">
        <w:trPr>
          <w:jc w:val="center"/>
        </w:trPr>
        <w:tc>
          <w:tcPr>
            <w:tcW w:w="2232" w:type="dxa"/>
            <w:shd w:val="clear" w:color="auto" w:fill="EAF2F8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388BCBB6" w14:textId="196AEF74" w:rsidR="00D84BBF" w:rsidRPr="009D541C" w:rsidRDefault="00D4204F">
            <w:pPr>
              <w:spacing w:after="0" w:line="240" w:lineRule="auto"/>
              <w:rPr>
                <w:sz w:val="24"/>
                <w:szCs w:val="24"/>
              </w:rPr>
            </w:pPr>
            <w:r w:rsidRPr="009D541C">
              <w:rPr>
                <w:b/>
                <w:color w:val="17365D"/>
                <w:sz w:val="24"/>
                <w:szCs w:val="24"/>
              </w:rPr>
              <w:t>Evidence and confidence</w:t>
            </w:r>
          </w:p>
        </w:tc>
        <w:tc>
          <w:tcPr>
            <w:tcW w:w="7703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6612E33A" w14:textId="77777777" w:rsidR="00D84BBF" w:rsidRPr="009D541C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9D541C">
              <w:rPr>
                <w:sz w:val="24"/>
                <w:szCs w:val="24"/>
              </w:rPr>
              <w:t>☐ Strong   ☐ Some   ☐ Limited</w:t>
            </w:r>
          </w:p>
        </w:tc>
      </w:tr>
    </w:tbl>
    <w:p w14:paraId="1A70DC38" w14:textId="77777777" w:rsidR="00D84BBF" w:rsidRDefault="00D84BBF">
      <w:pPr>
        <w:spacing w:after="0"/>
      </w:pPr>
    </w:p>
    <w:p w14:paraId="76BD2349" w14:textId="77777777" w:rsidR="00D84BBF" w:rsidRDefault="00000000">
      <w:r>
        <w:br w:type="page"/>
      </w:r>
    </w:p>
    <w:p w14:paraId="50FFAAA5" w14:textId="77777777" w:rsidR="00D84BBF" w:rsidRDefault="00000000">
      <w:pPr>
        <w:pStyle w:val="Heading1"/>
      </w:pPr>
      <w:r>
        <w:lastRenderedPageBreak/>
        <w:t>D. Leadership Capability Summary</w:t>
      </w:r>
    </w:p>
    <w:p w14:paraId="7B4250FB" w14:textId="77777777" w:rsidR="00D84BBF" w:rsidRDefault="00000000">
      <w:pPr>
        <w:rPr>
          <w:rFonts w:cs="Arial"/>
          <w:sz w:val="24"/>
          <w:szCs w:val="24"/>
        </w:rPr>
      </w:pPr>
      <w:r w:rsidRPr="005F6256">
        <w:rPr>
          <w:rFonts w:cs="Arial"/>
          <w:sz w:val="24"/>
          <w:szCs w:val="24"/>
        </w:rPr>
        <w:t>Transfer the six competency results below. Scores help comparison, but your evidence and role requirements determine what the results mean.</w:t>
      </w:r>
    </w:p>
    <w:p w14:paraId="48A8E201" w14:textId="77777777" w:rsidR="005F6256" w:rsidRPr="005F6256" w:rsidRDefault="005F6256">
      <w:pPr>
        <w:rPr>
          <w:rFonts w:cs="Arial"/>
          <w:sz w:val="24"/>
          <w:szCs w:val="24"/>
        </w:rPr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964"/>
        <w:gridCol w:w="1276"/>
        <w:gridCol w:w="2835"/>
        <w:gridCol w:w="1860"/>
      </w:tblGrid>
      <w:tr w:rsidR="00D84BBF" w:rsidRPr="005F6256" w14:paraId="33C1E54C" w14:textId="77777777" w:rsidTr="005F6256">
        <w:trPr>
          <w:tblHeader/>
          <w:jc w:val="center"/>
        </w:trPr>
        <w:tc>
          <w:tcPr>
            <w:tcW w:w="3964" w:type="dxa"/>
            <w:shd w:val="clear" w:color="auto" w:fill="17365D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3A29B39B" w14:textId="77777777" w:rsidR="00D84BBF" w:rsidRPr="005F6256" w:rsidRDefault="00000000">
            <w:pPr>
              <w:spacing w:after="0"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5F6256">
              <w:rPr>
                <w:rFonts w:cs="Arial"/>
                <w:b/>
                <w:color w:val="FFFFFF"/>
                <w:sz w:val="24"/>
                <w:szCs w:val="24"/>
              </w:rPr>
              <w:t>Competency</w:t>
            </w:r>
          </w:p>
        </w:tc>
        <w:tc>
          <w:tcPr>
            <w:tcW w:w="1276" w:type="dxa"/>
            <w:shd w:val="clear" w:color="auto" w:fill="17365D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6CDC160D" w14:textId="77777777" w:rsidR="00D84BBF" w:rsidRPr="005F6256" w:rsidRDefault="00000000">
            <w:pPr>
              <w:spacing w:after="0"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5F6256">
              <w:rPr>
                <w:rFonts w:cs="Arial"/>
                <w:b/>
                <w:color w:val="FFFFFF"/>
                <w:sz w:val="24"/>
                <w:szCs w:val="24"/>
              </w:rPr>
              <w:t>Average</w:t>
            </w:r>
            <w:r w:rsidRPr="005F6256">
              <w:rPr>
                <w:rFonts w:cs="Arial"/>
                <w:b/>
                <w:color w:val="FFFFFF"/>
                <w:sz w:val="24"/>
                <w:szCs w:val="24"/>
              </w:rPr>
              <w:br/>
              <w:t>1–5</w:t>
            </w:r>
          </w:p>
        </w:tc>
        <w:tc>
          <w:tcPr>
            <w:tcW w:w="2835" w:type="dxa"/>
            <w:shd w:val="clear" w:color="auto" w:fill="17365D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5246DB45" w14:textId="77777777" w:rsidR="00D84BBF" w:rsidRPr="005F6256" w:rsidRDefault="00000000">
            <w:pPr>
              <w:spacing w:after="0"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5F6256">
              <w:rPr>
                <w:rFonts w:cs="Arial"/>
                <w:b/>
                <w:color w:val="FFFFFF"/>
                <w:sz w:val="24"/>
                <w:szCs w:val="24"/>
              </w:rPr>
              <w:t>Evidence</w:t>
            </w:r>
            <w:r w:rsidRPr="005F6256">
              <w:rPr>
                <w:rFonts w:cs="Arial"/>
                <w:b/>
                <w:color w:val="FFFFFF"/>
                <w:sz w:val="24"/>
                <w:szCs w:val="24"/>
              </w:rPr>
              <w:br/>
              <w:t>Strong / Some / Limited</w:t>
            </w:r>
          </w:p>
        </w:tc>
        <w:tc>
          <w:tcPr>
            <w:tcW w:w="1860" w:type="dxa"/>
            <w:shd w:val="clear" w:color="auto" w:fill="17365D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0356CB4C" w14:textId="77777777" w:rsidR="00D84BBF" w:rsidRPr="005F6256" w:rsidRDefault="00000000">
            <w:pPr>
              <w:spacing w:after="0"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5F6256">
              <w:rPr>
                <w:rFonts w:cs="Arial"/>
                <w:b/>
                <w:color w:val="FFFFFF"/>
                <w:sz w:val="24"/>
                <w:szCs w:val="24"/>
              </w:rPr>
              <w:t>Importance to my role</w:t>
            </w:r>
            <w:r w:rsidRPr="005F6256">
              <w:rPr>
                <w:rFonts w:cs="Arial"/>
                <w:b/>
                <w:color w:val="FFFFFF"/>
                <w:sz w:val="24"/>
                <w:szCs w:val="24"/>
              </w:rPr>
              <w:br/>
              <w:t>High / Medium / Low</w:t>
            </w:r>
          </w:p>
        </w:tc>
      </w:tr>
      <w:tr w:rsidR="00D84BBF" w:rsidRPr="005F6256" w14:paraId="23125D62" w14:textId="77777777" w:rsidTr="005F6256">
        <w:trPr>
          <w:jc w:val="center"/>
        </w:trPr>
        <w:tc>
          <w:tcPr>
            <w:tcW w:w="396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086616A" w14:textId="77777777" w:rsidR="00D84BBF" w:rsidRPr="005F6256" w:rsidRDefault="00000000" w:rsidP="005F6256">
            <w:pPr>
              <w:spacing w:after="0" w:line="240" w:lineRule="auto"/>
              <w:rPr>
                <w:rFonts w:cs="Arial"/>
                <w:sz w:val="24"/>
                <w:szCs w:val="24"/>
              </w:rPr>
            </w:pPr>
            <w:r w:rsidRPr="005F6256">
              <w:rPr>
                <w:rFonts w:cs="Arial"/>
                <w:sz w:val="24"/>
                <w:szCs w:val="24"/>
              </w:rPr>
              <w:t>1. Public Purpose and Integrity</w:t>
            </w:r>
          </w:p>
        </w:tc>
        <w:tc>
          <w:tcPr>
            <w:tcW w:w="127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E53D9F4" w14:textId="77777777" w:rsidR="00D84BBF" w:rsidRPr="005F6256" w:rsidRDefault="00D84BBF">
            <w:pPr>
              <w:spacing w:after="0" w:line="24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1DD3331" w14:textId="77777777" w:rsidR="00D84BBF" w:rsidRPr="005F6256" w:rsidRDefault="00D84BBF">
            <w:pPr>
              <w:spacing w:after="0" w:line="24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18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E01B890" w14:textId="77777777" w:rsidR="00D84BBF" w:rsidRPr="005F6256" w:rsidRDefault="00D84BBF">
            <w:pPr>
              <w:spacing w:after="0" w:line="240" w:lineRule="auto"/>
              <w:rPr>
                <w:rFonts w:cs="Arial"/>
                <w:sz w:val="24"/>
                <w:szCs w:val="24"/>
              </w:rPr>
            </w:pPr>
          </w:p>
        </w:tc>
      </w:tr>
      <w:tr w:rsidR="00D84BBF" w:rsidRPr="005F6256" w14:paraId="08C375DE" w14:textId="77777777" w:rsidTr="005F6256">
        <w:trPr>
          <w:jc w:val="center"/>
        </w:trPr>
        <w:tc>
          <w:tcPr>
            <w:tcW w:w="3964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2952FD4" w14:textId="77777777" w:rsidR="00D84BBF" w:rsidRPr="005F6256" w:rsidRDefault="00000000" w:rsidP="005F6256">
            <w:pPr>
              <w:spacing w:after="0" w:line="240" w:lineRule="auto"/>
              <w:rPr>
                <w:rFonts w:cs="Arial"/>
                <w:sz w:val="24"/>
                <w:szCs w:val="24"/>
              </w:rPr>
            </w:pPr>
            <w:r w:rsidRPr="005F6256">
              <w:rPr>
                <w:rFonts w:cs="Arial"/>
                <w:sz w:val="24"/>
                <w:szCs w:val="24"/>
              </w:rPr>
              <w:t>2. Strategic Thinking and Judgement</w:t>
            </w:r>
          </w:p>
        </w:tc>
        <w:tc>
          <w:tcPr>
            <w:tcW w:w="1276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058867A" w14:textId="77777777" w:rsidR="00D84BBF" w:rsidRPr="005F6256" w:rsidRDefault="00D84BBF">
            <w:pPr>
              <w:spacing w:after="0" w:line="24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F2B9B1C" w14:textId="77777777" w:rsidR="00D84BBF" w:rsidRPr="005F6256" w:rsidRDefault="00D84BBF">
            <w:pPr>
              <w:spacing w:after="0" w:line="24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1860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6EA6222" w14:textId="77777777" w:rsidR="00D84BBF" w:rsidRPr="005F6256" w:rsidRDefault="00D84BBF">
            <w:pPr>
              <w:spacing w:after="0" w:line="240" w:lineRule="auto"/>
              <w:rPr>
                <w:rFonts w:cs="Arial"/>
                <w:sz w:val="24"/>
                <w:szCs w:val="24"/>
              </w:rPr>
            </w:pPr>
          </w:p>
        </w:tc>
      </w:tr>
      <w:tr w:rsidR="00D84BBF" w:rsidRPr="005F6256" w14:paraId="089CD841" w14:textId="77777777" w:rsidTr="005F6256">
        <w:trPr>
          <w:jc w:val="center"/>
        </w:trPr>
        <w:tc>
          <w:tcPr>
            <w:tcW w:w="396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D8D6C03" w14:textId="77777777" w:rsidR="00D84BBF" w:rsidRPr="005F6256" w:rsidRDefault="00000000" w:rsidP="005F6256">
            <w:pPr>
              <w:spacing w:after="0" w:line="240" w:lineRule="auto"/>
              <w:rPr>
                <w:rFonts w:cs="Arial"/>
                <w:sz w:val="24"/>
                <w:szCs w:val="24"/>
              </w:rPr>
            </w:pPr>
            <w:r w:rsidRPr="005F6256">
              <w:rPr>
                <w:rFonts w:cs="Arial"/>
                <w:sz w:val="24"/>
                <w:szCs w:val="24"/>
              </w:rPr>
              <w:t>3. Leading and Developing People</w:t>
            </w:r>
          </w:p>
        </w:tc>
        <w:tc>
          <w:tcPr>
            <w:tcW w:w="127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57588EE" w14:textId="77777777" w:rsidR="00D84BBF" w:rsidRPr="005F6256" w:rsidRDefault="00D84BBF">
            <w:pPr>
              <w:spacing w:after="0" w:line="24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912E422" w14:textId="77777777" w:rsidR="00D84BBF" w:rsidRPr="005F6256" w:rsidRDefault="00D84BBF">
            <w:pPr>
              <w:spacing w:after="0" w:line="24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18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4C6C5BD" w14:textId="77777777" w:rsidR="00D84BBF" w:rsidRPr="005F6256" w:rsidRDefault="00D84BBF">
            <w:pPr>
              <w:spacing w:after="0" w:line="240" w:lineRule="auto"/>
              <w:rPr>
                <w:rFonts w:cs="Arial"/>
                <w:sz w:val="24"/>
                <w:szCs w:val="24"/>
              </w:rPr>
            </w:pPr>
          </w:p>
        </w:tc>
      </w:tr>
      <w:tr w:rsidR="00D84BBF" w:rsidRPr="005F6256" w14:paraId="353F91FA" w14:textId="77777777" w:rsidTr="005F6256">
        <w:trPr>
          <w:jc w:val="center"/>
        </w:trPr>
        <w:tc>
          <w:tcPr>
            <w:tcW w:w="3964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420DB02" w14:textId="77777777" w:rsidR="00D84BBF" w:rsidRPr="005F6256" w:rsidRDefault="00000000" w:rsidP="005F6256">
            <w:pPr>
              <w:spacing w:after="0" w:line="240" w:lineRule="auto"/>
              <w:rPr>
                <w:rFonts w:cs="Arial"/>
                <w:sz w:val="24"/>
                <w:szCs w:val="24"/>
              </w:rPr>
            </w:pPr>
            <w:r w:rsidRPr="005F6256">
              <w:rPr>
                <w:rFonts w:cs="Arial"/>
                <w:sz w:val="24"/>
                <w:szCs w:val="24"/>
              </w:rPr>
              <w:t>4. Communication and Collaboration</w:t>
            </w:r>
          </w:p>
        </w:tc>
        <w:tc>
          <w:tcPr>
            <w:tcW w:w="1276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B7E8156" w14:textId="77777777" w:rsidR="00D84BBF" w:rsidRPr="005F6256" w:rsidRDefault="00D84BBF">
            <w:pPr>
              <w:spacing w:after="0" w:line="24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F34C77D" w14:textId="77777777" w:rsidR="00D84BBF" w:rsidRPr="005F6256" w:rsidRDefault="00D84BBF">
            <w:pPr>
              <w:spacing w:after="0" w:line="24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1860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6D5DB01" w14:textId="77777777" w:rsidR="00D84BBF" w:rsidRPr="005F6256" w:rsidRDefault="00D84BBF">
            <w:pPr>
              <w:spacing w:after="0" w:line="240" w:lineRule="auto"/>
              <w:rPr>
                <w:rFonts w:cs="Arial"/>
                <w:sz w:val="24"/>
                <w:szCs w:val="24"/>
              </w:rPr>
            </w:pPr>
          </w:p>
        </w:tc>
      </w:tr>
      <w:tr w:rsidR="00D84BBF" w:rsidRPr="005F6256" w14:paraId="567D63AF" w14:textId="77777777" w:rsidTr="005F6256">
        <w:trPr>
          <w:jc w:val="center"/>
        </w:trPr>
        <w:tc>
          <w:tcPr>
            <w:tcW w:w="396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2CFEAC7" w14:textId="77777777" w:rsidR="00D84BBF" w:rsidRPr="005F6256" w:rsidRDefault="00000000" w:rsidP="005F6256">
            <w:pPr>
              <w:spacing w:after="0" w:line="240" w:lineRule="auto"/>
              <w:rPr>
                <w:rFonts w:cs="Arial"/>
                <w:sz w:val="24"/>
                <w:szCs w:val="24"/>
              </w:rPr>
            </w:pPr>
            <w:r w:rsidRPr="005F6256">
              <w:rPr>
                <w:rFonts w:cs="Arial"/>
                <w:sz w:val="24"/>
                <w:szCs w:val="24"/>
              </w:rPr>
              <w:t>5. Accountability and Delivery</w:t>
            </w:r>
          </w:p>
        </w:tc>
        <w:tc>
          <w:tcPr>
            <w:tcW w:w="127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D6EAEA8" w14:textId="77777777" w:rsidR="00D84BBF" w:rsidRPr="005F6256" w:rsidRDefault="00D84BBF">
            <w:pPr>
              <w:spacing w:after="0" w:line="24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A2F3F1D" w14:textId="77777777" w:rsidR="00D84BBF" w:rsidRPr="005F6256" w:rsidRDefault="00D84BBF">
            <w:pPr>
              <w:spacing w:after="0" w:line="24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18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19544CF" w14:textId="77777777" w:rsidR="00D84BBF" w:rsidRPr="005F6256" w:rsidRDefault="00D84BBF">
            <w:pPr>
              <w:spacing w:after="0" w:line="240" w:lineRule="auto"/>
              <w:rPr>
                <w:rFonts w:cs="Arial"/>
                <w:sz w:val="24"/>
                <w:szCs w:val="24"/>
              </w:rPr>
            </w:pPr>
          </w:p>
        </w:tc>
      </w:tr>
      <w:tr w:rsidR="00D84BBF" w:rsidRPr="005F6256" w14:paraId="5E8B2F6A" w14:textId="77777777" w:rsidTr="005F6256">
        <w:trPr>
          <w:jc w:val="center"/>
        </w:trPr>
        <w:tc>
          <w:tcPr>
            <w:tcW w:w="3964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3660A0B" w14:textId="77777777" w:rsidR="00D84BBF" w:rsidRPr="005F6256" w:rsidRDefault="00000000" w:rsidP="005F6256">
            <w:pPr>
              <w:spacing w:after="0" w:line="240" w:lineRule="auto"/>
              <w:rPr>
                <w:rFonts w:cs="Arial"/>
                <w:sz w:val="24"/>
                <w:szCs w:val="24"/>
              </w:rPr>
            </w:pPr>
            <w:r w:rsidRPr="005F6256">
              <w:rPr>
                <w:rFonts w:cs="Arial"/>
                <w:sz w:val="24"/>
                <w:szCs w:val="24"/>
              </w:rPr>
              <w:t>6. Adaptation and Learning</w:t>
            </w:r>
          </w:p>
        </w:tc>
        <w:tc>
          <w:tcPr>
            <w:tcW w:w="1276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C9C024B" w14:textId="77777777" w:rsidR="00D84BBF" w:rsidRPr="005F6256" w:rsidRDefault="00D84BBF">
            <w:pPr>
              <w:spacing w:after="0" w:line="24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810B6DD" w14:textId="77777777" w:rsidR="00D84BBF" w:rsidRPr="005F6256" w:rsidRDefault="00D84BBF">
            <w:pPr>
              <w:spacing w:after="0" w:line="24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1860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443F7EE" w14:textId="77777777" w:rsidR="00D84BBF" w:rsidRPr="005F6256" w:rsidRDefault="00D84BBF">
            <w:pPr>
              <w:spacing w:after="0" w:line="240" w:lineRule="auto"/>
              <w:rPr>
                <w:rFonts w:cs="Arial"/>
                <w:sz w:val="24"/>
                <w:szCs w:val="24"/>
              </w:rPr>
            </w:pPr>
          </w:p>
        </w:tc>
      </w:tr>
    </w:tbl>
    <w:p w14:paraId="1CA6DA10" w14:textId="77777777" w:rsidR="00D84BBF" w:rsidRPr="005F6256" w:rsidRDefault="00D84BBF">
      <w:pPr>
        <w:spacing w:after="0"/>
        <w:rPr>
          <w:rFonts w:cs="Arial"/>
          <w:sz w:val="24"/>
          <w:szCs w:val="24"/>
        </w:rPr>
      </w:pPr>
    </w:p>
    <w:p w14:paraId="48086883" w14:textId="77777777" w:rsidR="00D84BBF" w:rsidRPr="005F6256" w:rsidRDefault="00000000">
      <w:pPr>
        <w:pStyle w:val="Heading2"/>
        <w:rPr>
          <w:rFonts w:ascii="Arial" w:hAnsi="Arial" w:cs="Arial"/>
          <w:sz w:val="24"/>
          <w:szCs w:val="24"/>
        </w:rPr>
      </w:pPr>
      <w:r w:rsidRPr="005F6256">
        <w:rPr>
          <w:rFonts w:ascii="Arial" w:hAnsi="Arial" w:cs="Arial"/>
          <w:sz w:val="24"/>
          <w:szCs w:val="24"/>
        </w:rPr>
        <w:t>Interpreting the profile</w:t>
      </w:r>
    </w:p>
    <w:p w14:paraId="059E351F" w14:textId="77777777" w:rsidR="00D84BBF" w:rsidRPr="005F6256" w:rsidRDefault="00000000" w:rsidP="00805C69">
      <w:pPr>
        <w:pStyle w:val="ListBullet"/>
        <w:numPr>
          <w:ilvl w:val="0"/>
          <w:numId w:val="10"/>
        </w:numPr>
        <w:spacing w:before="120" w:after="120"/>
        <w:ind w:left="918" w:hanging="357"/>
        <w:rPr>
          <w:rFonts w:cs="Arial"/>
          <w:sz w:val="24"/>
          <w:szCs w:val="24"/>
        </w:rPr>
      </w:pPr>
      <w:r w:rsidRPr="005F6256">
        <w:rPr>
          <w:rFonts w:cs="Arial"/>
          <w:sz w:val="24"/>
          <w:szCs w:val="24"/>
        </w:rPr>
        <w:t>A high score with weak evidence should be tested, not accepted automatically.</w:t>
      </w:r>
    </w:p>
    <w:p w14:paraId="21689D56" w14:textId="77777777" w:rsidR="00D84BBF" w:rsidRPr="005F6256" w:rsidRDefault="00000000" w:rsidP="00805C69">
      <w:pPr>
        <w:pStyle w:val="ListBullet"/>
        <w:numPr>
          <w:ilvl w:val="0"/>
          <w:numId w:val="10"/>
        </w:numPr>
        <w:spacing w:before="120" w:after="120"/>
        <w:ind w:left="918" w:hanging="357"/>
        <w:rPr>
          <w:rFonts w:cs="Arial"/>
          <w:sz w:val="24"/>
          <w:szCs w:val="24"/>
        </w:rPr>
      </w:pPr>
      <w:r w:rsidRPr="005F6256">
        <w:rPr>
          <w:rFonts w:cs="Arial"/>
          <w:sz w:val="24"/>
          <w:szCs w:val="24"/>
        </w:rPr>
        <w:t>A lower score in a capability that is central to your role is a development priority.</w:t>
      </w:r>
    </w:p>
    <w:p w14:paraId="4568B320" w14:textId="77777777" w:rsidR="00D84BBF" w:rsidRPr="005F6256" w:rsidRDefault="00000000" w:rsidP="00805C69">
      <w:pPr>
        <w:pStyle w:val="ListBullet"/>
        <w:numPr>
          <w:ilvl w:val="0"/>
          <w:numId w:val="10"/>
        </w:numPr>
        <w:spacing w:before="120" w:after="120"/>
        <w:ind w:left="918" w:hanging="357"/>
        <w:rPr>
          <w:rFonts w:cs="Arial"/>
          <w:sz w:val="24"/>
          <w:szCs w:val="24"/>
        </w:rPr>
      </w:pPr>
      <w:r w:rsidRPr="005F6256">
        <w:rPr>
          <w:rFonts w:cs="Arial"/>
          <w:sz w:val="24"/>
          <w:szCs w:val="24"/>
        </w:rPr>
        <w:t>Public Purpose and Integrity and Accountability and Delivery are foundational. Serious concerns in these areas require attention regardless of the overall average.</w:t>
      </w:r>
    </w:p>
    <w:p w14:paraId="5CACA605" w14:textId="77777777" w:rsidR="00D84BBF" w:rsidRPr="005F6256" w:rsidRDefault="00000000" w:rsidP="00805C69">
      <w:pPr>
        <w:pStyle w:val="ListBullet"/>
        <w:numPr>
          <w:ilvl w:val="0"/>
          <w:numId w:val="10"/>
        </w:numPr>
        <w:spacing w:before="120" w:after="120"/>
        <w:ind w:left="918" w:hanging="357"/>
        <w:rPr>
          <w:rFonts w:cs="Arial"/>
          <w:sz w:val="24"/>
          <w:szCs w:val="24"/>
        </w:rPr>
      </w:pPr>
      <w:r w:rsidRPr="005F6256">
        <w:rPr>
          <w:rFonts w:cs="Arial"/>
          <w:sz w:val="24"/>
          <w:szCs w:val="24"/>
        </w:rPr>
        <w:t>Look for patterns across competencies rather than concentrating on a single number.</w:t>
      </w:r>
    </w:p>
    <w:p w14:paraId="6669EE06" w14:textId="77777777" w:rsidR="00D84BBF" w:rsidRPr="00805C69" w:rsidRDefault="00000000">
      <w:pPr>
        <w:pStyle w:val="Heading2"/>
        <w:rPr>
          <w:rFonts w:ascii="Arial" w:hAnsi="Arial" w:cs="Arial"/>
          <w:sz w:val="24"/>
          <w:szCs w:val="24"/>
        </w:rPr>
      </w:pPr>
      <w:r w:rsidRPr="00805C69">
        <w:rPr>
          <w:rFonts w:ascii="Arial" w:hAnsi="Arial" w:cs="Arial"/>
          <w:sz w:val="24"/>
          <w:szCs w:val="24"/>
        </w:rPr>
        <w:t>My present strengths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528"/>
        <w:gridCol w:w="6408"/>
      </w:tblGrid>
      <w:tr w:rsidR="00D84BBF" w:rsidRPr="00805C69" w14:paraId="7B08A31D" w14:textId="77777777">
        <w:trPr>
          <w:jc w:val="center"/>
        </w:trPr>
        <w:tc>
          <w:tcPr>
            <w:tcW w:w="3528" w:type="dxa"/>
            <w:shd w:val="clear" w:color="auto" w:fill="EAF2F8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08DD3EB7" w14:textId="77777777" w:rsidR="00D84BBF" w:rsidRPr="00805C69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805C69">
              <w:rPr>
                <w:b/>
                <w:color w:val="17365D"/>
                <w:sz w:val="24"/>
                <w:szCs w:val="24"/>
              </w:rPr>
              <w:t>Strength 1 and supporting evidence</w:t>
            </w:r>
          </w:p>
        </w:tc>
        <w:tc>
          <w:tcPr>
            <w:tcW w:w="6408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2ABBA07D" w14:textId="59E8064F" w:rsidR="00D84BBF" w:rsidRPr="00805C69" w:rsidRDefault="00D84BBF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D84BBF" w:rsidRPr="00805C69" w14:paraId="508EF4C8" w14:textId="77777777">
        <w:trPr>
          <w:jc w:val="center"/>
        </w:trPr>
        <w:tc>
          <w:tcPr>
            <w:tcW w:w="3528" w:type="dxa"/>
            <w:shd w:val="clear" w:color="auto" w:fill="EAF2F8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15668939" w14:textId="77777777" w:rsidR="00D84BBF" w:rsidRPr="00805C69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805C69">
              <w:rPr>
                <w:b/>
                <w:color w:val="17365D"/>
                <w:sz w:val="24"/>
                <w:szCs w:val="24"/>
              </w:rPr>
              <w:t>Strength 2 and supporting evidence</w:t>
            </w:r>
          </w:p>
        </w:tc>
        <w:tc>
          <w:tcPr>
            <w:tcW w:w="6408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19AB0296" w14:textId="3546E73B" w:rsidR="00D84BBF" w:rsidRPr="00805C69" w:rsidRDefault="00D84BBF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175170A7" w14:textId="77777777" w:rsidR="00D84BBF" w:rsidRPr="00805C69" w:rsidRDefault="00D84BBF">
      <w:pPr>
        <w:spacing w:after="0"/>
        <w:rPr>
          <w:sz w:val="24"/>
          <w:szCs w:val="24"/>
        </w:rPr>
      </w:pPr>
    </w:p>
    <w:p w14:paraId="2A5B81E6" w14:textId="77777777" w:rsidR="00D84BBF" w:rsidRPr="00A064F8" w:rsidRDefault="00000000">
      <w:pPr>
        <w:pStyle w:val="Heading2"/>
        <w:rPr>
          <w:rFonts w:ascii="Arial" w:hAnsi="Arial" w:cs="Arial"/>
          <w:sz w:val="24"/>
          <w:szCs w:val="24"/>
        </w:rPr>
      </w:pPr>
      <w:r w:rsidRPr="00A064F8">
        <w:rPr>
          <w:rFonts w:ascii="Arial" w:hAnsi="Arial" w:cs="Arial"/>
          <w:sz w:val="24"/>
          <w:szCs w:val="24"/>
        </w:rPr>
        <w:t>Capabilities requiring further evidence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68"/>
        <w:gridCol w:w="6768"/>
      </w:tblGrid>
      <w:tr w:rsidR="00D84BBF" w:rsidRPr="00805C69" w14:paraId="62E18699" w14:textId="77777777">
        <w:trPr>
          <w:jc w:val="center"/>
        </w:trPr>
        <w:tc>
          <w:tcPr>
            <w:tcW w:w="3168" w:type="dxa"/>
            <w:shd w:val="clear" w:color="auto" w:fill="EAF2F8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1393161F" w14:textId="77777777" w:rsidR="00D84BBF" w:rsidRPr="00805C69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805C69">
              <w:rPr>
                <w:b/>
                <w:color w:val="17365D"/>
                <w:sz w:val="24"/>
                <w:szCs w:val="24"/>
              </w:rPr>
              <w:t>Capability / behaviour</w:t>
            </w:r>
          </w:p>
        </w:tc>
        <w:tc>
          <w:tcPr>
            <w:tcW w:w="6768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0CC45445" w14:textId="7C2196CD" w:rsidR="00D84BBF" w:rsidRPr="00805C69" w:rsidRDefault="00D84BBF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D84BBF" w:rsidRPr="00805C69" w14:paraId="1EE966D3" w14:textId="77777777">
        <w:trPr>
          <w:jc w:val="center"/>
        </w:trPr>
        <w:tc>
          <w:tcPr>
            <w:tcW w:w="3168" w:type="dxa"/>
            <w:shd w:val="clear" w:color="auto" w:fill="EAF2F8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00F589E1" w14:textId="77777777" w:rsidR="00D84BBF" w:rsidRPr="00805C69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805C69">
              <w:rPr>
                <w:b/>
                <w:color w:val="17365D"/>
                <w:sz w:val="24"/>
                <w:szCs w:val="24"/>
              </w:rPr>
              <w:t>Evidence I need to collect</w:t>
            </w:r>
          </w:p>
        </w:tc>
        <w:tc>
          <w:tcPr>
            <w:tcW w:w="6768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66B73E99" w14:textId="2FA3248B" w:rsidR="00D84BBF" w:rsidRPr="00805C69" w:rsidRDefault="00D84BBF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59FC14B3" w14:textId="77777777" w:rsidR="00221E35" w:rsidRPr="00A064F8" w:rsidRDefault="00221E35" w:rsidP="00221E35">
      <w:pPr>
        <w:pStyle w:val="Heading2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68"/>
        <w:gridCol w:w="6768"/>
      </w:tblGrid>
      <w:tr w:rsidR="00221E35" w:rsidRPr="00805C69" w14:paraId="0D68F41A" w14:textId="77777777" w:rsidTr="004834C7">
        <w:trPr>
          <w:jc w:val="center"/>
        </w:trPr>
        <w:tc>
          <w:tcPr>
            <w:tcW w:w="3168" w:type="dxa"/>
            <w:shd w:val="clear" w:color="auto" w:fill="EAF2F8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36B2ED7F" w14:textId="77777777" w:rsidR="00221E35" w:rsidRPr="00805C69" w:rsidRDefault="00221E35" w:rsidP="004834C7">
            <w:pPr>
              <w:spacing w:after="0" w:line="240" w:lineRule="auto"/>
              <w:rPr>
                <w:sz w:val="24"/>
                <w:szCs w:val="24"/>
              </w:rPr>
            </w:pPr>
            <w:r w:rsidRPr="00805C69">
              <w:rPr>
                <w:b/>
                <w:color w:val="17365D"/>
                <w:sz w:val="24"/>
                <w:szCs w:val="24"/>
              </w:rPr>
              <w:t>Capability / behaviour</w:t>
            </w:r>
          </w:p>
        </w:tc>
        <w:tc>
          <w:tcPr>
            <w:tcW w:w="6768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094DEC25" w14:textId="77777777" w:rsidR="00221E35" w:rsidRPr="00805C69" w:rsidRDefault="00221E35" w:rsidP="004834C7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21E35" w:rsidRPr="00805C69" w14:paraId="44D237BD" w14:textId="77777777" w:rsidTr="004834C7">
        <w:trPr>
          <w:jc w:val="center"/>
        </w:trPr>
        <w:tc>
          <w:tcPr>
            <w:tcW w:w="3168" w:type="dxa"/>
            <w:shd w:val="clear" w:color="auto" w:fill="EAF2F8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0E6946D1" w14:textId="77777777" w:rsidR="00221E35" w:rsidRPr="00805C69" w:rsidRDefault="00221E35" w:rsidP="004834C7">
            <w:pPr>
              <w:spacing w:after="0" w:line="240" w:lineRule="auto"/>
              <w:rPr>
                <w:sz w:val="24"/>
                <w:szCs w:val="24"/>
              </w:rPr>
            </w:pPr>
            <w:r w:rsidRPr="00805C69">
              <w:rPr>
                <w:b/>
                <w:color w:val="17365D"/>
                <w:sz w:val="24"/>
                <w:szCs w:val="24"/>
              </w:rPr>
              <w:t>Evidence I need to collect</w:t>
            </w:r>
          </w:p>
        </w:tc>
        <w:tc>
          <w:tcPr>
            <w:tcW w:w="6768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77CE6A55" w14:textId="77777777" w:rsidR="00221E35" w:rsidRPr="00805C69" w:rsidRDefault="00221E35" w:rsidP="004834C7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41B517D2" w14:textId="63F9F510" w:rsidR="00D84BBF" w:rsidRPr="00805C69" w:rsidRDefault="00D84BBF">
      <w:pPr>
        <w:rPr>
          <w:sz w:val="24"/>
          <w:szCs w:val="24"/>
        </w:rPr>
      </w:pPr>
    </w:p>
    <w:p w14:paraId="5B5F9CCB" w14:textId="77777777" w:rsidR="00D84BBF" w:rsidRDefault="00000000">
      <w:pPr>
        <w:pStyle w:val="Heading1"/>
      </w:pPr>
      <w:r>
        <w:lastRenderedPageBreak/>
        <w:t>E. Two Development Priorities</w:t>
      </w:r>
    </w:p>
    <w:p w14:paraId="7E0EF8DA" w14:textId="77777777" w:rsidR="00D84BBF" w:rsidRDefault="00000000">
      <w:pPr>
        <w:rPr>
          <w:sz w:val="24"/>
          <w:szCs w:val="24"/>
        </w:rPr>
      </w:pPr>
      <w:r w:rsidRPr="00C1696B">
        <w:rPr>
          <w:sz w:val="24"/>
          <w:szCs w:val="24"/>
        </w:rPr>
        <w:t>Select two priorities that are important to your present role and can be improved through deliberate workplace practice.</w:t>
      </w:r>
    </w:p>
    <w:p w14:paraId="6E9A8C78" w14:textId="77777777" w:rsidR="00C1696B" w:rsidRPr="00C1696B" w:rsidRDefault="00C1696B">
      <w:pPr>
        <w:rPr>
          <w:sz w:val="24"/>
          <w:szCs w:val="24"/>
        </w:rPr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3119"/>
        <w:gridCol w:w="2764"/>
        <w:gridCol w:w="2923"/>
      </w:tblGrid>
      <w:tr w:rsidR="00D84BBF" w:rsidRPr="00C1696B" w14:paraId="469B6F00" w14:textId="77777777" w:rsidTr="00C1696B">
        <w:trPr>
          <w:tblHeader/>
          <w:jc w:val="center"/>
        </w:trPr>
        <w:tc>
          <w:tcPr>
            <w:tcW w:w="1129" w:type="dxa"/>
            <w:shd w:val="clear" w:color="auto" w:fill="17365D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1F6DAC9F" w14:textId="77777777" w:rsidR="00D84BBF" w:rsidRPr="00C1696B" w:rsidRDefault="0000000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C1696B">
              <w:rPr>
                <w:b/>
                <w:color w:val="FFFFFF"/>
                <w:sz w:val="24"/>
                <w:szCs w:val="24"/>
              </w:rPr>
              <w:t>Priority</w:t>
            </w:r>
          </w:p>
        </w:tc>
        <w:tc>
          <w:tcPr>
            <w:tcW w:w="3119" w:type="dxa"/>
            <w:shd w:val="clear" w:color="auto" w:fill="17365D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4D84191E" w14:textId="77777777" w:rsidR="00D84BBF" w:rsidRPr="00C1696B" w:rsidRDefault="0000000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C1696B">
              <w:rPr>
                <w:b/>
                <w:color w:val="FFFFFF"/>
                <w:sz w:val="24"/>
                <w:szCs w:val="24"/>
              </w:rPr>
              <w:t>Behaviour to strengthen</w:t>
            </w:r>
          </w:p>
        </w:tc>
        <w:tc>
          <w:tcPr>
            <w:tcW w:w="2764" w:type="dxa"/>
            <w:shd w:val="clear" w:color="auto" w:fill="17365D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5FC46711" w14:textId="77777777" w:rsidR="00D84BBF" w:rsidRPr="00C1696B" w:rsidRDefault="0000000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C1696B">
              <w:rPr>
                <w:b/>
                <w:color w:val="FFFFFF"/>
                <w:sz w:val="24"/>
                <w:szCs w:val="24"/>
              </w:rPr>
              <w:t>Why it matters in my role</w:t>
            </w:r>
          </w:p>
        </w:tc>
        <w:tc>
          <w:tcPr>
            <w:tcW w:w="2923" w:type="dxa"/>
            <w:shd w:val="clear" w:color="auto" w:fill="17365D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0CB2E8D8" w14:textId="77777777" w:rsidR="00D84BBF" w:rsidRPr="00C1696B" w:rsidRDefault="0000000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C1696B">
              <w:rPr>
                <w:b/>
                <w:color w:val="FFFFFF"/>
                <w:sz w:val="24"/>
                <w:szCs w:val="24"/>
              </w:rPr>
              <w:t>Evidence of improvement</w:t>
            </w:r>
          </w:p>
        </w:tc>
      </w:tr>
      <w:tr w:rsidR="00D84BBF" w:rsidRPr="00C1696B" w14:paraId="5DF762C1" w14:textId="77777777" w:rsidTr="00563C05">
        <w:trPr>
          <w:trHeight w:val="851"/>
          <w:jc w:val="center"/>
        </w:trPr>
        <w:tc>
          <w:tcPr>
            <w:tcW w:w="1129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3FE263F" w14:textId="77777777" w:rsidR="00D84BBF" w:rsidRPr="00C1696B" w:rsidRDefault="0000000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C1696B">
              <w:rPr>
                <w:sz w:val="24"/>
                <w:szCs w:val="24"/>
              </w:rPr>
              <w:t>1</w:t>
            </w:r>
          </w:p>
        </w:tc>
        <w:tc>
          <w:tcPr>
            <w:tcW w:w="3119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80E1128" w14:textId="77777777" w:rsidR="00D84BBF" w:rsidRPr="00C1696B" w:rsidRDefault="00D84B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76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EB5164E" w14:textId="77777777" w:rsidR="00D84BBF" w:rsidRPr="00C1696B" w:rsidRDefault="00D84B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92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42581F4" w14:textId="77777777" w:rsidR="00D84BBF" w:rsidRPr="00C1696B" w:rsidRDefault="00D84BBF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D84BBF" w:rsidRPr="00C1696B" w14:paraId="18F642F9" w14:textId="77777777" w:rsidTr="00563C05">
        <w:trPr>
          <w:trHeight w:val="851"/>
          <w:jc w:val="center"/>
        </w:trPr>
        <w:tc>
          <w:tcPr>
            <w:tcW w:w="1129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6945C5A" w14:textId="77777777" w:rsidR="00D84BBF" w:rsidRPr="00C1696B" w:rsidRDefault="0000000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C1696B">
              <w:rPr>
                <w:sz w:val="24"/>
                <w:szCs w:val="24"/>
              </w:rPr>
              <w:t>2</w:t>
            </w:r>
          </w:p>
        </w:tc>
        <w:tc>
          <w:tcPr>
            <w:tcW w:w="3119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4A7EB85" w14:textId="77777777" w:rsidR="00D84BBF" w:rsidRPr="00C1696B" w:rsidRDefault="00D84B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764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9032CDA" w14:textId="77777777" w:rsidR="00D84BBF" w:rsidRPr="00C1696B" w:rsidRDefault="00D84BB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923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9DC715F" w14:textId="77777777" w:rsidR="00D84BBF" w:rsidRPr="00C1696B" w:rsidRDefault="00D84BBF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3A740EDE" w14:textId="77777777" w:rsidR="00D84BBF" w:rsidRDefault="00D84BBF">
      <w:pPr>
        <w:spacing w:after="0"/>
      </w:pPr>
    </w:p>
    <w:p w14:paraId="116B2E46" w14:textId="77777777" w:rsidR="00D84BBF" w:rsidRDefault="00000000">
      <w:pPr>
        <w:pStyle w:val="Heading1"/>
      </w:pPr>
      <w:r>
        <w:t>F. Leadership Reflection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397"/>
        <w:gridCol w:w="6539"/>
      </w:tblGrid>
      <w:tr w:rsidR="00D84BBF" w14:paraId="7B8FE935" w14:textId="77777777" w:rsidTr="00851B77">
        <w:trPr>
          <w:trHeight w:val="851"/>
          <w:jc w:val="center"/>
        </w:trPr>
        <w:tc>
          <w:tcPr>
            <w:tcW w:w="3397" w:type="dxa"/>
            <w:shd w:val="clear" w:color="auto" w:fill="EAF2F8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57DADBD1" w14:textId="77777777" w:rsidR="00D84BBF" w:rsidRPr="00851B77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851B77">
              <w:rPr>
                <w:b/>
                <w:color w:val="17365D"/>
                <w:sz w:val="24"/>
                <w:szCs w:val="24"/>
              </w:rPr>
              <w:t>What result surprised me?</w:t>
            </w:r>
          </w:p>
        </w:tc>
        <w:tc>
          <w:tcPr>
            <w:tcW w:w="6539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022FB719" w14:textId="45B2F849" w:rsidR="00D84BBF" w:rsidRPr="00851B77" w:rsidRDefault="00D84BBF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D84BBF" w14:paraId="769CC3CC" w14:textId="77777777" w:rsidTr="00851B77">
        <w:trPr>
          <w:trHeight w:val="851"/>
          <w:jc w:val="center"/>
        </w:trPr>
        <w:tc>
          <w:tcPr>
            <w:tcW w:w="3397" w:type="dxa"/>
            <w:shd w:val="clear" w:color="auto" w:fill="EAF2F8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5AF2A01F" w14:textId="77777777" w:rsidR="00D84BBF" w:rsidRPr="00851B77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851B77">
              <w:rPr>
                <w:b/>
                <w:color w:val="17365D"/>
                <w:sz w:val="24"/>
                <w:szCs w:val="24"/>
              </w:rPr>
              <w:t>Where may I have rated myself too generously or too harshly?</w:t>
            </w:r>
          </w:p>
        </w:tc>
        <w:tc>
          <w:tcPr>
            <w:tcW w:w="6539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28F5BE93" w14:textId="7DEBF430" w:rsidR="00D84BBF" w:rsidRPr="00851B77" w:rsidRDefault="00D84BBF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D84BBF" w14:paraId="2402DFDA" w14:textId="77777777" w:rsidTr="00851B77">
        <w:trPr>
          <w:trHeight w:val="851"/>
          <w:jc w:val="center"/>
        </w:trPr>
        <w:tc>
          <w:tcPr>
            <w:tcW w:w="3397" w:type="dxa"/>
            <w:shd w:val="clear" w:color="auto" w:fill="EAF2F8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7710645D" w14:textId="77777777" w:rsidR="00D84BBF" w:rsidRPr="00851B77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851B77">
              <w:rPr>
                <w:b/>
                <w:color w:val="17365D"/>
                <w:sz w:val="24"/>
                <w:szCs w:val="24"/>
              </w:rPr>
              <w:t>What situation most clearly tests my leadership?</w:t>
            </w:r>
          </w:p>
        </w:tc>
        <w:tc>
          <w:tcPr>
            <w:tcW w:w="6539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4AE73C58" w14:textId="6003D650" w:rsidR="00D84BBF" w:rsidRPr="00851B77" w:rsidRDefault="00D84BBF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D84BBF" w14:paraId="68D41BD0" w14:textId="77777777" w:rsidTr="00851B77">
        <w:trPr>
          <w:trHeight w:val="851"/>
          <w:jc w:val="center"/>
        </w:trPr>
        <w:tc>
          <w:tcPr>
            <w:tcW w:w="3397" w:type="dxa"/>
            <w:shd w:val="clear" w:color="auto" w:fill="EAF2F8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1D52668B" w14:textId="77777777" w:rsidR="00D84BBF" w:rsidRPr="00851B77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851B77">
              <w:rPr>
                <w:b/>
                <w:color w:val="17365D"/>
                <w:sz w:val="24"/>
                <w:szCs w:val="24"/>
              </w:rPr>
              <w:t>What support or experience would help me improve?</w:t>
            </w:r>
          </w:p>
        </w:tc>
        <w:tc>
          <w:tcPr>
            <w:tcW w:w="6539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7D34ACBF" w14:textId="0E41A517" w:rsidR="00D84BBF" w:rsidRPr="00851B77" w:rsidRDefault="00D84BBF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2C3BE14A" w14:textId="77777777" w:rsidR="00D84BBF" w:rsidRDefault="00D84BBF">
      <w:pPr>
        <w:spacing w:after="0"/>
      </w:pPr>
    </w:p>
    <w:p w14:paraId="71D6CFA6" w14:textId="77777777" w:rsidR="00426C1D" w:rsidRDefault="00426C1D">
      <w:pPr>
        <w:spacing w:after="200" w:line="276" w:lineRule="auto"/>
        <w:rPr>
          <w:rFonts w:asciiTheme="majorHAnsi" w:eastAsiaTheme="majorEastAsia" w:hAnsiTheme="majorHAnsi" w:cstheme="majorBidi"/>
          <w:b/>
          <w:bCs/>
          <w:color w:val="17365D"/>
          <w:sz w:val="30"/>
          <w:szCs w:val="28"/>
        </w:rPr>
      </w:pPr>
      <w:r>
        <w:br w:type="page"/>
      </w:r>
    </w:p>
    <w:p w14:paraId="103EAED9" w14:textId="70F493CB" w:rsidR="00D84BBF" w:rsidRDefault="00000000">
      <w:pPr>
        <w:pStyle w:val="Heading1"/>
      </w:pPr>
      <w:r>
        <w:lastRenderedPageBreak/>
        <w:t>G. Preparation for LDR-03</w:t>
      </w:r>
    </w:p>
    <w:p w14:paraId="4FC681F0" w14:textId="77777777" w:rsidR="00D84BBF" w:rsidRDefault="00000000">
      <w:pPr>
        <w:rPr>
          <w:sz w:val="24"/>
          <w:szCs w:val="24"/>
        </w:rPr>
      </w:pPr>
      <w:r w:rsidRPr="00426C1D">
        <w:rPr>
          <w:sz w:val="24"/>
          <w:szCs w:val="24"/>
        </w:rPr>
        <w:t>Choose one person who has observed your leadership and can provide specific, constructive feedback. LDR-03 will compare that perspective with this self-assessment.</w:t>
      </w:r>
    </w:p>
    <w:p w14:paraId="1C46DCB1" w14:textId="77777777" w:rsidR="00426C1D" w:rsidRPr="00426C1D" w:rsidRDefault="00426C1D">
      <w:pPr>
        <w:rPr>
          <w:sz w:val="24"/>
          <w:szCs w:val="24"/>
        </w:rPr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384"/>
        <w:gridCol w:w="6552"/>
      </w:tblGrid>
      <w:tr w:rsidR="00D84BBF" w:rsidRPr="00426C1D" w14:paraId="6A723044" w14:textId="77777777" w:rsidTr="00426C1D">
        <w:trPr>
          <w:trHeight w:val="851"/>
          <w:jc w:val="center"/>
        </w:trPr>
        <w:tc>
          <w:tcPr>
            <w:tcW w:w="3384" w:type="dxa"/>
            <w:shd w:val="clear" w:color="auto" w:fill="EAF2F8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0D73BC7E" w14:textId="77777777" w:rsidR="00D84BBF" w:rsidRPr="00426C1D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426C1D">
              <w:rPr>
                <w:b/>
                <w:color w:val="17365D"/>
                <w:sz w:val="24"/>
                <w:szCs w:val="24"/>
              </w:rPr>
              <w:t>Person / relationship</w:t>
            </w:r>
          </w:p>
        </w:tc>
        <w:tc>
          <w:tcPr>
            <w:tcW w:w="6552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2C12DB42" w14:textId="58E90BB7" w:rsidR="00D84BBF" w:rsidRPr="00426C1D" w:rsidRDefault="00D84BBF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D84BBF" w:rsidRPr="00426C1D" w14:paraId="6A1BA66D" w14:textId="77777777" w:rsidTr="00426C1D">
        <w:trPr>
          <w:trHeight w:val="851"/>
          <w:jc w:val="center"/>
        </w:trPr>
        <w:tc>
          <w:tcPr>
            <w:tcW w:w="3384" w:type="dxa"/>
            <w:shd w:val="clear" w:color="auto" w:fill="EAF2F8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39B290DF" w14:textId="77777777" w:rsidR="00D84BBF" w:rsidRPr="00426C1D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426C1D">
              <w:rPr>
                <w:b/>
                <w:color w:val="17365D"/>
                <w:sz w:val="24"/>
                <w:szCs w:val="24"/>
              </w:rPr>
              <w:t>Why this perspective is useful</w:t>
            </w:r>
          </w:p>
        </w:tc>
        <w:tc>
          <w:tcPr>
            <w:tcW w:w="6552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126C91A2" w14:textId="7F73416B" w:rsidR="00D84BBF" w:rsidRPr="00426C1D" w:rsidRDefault="00D84BBF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D84BBF" w:rsidRPr="00426C1D" w14:paraId="36195DCF" w14:textId="77777777" w:rsidTr="00426C1D">
        <w:trPr>
          <w:trHeight w:val="851"/>
          <w:jc w:val="center"/>
        </w:trPr>
        <w:tc>
          <w:tcPr>
            <w:tcW w:w="3384" w:type="dxa"/>
            <w:shd w:val="clear" w:color="auto" w:fill="EAF2F8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41CC94BD" w14:textId="77777777" w:rsidR="00D84BBF" w:rsidRPr="00426C1D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426C1D">
              <w:rPr>
                <w:b/>
                <w:color w:val="17365D"/>
                <w:sz w:val="24"/>
                <w:szCs w:val="24"/>
              </w:rPr>
              <w:t>Two behaviours on which I want feedback</w:t>
            </w:r>
          </w:p>
        </w:tc>
        <w:tc>
          <w:tcPr>
            <w:tcW w:w="6552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6072FB23" w14:textId="03A1B331" w:rsidR="00D84BBF" w:rsidRPr="00426C1D" w:rsidRDefault="00D84BBF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06309DDA" w14:textId="77777777" w:rsidR="00D84BBF" w:rsidRPr="00426C1D" w:rsidRDefault="00D84BBF">
      <w:pPr>
        <w:spacing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36"/>
      </w:tblGrid>
      <w:tr w:rsidR="00D84BBF" w:rsidRPr="00426C1D" w14:paraId="1A259D99" w14:textId="77777777">
        <w:trPr>
          <w:jc w:val="center"/>
        </w:trPr>
        <w:tc>
          <w:tcPr>
            <w:tcW w:w="9936" w:type="dxa"/>
            <w:shd w:val="clear" w:color="auto" w:fill="EAF2F8"/>
            <w:tcMar>
              <w:top w:w="105" w:type="dxa"/>
              <w:left w:w="135" w:type="dxa"/>
              <w:bottom w:w="105" w:type="dxa"/>
              <w:right w:w="135" w:type="dxa"/>
            </w:tcMar>
          </w:tcPr>
          <w:p w14:paraId="263DA454" w14:textId="77777777" w:rsidR="00B1514B" w:rsidRDefault="00000000">
            <w:pPr>
              <w:spacing w:after="0"/>
              <w:rPr>
                <w:b/>
                <w:color w:val="17365D"/>
                <w:sz w:val="24"/>
                <w:szCs w:val="24"/>
              </w:rPr>
            </w:pPr>
            <w:r w:rsidRPr="00426C1D">
              <w:rPr>
                <w:b/>
                <w:color w:val="17365D"/>
                <w:sz w:val="24"/>
                <w:szCs w:val="24"/>
              </w:rPr>
              <w:t xml:space="preserve">COMPLETION CHECK  </w:t>
            </w:r>
          </w:p>
          <w:p w14:paraId="1ADFD1DC" w14:textId="77777777" w:rsidR="00B1514B" w:rsidRDefault="00B1514B">
            <w:pPr>
              <w:spacing w:after="0"/>
              <w:rPr>
                <w:b/>
                <w:color w:val="17365D"/>
                <w:sz w:val="24"/>
                <w:szCs w:val="24"/>
              </w:rPr>
            </w:pPr>
          </w:p>
          <w:p w14:paraId="12246AE5" w14:textId="25D5EC88" w:rsidR="00D84BBF" w:rsidRPr="00426C1D" w:rsidRDefault="00000000">
            <w:pPr>
              <w:spacing w:after="0"/>
              <w:rPr>
                <w:sz w:val="24"/>
                <w:szCs w:val="24"/>
              </w:rPr>
            </w:pPr>
            <w:r w:rsidRPr="00426C1D">
              <w:rPr>
                <w:sz w:val="24"/>
                <w:szCs w:val="24"/>
              </w:rPr>
              <w:t>I have rated demonstrated behaviour, recorded evidence, considered the requirements of my actual role, and selected no more than two development priorities.</w:t>
            </w:r>
          </w:p>
        </w:tc>
      </w:tr>
    </w:tbl>
    <w:p w14:paraId="301BB838" w14:textId="77777777" w:rsidR="00D84BBF" w:rsidRDefault="00D84BBF">
      <w:pPr>
        <w:spacing w:after="0"/>
      </w:pPr>
    </w:p>
    <w:p w14:paraId="08F7C8E7" w14:textId="1AD11D22" w:rsidR="00B1514B" w:rsidRPr="00B1514B" w:rsidRDefault="00B1514B">
      <w:pPr>
        <w:spacing w:after="0"/>
        <w:rPr>
          <w:sz w:val="24"/>
          <w:szCs w:val="24"/>
        </w:rPr>
      </w:pPr>
      <w:r w:rsidRPr="00B1514B">
        <w:rPr>
          <w:sz w:val="24"/>
          <w:szCs w:val="24"/>
        </w:rPr>
        <w:t>Signed:_________________________</w:t>
      </w:r>
      <w:r w:rsidRPr="00B1514B">
        <w:rPr>
          <w:sz w:val="24"/>
          <w:szCs w:val="24"/>
        </w:rPr>
        <w:tab/>
      </w:r>
      <w:r w:rsidRPr="00B1514B">
        <w:rPr>
          <w:sz w:val="24"/>
          <w:szCs w:val="24"/>
        </w:rPr>
        <w:tab/>
        <w:t>Date:________________</w:t>
      </w:r>
    </w:p>
    <w:sectPr w:rsidR="00B1514B" w:rsidRPr="00B1514B" w:rsidSect="00034616">
      <w:headerReference w:type="default" r:id="rId8"/>
      <w:footerReference w:type="default" r:id="rId9"/>
      <w:pgSz w:w="12240" w:h="15840"/>
      <w:pgMar w:top="936" w:right="1037" w:bottom="936" w:left="1037" w:header="403" w:footer="40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65D439" w14:textId="77777777" w:rsidR="00981FD1" w:rsidRDefault="00981FD1">
      <w:pPr>
        <w:spacing w:after="0" w:line="240" w:lineRule="auto"/>
      </w:pPr>
      <w:r>
        <w:separator/>
      </w:r>
    </w:p>
  </w:endnote>
  <w:endnote w:type="continuationSeparator" w:id="0">
    <w:p w14:paraId="64F75760" w14:textId="77777777" w:rsidR="00981FD1" w:rsidRDefault="00981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D60E39" w14:textId="77777777" w:rsidR="00D84BBF" w:rsidRDefault="00000000">
    <w:pPr>
      <w:pStyle w:val="Footer"/>
      <w:jc w:val="center"/>
    </w:pPr>
    <w:r>
      <w:rPr>
        <w:color w:val="66717C"/>
        <w:sz w:val="16"/>
      </w:rPr>
      <w:t>LDR-02  |  Public Sector Leadership Self-Assessment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FE82FF" w14:textId="77777777" w:rsidR="00981FD1" w:rsidRDefault="00981FD1">
      <w:pPr>
        <w:spacing w:after="0" w:line="240" w:lineRule="auto"/>
      </w:pPr>
      <w:r>
        <w:separator/>
      </w:r>
    </w:p>
  </w:footnote>
  <w:footnote w:type="continuationSeparator" w:id="0">
    <w:p w14:paraId="3333437F" w14:textId="77777777" w:rsidR="00981FD1" w:rsidRDefault="00981F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8FE39" w14:textId="77777777" w:rsidR="00D84BBF" w:rsidRDefault="00000000">
    <w:pPr>
      <w:pStyle w:val="Header"/>
      <w:jc w:val="right"/>
    </w:pPr>
    <w:r>
      <w:rPr>
        <w:b/>
        <w:color w:val="66717C"/>
        <w:sz w:val="16"/>
      </w:rPr>
      <w:t>ISMT  |  LEADERSHIP DEVELOPMENT TOOLS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CB66185"/>
    <w:multiLevelType w:val="hybridMultilevel"/>
    <w:tmpl w:val="E2C67414"/>
    <w:lvl w:ilvl="0" w:tplc="0C090001">
      <w:start w:val="1"/>
      <w:numFmt w:val="bullet"/>
      <w:lvlText w:val=""/>
      <w:lvlJc w:val="left"/>
      <w:pPr>
        <w:ind w:left="922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64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36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08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0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52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24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96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682" w:hanging="360"/>
      </w:pPr>
      <w:rPr>
        <w:rFonts w:ascii="Wingdings" w:hAnsi="Wingdings" w:hint="default"/>
      </w:rPr>
    </w:lvl>
  </w:abstractNum>
  <w:num w:numId="1" w16cid:durableId="1426808530">
    <w:abstractNumId w:val="8"/>
  </w:num>
  <w:num w:numId="2" w16cid:durableId="1896427948">
    <w:abstractNumId w:val="6"/>
  </w:num>
  <w:num w:numId="3" w16cid:durableId="706179311">
    <w:abstractNumId w:val="5"/>
  </w:num>
  <w:num w:numId="4" w16cid:durableId="624509480">
    <w:abstractNumId w:val="4"/>
  </w:num>
  <w:num w:numId="5" w16cid:durableId="20715578">
    <w:abstractNumId w:val="7"/>
  </w:num>
  <w:num w:numId="6" w16cid:durableId="40906161">
    <w:abstractNumId w:val="3"/>
  </w:num>
  <w:num w:numId="7" w16cid:durableId="1429766013">
    <w:abstractNumId w:val="2"/>
  </w:num>
  <w:num w:numId="8" w16cid:durableId="281806427">
    <w:abstractNumId w:val="1"/>
  </w:num>
  <w:num w:numId="9" w16cid:durableId="1640956005">
    <w:abstractNumId w:val="0"/>
  </w:num>
  <w:num w:numId="10" w16cid:durableId="13699286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0291A"/>
    <w:rsid w:val="00145969"/>
    <w:rsid w:val="0015074B"/>
    <w:rsid w:val="001B7FFD"/>
    <w:rsid w:val="001E0D25"/>
    <w:rsid w:val="00221E35"/>
    <w:rsid w:val="0029639D"/>
    <w:rsid w:val="003046EE"/>
    <w:rsid w:val="00306928"/>
    <w:rsid w:val="00326F90"/>
    <w:rsid w:val="00380339"/>
    <w:rsid w:val="0042400D"/>
    <w:rsid w:val="00426C1D"/>
    <w:rsid w:val="00475DB5"/>
    <w:rsid w:val="00563C05"/>
    <w:rsid w:val="005677C8"/>
    <w:rsid w:val="005C4699"/>
    <w:rsid w:val="005D5FCA"/>
    <w:rsid w:val="005F6256"/>
    <w:rsid w:val="00805C69"/>
    <w:rsid w:val="00851B77"/>
    <w:rsid w:val="00981FD1"/>
    <w:rsid w:val="009D541C"/>
    <w:rsid w:val="00A01827"/>
    <w:rsid w:val="00A064F8"/>
    <w:rsid w:val="00AA1D8D"/>
    <w:rsid w:val="00B037FD"/>
    <w:rsid w:val="00B1514B"/>
    <w:rsid w:val="00B47730"/>
    <w:rsid w:val="00C1696B"/>
    <w:rsid w:val="00CB0664"/>
    <w:rsid w:val="00D4204F"/>
    <w:rsid w:val="00D84BBF"/>
    <w:rsid w:val="00F128C2"/>
    <w:rsid w:val="00F2565D"/>
    <w:rsid w:val="00F73BCC"/>
    <w:rsid w:val="00FA263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686AE7"/>
  <w14:defaultImageDpi w14:val="300"/>
  <w15:docId w15:val="{4C496211-7A4E-47C0-A502-FD398E62E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rial" w:hAnsi="Arial"/>
      <w:color w:val="25313C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Theme="majorHAnsi" w:eastAsiaTheme="majorEastAsia" w:hAnsiTheme="majorHAnsi" w:cstheme="majorBidi"/>
      <w:b/>
      <w:bCs/>
      <w:color w:val="17365D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/>
      <w:b/>
      <w:bCs/>
      <w:color w:val="2E75B6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/>
      <w:b/>
      <w:bCs/>
      <w:color w:val="17365D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8</Pages>
  <Words>1181</Words>
  <Characters>6736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7902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LDR-02 Public Sector Leadership Self-Assessment</dc:title>
  <dc:subject>Participant workshop tool linked to the LDR-01 Leadership Role Profile</dc:subject>
  <dc:creator>Integrated Sport Management Toolkit</dc:creator>
  <cp:keywords>public sector leadership, self-assessment, workshop, ISMT, LDR-02</cp:keywords>
  <dc:description>generated by python-docx</dc:description>
  <cp:lastModifiedBy>Brian Minikin</cp:lastModifiedBy>
  <cp:revision>27</cp:revision>
  <dcterms:created xsi:type="dcterms:W3CDTF">2026-08-14T03:05:00Z</dcterms:created>
  <dcterms:modified xsi:type="dcterms:W3CDTF">2026-09-03T00:31:00Z</dcterms:modified>
  <cp:category/>
</cp:coreProperties>
</file>