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FC7247" w14:textId="77777777" w:rsidR="005967E9" w:rsidRPr="00BB72C2" w:rsidRDefault="00000000">
      <w:pPr>
        <w:jc w:val="center"/>
        <w:rPr>
          <w:rFonts w:cs="Arial"/>
          <w:color w:val="auto"/>
        </w:rPr>
      </w:pPr>
      <w:r w:rsidRPr="00BB72C2">
        <w:rPr>
          <w:rFonts w:cs="Arial"/>
          <w:b/>
          <w:color w:val="auto"/>
          <w:sz w:val="44"/>
        </w:rPr>
        <w:t>PUBLIC SECTOR LEADERSHIP</w:t>
      </w:r>
      <w:r w:rsidRPr="00BB72C2">
        <w:rPr>
          <w:rFonts w:cs="Arial"/>
          <w:b/>
          <w:color w:val="auto"/>
          <w:sz w:val="44"/>
        </w:rPr>
        <w:br/>
        <w:t>DEVELOPMENT AND ACTION PLAN</w:t>
      </w:r>
    </w:p>
    <w:p w14:paraId="51B8F9B0" w14:textId="77777777" w:rsidR="005967E9" w:rsidRPr="00BB72C2" w:rsidRDefault="00000000">
      <w:pPr>
        <w:spacing w:after="280"/>
        <w:jc w:val="center"/>
        <w:rPr>
          <w:rFonts w:cs="Arial"/>
          <w:color w:val="auto"/>
        </w:rPr>
      </w:pPr>
      <w:r w:rsidRPr="00BB72C2">
        <w:rPr>
          <w:rFonts w:cs="Arial"/>
          <w:color w:val="auto"/>
          <w:sz w:val="24"/>
        </w:rPr>
        <w:t>Participant Project and Assessment Tool</w:t>
      </w:r>
    </w:p>
    <w:tbl>
      <w:tblPr>
        <w:tblStyle w:val="TableGrid"/>
        <w:tblW w:w="9936" w:type="dxa"/>
        <w:jc w:val="center"/>
        <w:tblLayout w:type="fixed"/>
        <w:tblLook w:val="04A0" w:firstRow="1" w:lastRow="0" w:firstColumn="1" w:lastColumn="0" w:noHBand="0" w:noVBand="1"/>
      </w:tblPr>
      <w:tblGrid>
        <w:gridCol w:w="9936"/>
      </w:tblGrid>
      <w:tr w:rsidR="005967E9" w:rsidRPr="00BB72C2" w14:paraId="4F2CB4B8" w14:textId="77777777">
        <w:trPr>
          <w:jc w:val="center"/>
        </w:trPr>
        <w:tc>
          <w:tcPr>
            <w:tcW w:w="9936" w:type="dxa"/>
            <w:shd w:val="clear" w:color="auto" w:fill="EAF2F8"/>
            <w:tcMar>
              <w:top w:w="105" w:type="dxa"/>
              <w:left w:w="135" w:type="dxa"/>
              <w:bottom w:w="105" w:type="dxa"/>
              <w:right w:w="135" w:type="dxa"/>
            </w:tcMar>
          </w:tcPr>
          <w:p w14:paraId="404FC45B" w14:textId="77777777" w:rsidR="005967E9" w:rsidRPr="00BB72C2" w:rsidRDefault="00000000">
            <w:pPr>
              <w:spacing w:after="0"/>
              <w:rPr>
                <w:rFonts w:cs="Arial"/>
              </w:rPr>
            </w:pPr>
            <w:r w:rsidRPr="00BB72C2">
              <w:rPr>
                <w:rFonts w:cs="Arial"/>
                <w:b/>
                <w:color w:val="17365D"/>
              </w:rPr>
              <w:t xml:space="preserve">PURPOSE  </w:t>
            </w:r>
            <w:r w:rsidRPr="00BB72C2">
              <w:rPr>
                <w:rFonts w:cs="Arial"/>
              </w:rPr>
              <w:t>To apply leadership learning to one real public-sector workplace challenge and produce evidence of improved practice and public value.</w:t>
            </w:r>
          </w:p>
        </w:tc>
      </w:tr>
    </w:tbl>
    <w:p w14:paraId="011DD2A3" w14:textId="77777777" w:rsidR="005967E9" w:rsidRPr="00BB72C2" w:rsidRDefault="005967E9">
      <w:pPr>
        <w:spacing w:after="0"/>
        <w:rPr>
          <w:rFonts w:cs="Arial"/>
        </w:rPr>
      </w:pPr>
    </w:p>
    <w:p w14:paraId="702657E2" w14:textId="77777777" w:rsidR="005967E9" w:rsidRPr="00BB72C2" w:rsidRDefault="00000000">
      <w:pPr>
        <w:pStyle w:val="Heading1"/>
        <w:rPr>
          <w:rFonts w:ascii="Arial" w:hAnsi="Arial" w:cs="Arial"/>
        </w:rPr>
      </w:pPr>
      <w:r w:rsidRPr="00BB72C2">
        <w:rPr>
          <w:rFonts w:ascii="Arial" w:hAnsi="Arial" w:cs="Arial"/>
        </w:rPr>
        <w:t>A practical leadership project</w:t>
      </w:r>
    </w:p>
    <w:p w14:paraId="0A065A70" w14:textId="77777777" w:rsidR="005967E9" w:rsidRPr="00BB72C2" w:rsidRDefault="00000000">
      <w:pPr>
        <w:rPr>
          <w:rFonts w:cs="Arial"/>
          <w:sz w:val="24"/>
          <w:szCs w:val="24"/>
        </w:rPr>
      </w:pPr>
      <w:r w:rsidRPr="00BB72C2">
        <w:rPr>
          <w:rFonts w:cs="Arial"/>
          <w:sz w:val="24"/>
          <w:szCs w:val="24"/>
        </w:rPr>
        <w:t>LDR-04 turns the conclusions from LDR-01, LDR-02 and LDR-03 into action. The participant selects one manageable challenge, leads a 90-day project, collects evidence, and presents the results and learning.</w:t>
      </w:r>
    </w:p>
    <w:p w14:paraId="30C837E8" w14:textId="77777777" w:rsidR="005967E9" w:rsidRPr="00BB72C2" w:rsidRDefault="00000000">
      <w:pPr>
        <w:pStyle w:val="Heading1"/>
        <w:rPr>
          <w:rFonts w:ascii="Arial" w:hAnsi="Arial" w:cs="Arial"/>
        </w:rPr>
      </w:pPr>
      <w:r w:rsidRPr="00BB72C2">
        <w:rPr>
          <w:rFonts w:ascii="Arial" w:hAnsi="Arial" w:cs="Arial"/>
        </w:rPr>
        <w:t>Inputs from the earlier tools</w:t>
      </w:r>
    </w:p>
    <w:tbl>
      <w:tblPr>
        <w:tblStyle w:val="TableGrid"/>
        <w:tblW w:w="9936" w:type="dxa"/>
        <w:jc w:val="center"/>
        <w:tblLayout w:type="fixed"/>
        <w:tblLook w:val="04A0" w:firstRow="1" w:lastRow="0" w:firstColumn="1" w:lastColumn="0" w:noHBand="0" w:noVBand="1"/>
      </w:tblPr>
      <w:tblGrid>
        <w:gridCol w:w="1800"/>
        <w:gridCol w:w="8136"/>
      </w:tblGrid>
      <w:tr w:rsidR="005967E9" w:rsidRPr="00BB72C2" w14:paraId="5F85ACC7" w14:textId="77777777">
        <w:trPr>
          <w:tblHeader/>
          <w:jc w:val="center"/>
        </w:trPr>
        <w:tc>
          <w:tcPr>
            <w:tcW w:w="1800" w:type="dxa"/>
            <w:shd w:val="clear" w:color="auto" w:fill="17365D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0C15821F" w14:textId="77777777" w:rsidR="005967E9" w:rsidRPr="00BB72C2" w:rsidRDefault="00000000">
            <w:pPr>
              <w:spacing w:after="0" w:line="240" w:lineRule="auto"/>
              <w:jc w:val="center"/>
              <w:rPr>
                <w:rFonts w:cs="Arial"/>
                <w:sz w:val="22"/>
              </w:rPr>
            </w:pPr>
            <w:r w:rsidRPr="00BB72C2">
              <w:rPr>
                <w:rFonts w:cs="Arial"/>
                <w:b/>
                <w:color w:val="FFFFFF"/>
                <w:sz w:val="22"/>
              </w:rPr>
              <w:t>Tool</w:t>
            </w:r>
          </w:p>
        </w:tc>
        <w:tc>
          <w:tcPr>
            <w:tcW w:w="8136" w:type="dxa"/>
            <w:shd w:val="clear" w:color="auto" w:fill="17365D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302D93A3" w14:textId="77777777" w:rsidR="005967E9" w:rsidRPr="00BB72C2" w:rsidRDefault="00000000">
            <w:pPr>
              <w:spacing w:after="0" w:line="240" w:lineRule="auto"/>
              <w:jc w:val="center"/>
              <w:rPr>
                <w:rFonts w:cs="Arial"/>
                <w:sz w:val="22"/>
              </w:rPr>
            </w:pPr>
            <w:r w:rsidRPr="00BB72C2">
              <w:rPr>
                <w:rFonts w:cs="Arial"/>
                <w:b/>
                <w:color w:val="FFFFFF"/>
                <w:sz w:val="22"/>
              </w:rPr>
              <w:t>What is carried forward</w:t>
            </w:r>
          </w:p>
        </w:tc>
      </w:tr>
      <w:tr w:rsidR="005967E9" w:rsidRPr="00BB72C2" w14:paraId="093D3E6E" w14:textId="77777777">
        <w:trPr>
          <w:jc w:val="center"/>
        </w:trPr>
        <w:tc>
          <w:tcPr>
            <w:tcW w:w="180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64242F5" w14:textId="77777777" w:rsidR="005967E9" w:rsidRPr="00BB72C2" w:rsidRDefault="00000000">
            <w:pPr>
              <w:spacing w:after="0" w:line="240" w:lineRule="auto"/>
              <w:rPr>
                <w:rFonts w:cs="Arial"/>
                <w:sz w:val="22"/>
              </w:rPr>
            </w:pPr>
            <w:r w:rsidRPr="00BB72C2">
              <w:rPr>
                <w:rFonts w:cs="Arial"/>
                <w:sz w:val="22"/>
              </w:rPr>
              <w:t>LDR-01</w:t>
            </w:r>
          </w:p>
        </w:tc>
        <w:tc>
          <w:tcPr>
            <w:tcW w:w="813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70F83B9" w14:textId="77777777" w:rsidR="005967E9" w:rsidRPr="00BB72C2" w:rsidRDefault="00000000">
            <w:pPr>
              <w:spacing w:after="0" w:line="240" w:lineRule="auto"/>
              <w:rPr>
                <w:rFonts w:cs="Arial"/>
                <w:sz w:val="22"/>
              </w:rPr>
            </w:pPr>
            <w:r w:rsidRPr="00BB72C2">
              <w:rPr>
                <w:rFonts w:cs="Arial"/>
                <w:sz w:val="22"/>
              </w:rPr>
              <w:t>The role requirements and six public-sector leadership competencies.</w:t>
            </w:r>
          </w:p>
        </w:tc>
      </w:tr>
      <w:tr w:rsidR="005967E9" w:rsidRPr="00BB72C2" w14:paraId="0631A4FE" w14:textId="77777777">
        <w:trPr>
          <w:jc w:val="center"/>
        </w:trPr>
        <w:tc>
          <w:tcPr>
            <w:tcW w:w="1800" w:type="dxa"/>
            <w:shd w:val="clear" w:color="auto" w:fill="F5F7F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D90BCDC" w14:textId="77777777" w:rsidR="005967E9" w:rsidRPr="00BB72C2" w:rsidRDefault="00000000">
            <w:pPr>
              <w:spacing w:after="0" w:line="240" w:lineRule="auto"/>
              <w:rPr>
                <w:rFonts w:cs="Arial"/>
                <w:sz w:val="22"/>
              </w:rPr>
            </w:pPr>
            <w:r w:rsidRPr="00BB72C2">
              <w:rPr>
                <w:rFonts w:cs="Arial"/>
                <w:sz w:val="22"/>
              </w:rPr>
              <w:t>LDR-02</w:t>
            </w:r>
          </w:p>
        </w:tc>
        <w:tc>
          <w:tcPr>
            <w:tcW w:w="8136" w:type="dxa"/>
            <w:shd w:val="clear" w:color="auto" w:fill="F5F7F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4A9EE8F" w14:textId="77777777" w:rsidR="005967E9" w:rsidRPr="00BB72C2" w:rsidRDefault="00000000">
            <w:pPr>
              <w:spacing w:after="0" w:line="240" w:lineRule="auto"/>
              <w:rPr>
                <w:rFonts w:cs="Arial"/>
                <w:sz w:val="22"/>
              </w:rPr>
            </w:pPr>
            <w:r w:rsidRPr="00BB72C2">
              <w:rPr>
                <w:rFonts w:cs="Arial"/>
                <w:sz w:val="22"/>
              </w:rPr>
              <w:t>No more than two development priorities and the participant’s baseline.</w:t>
            </w:r>
          </w:p>
        </w:tc>
      </w:tr>
      <w:tr w:rsidR="005967E9" w:rsidRPr="00BB72C2" w14:paraId="733E0D6D" w14:textId="77777777">
        <w:trPr>
          <w:jc w:val="center"/>
        </w:trPr>
        <w:tc>
          <w:tcPr>
            <w:tcW w:w="180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9934ADD" w14:textId="77777777" w:rsidR="005967E9" w:rsidRPr="00BB72C2" w:rsidRDefault="00000000">
            <w:pPr>
              <w:spacing w:after="0" w:line="240" w:lineRule="auto"/>
              <w:rPr>
                <w:rFonts w:cs="Arial"/>
                <w:sz w:val="22"/>
              </w:rPr>
            </w:pPr>
            <w:r w:rsidRPr="00BB72C2">
              <w:rPr>
                <w:rFonts w:cs="Arial"/>
                <w:sz w:val="22"/>
              </w:rPr>
              <w:t>LDR-03</w:t>
            </w:r>
          </w:p>
        </w:tc>
        <w:tc>
          <w:tcPr>
            <w:tcW w:w="813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2ABC8AA" w14:textId="77777777" w:rsidR="005967E9" w:rsidRPr="00BB72C2" w:rsidRDefault="00000000">
            <w:pPr>
              <w:spacing w:after="0" w:line="240" w:lineRule="auto"/>
              <w:rPr>
                <w:rFonts w:cs="Arial"/>
                <w:sz w:val="22"/>
              </w:rPr>
            </w:pPr>
            <w:r w:rsidRPr="00BB72C2">
              <w:rPr>
                <w:rFonts w:cs="Arial"/>
                <w:sz w:val="22"/>
              </w:rPr>
              <w:t>Evidence-based feedback, strengths to use, and behaviour to improve.</w:t>
            </w:r>
          </w:p>
        </w:tc>
      </w:tr>
    </w:tbl>
    <w:p w14:paraId="2E960F7A" w14:textId="77777777" w:rsidR="005967E9" w:rsidRPr="00BB72C2" w:rsidRDefault="005967E9">
      <w:pPr>
        <w:spacing w:after="0"/>
        <w:rPr>
          <w:rFonts w:cs="Arial"/>
        </w:rPr>
      </w:pPr>
    </w:p>
    <w:p w14:paraId="4DDC7EFB" w14:textId="77777777" w:rsidR="005967E9" w:rsidRPr="00BB72C2" w:rsidRDefault="00000000">
      <w:pPr>
        <w:pStyle w:val="Heading1"/>
        <w:rPr>
          <w:rFonts w:ascii="Arial" w:hAnsi="Arial" w:cs="Arial"/>
        </w:rPr>
      </w:pPr>
      <w:r w:rsidRPr="00BB72C2">
        <w:rPr>
          <w:rFonts w:ascii="Arial" w:hAnsi="Arial" w:cs="Arial"/>
        </w:rPr>
        <w:t>Project principles</w:t>
      </w:r>
    </w:p>
    <w:tbl>
      <w:tblPr>
        <w:tblStyle w:val="TableGrid"/>
        <w:tblW w:w="9936" w:type="dxa"/>
        <w:jc w:val="center"/>
        <w:tblLayout w:type="fixed"/>
        <w:tblLook w:val="04A0" w:firstRow="1" w:lastRow="0" w:firstColumn="1" w:lastColumn="0" w:noHBand="0" w:noVBand="1"/>
      </w:tblPr>
      <w:tblGrid>
        <w:gridCol w:w="4968"/>
        <w:gridCol w:w="4968"/>
      </w:tblGrid>
      <w:tr w:rsidR="005967E9" w:rsidRPr="00BB72C2" w14:paraId="3C927162" w14:textId="77777777">
        <w:trPr>
          <w:tblHeader/>
          <w:jc w:val="center"/>
        </w:trPr>
        <w:tc>
          <w:tcPr>
            <w:tcW w:w="4968" w:type="dxa"/>
            <w:shd w:val="clear" w:color="auto" w:fill="17365D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1F003DD9" w14:textId="77777777" w:rsidR="005967E9" w:rsidRPr="00BB72C2" w:rsidRDefault="00000000">
            <w:pPr>
              <w:spacing w:after="0" w:line="240" w:lineRule="auto"/>
              <w:jc w:val="center"/>
              <w:rPr>
                <w:rFonts w:cs="Arial"/>
                <w:sz w:val="22"/>
              </w:rPr>
            </w:pPr>
            <w:r w:rsidRPr="00BB72C2">
              <w:rPr>
                <w:rFonts w:cs="Arial"/>
                <w:b/>
                <w:color w:val="FFFFFF"/>
                <w:sz w:val="22"/>
              </w:rPr>
              <w:t>Keep the project manageable</w:t>
            </w:r>
          </w:p>
        </w:tc>
        <w:tc>
          <w:tcPr>
            <w:tcW w:w="4968" w:type="dxa"/>
            <w:shd w:val="clear" w:color="auto" w:fill="17365D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67517F6D" w14:textId="77777777" w:rsidR="005967E9" w:rsidRPr="00BB72C2" w:rsidRDefault="00000000">
            <w:pPr>
              <w:spacing w:after="0" w:line="240" w:lineRule="auto"/>
              <w:jc w:val="center"/>
              <w:rPr>
                <w:rFonts w:cs="Arial"/>
                <w:sz w:val="22"/>
              </w:rPr>
            </w:pPr>
            <w:r w:rsidRPr="00BB72C2">
              <w:rPr>
                <w:rFonts w:cs="Arial"/>
                <w:b/>
                <w:color w:val="FFFFFF"/>
                <w:sz w:val="22"/>
              </w:rPr>
              <w:t>Protect public value</w:t>
            </w:r>
          </w:p>
        </w:tc>
      </w:tr>
      <w:tr w:rsidR="005967E9" w:rsidRPr="00BB72C2" w14:paraId="59DDBB87" w14:textId="77777777">
        <w:trPr>
          <w:jc w:val="center"/>
        </w:trPr>
        <w:tc>
          <w:tcPr>
            <w:tcW w:w="49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9148EF2" w14:textId="77777777" w:rsidR="005967E9" w:rsidRPr="00BB72C2" w:rsidRDefault="00000000">
            <w:pPr>
              <w:spacing w:after="0" w:line="240" w:lineRule="auto"/>
              <w:rPr>
                <w:rFonts w:cs="Arial"/>
                <w:sz w:val="22"/>
              </w:rPr>
            </w:pPr>
            <w:r w:rsidRPr="00BB72C2">
              <w:rPr>
                <w:rFonts w:cs="Arial"/>
                <w:sz w:val="22"/>
              </w:rPr>
              <w:t>One workplace challenge; a 90-day horizon; no more than two development priorities.</w:t>
            </w:r>
          </w:p>
        </w:tc>
        <w:tc>
          <w:tcPr>
            <w:tcW w:w="49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4BCCBA9" w14:textId="77777777" w:rsidR="005967E9" w:rsidRPr="00BB72C2" w:rsidRDefault="00000000">
            <w:pPr>
              <w:spacing w:after="0" w:line="240" w:lineRule="auto"/>
              <w:rPr>
                <w:rFonts w:cs="Arial"/>
                <w:sz w:val="22"/>
              </w:rPr>
            </w:pPr>
            <w:r w:rsidRPr="00BB72C2">
              <w:rPr>
                <w:rFonts w:cs="Arial"/>
                <w:sz w:val="22"/>
              </w:rPr>
              <w:t>Act ethically; use authority and resources responsibly; involve affected people.</w:t>
            </w:r>
          </w:p>
        </w:tc>
      </w:tr>
      <w:tr w:rsidR="005967E9" w:rsidRPr="00BB72C2" w14:paraId="1DC214FA" w14:textId="77777777">
        <w:trPr>
          <w:jc w:val="center"/>
        </w:trPr>
        <w:tc>
          <w:tcPr>
            <w:tcW w:w="4968" w:type="dxa"/>
            <w:shd w:val="clear" w:color="auto" w:fill="F5F7F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A701F88" w14:textId="77777777" w:rsidR="005967E9" w:rsidRPr="00BB72C2" w:rsidRDefault="00000000">
            <w:pPr>
              <w:spacing w:after="0" w:line="240" w:lineRule="auto"/>
              <w:rPr>
                <w:rFonts w:cs="Arial"/>
                <w:sz w:val="22"/>
              </w:rPr>
            </w:pPr>
            <w:r w:rsidRPr="00BB72C2">
              <w:rPr>
                <w:rFonts w:cs="Arial"/>
                <w:sz w:val="22"/>
              </w:rPr>
              <w:t>Use existing work wherever possible; do not create a project only for assessment.</w:t>
            </w:r>
          </w:p>
        </w:tc>
        <w:tc>
          <w:tcPr>
            <w:tcW w:w="4968" w:type="dxa"/>
            <w:shd w:val="clear" w:color="auto" w:fill="F5F7F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A76770E" w14:textId="77777777" w:rsidR="005967E9" w:rsidRPr="00BB72C2" w:rsidRDefault="00000000">
            <w:pPr>
              <w:spacing w:after="0" w:line="240" w:lineRule="auto"/>
              <w:rPr>
                <w:rFonts w:cs="Arial"/>
                <w:sz w:val="22"/>
              </w:rPr>
            </w:pPr>
            <w:r w:rsidRPr="00BB72C2">
              <w:rPr>
                <w:rFonts w:cs="Arial"/>
                <w:sz w:val="22"/>
              </w:rPr>
              <w:t>Collect proportionate evidence; protect confidentiality; report limitations honestly.</w:t>
            </w:r>
          </w:p>
        </w:tc>
      </w:tr>
    </w:tbl>
    <w:p w14:paraId="39AB79D6" w14:textId="77777777" w:rsidR="005967E9" w:rsidRPr="00BB72C2" w:rsidRDefault="005967E9">
      <w:pPr>
        <w:spacing w:after="0"/>
        <w:rPr>
          <w:rFonts w:cs="Arial"/>
          <w:sz w:val="22"/>
        </w:rPr>
      </w:pPr>
    </w:p>
    <w:tbl>
      <w:tblPr>
        <w:tblStyle w:val="TableGrid"/>
        <w:tblW w:w="9936" w:type="dxa"/>
        <w:jc w:val="center"/>
        <w:tblLayout w:type="fixed"/>
        <w:tblLook w:val="04A0" w:firstRow="1" w:lastRow="0" w:firstColumn="1" w:lastColumn="0" w:noHBand="0" w:noVBand="1"/>
      </w:tblPr>
      <w:tblGrid>
        <w:gridCol w:w="9936"/>
      </w:tblGrid>
      <w:tr w:rsidR="005967E9" w:rsidRPr="00BB72C2" w14:paraId="4AEBF5B5" w14:textId="77777777">
        <w:trPr>
          <w:jc w:val="center"/>
        </w:trPr>
        <w:tc>
          <w:tcPr>
            <w:tcW w:w="9936" w:type="dxa"/>
            <w:shd w:val="clear" w:color="auto" w:fill="FFF3CD"/>
            <w:tcMar>
              <w:top w:w="105" w:type="dxa"/>
              <w:left w:w="135" w:type="dxa"/>
              <w:bottom w:w="105" w:type="dxa"/>
              <w:right w:w="135" w:type="dxa"/>
            </w:tcMar>
          </w:tcPr>
          <w:p w14:paraId="026DD75E" w14:textId="77777777" w:rsidR="005967E9" w:rsidRPr="00BB72C2" w:rsidRDefault="00000000">
            <w:pPr>
              <w:spacing w:after="0"/>
              <w:rPr>
                <w:rFonts w:cs="Arial"/>
                <w:sz w:val="22"/>
              </w:rPr>
            </w:pPr>
            <w:r w:rsidRPr="00BB72C2">
              <w:rPr>
                <w:rFonts w:cs="Arial"/>
                <w:b/>
                <w:color w:val="17365D"/>
                <w:sz w:val="22"/>
              </w:rPr>
              <w:t xml:space="preserve">SUCCESS STANDARD  </w:t>
            </w:r>
            <w:r w:rsidRPr="00BB72C2">
              <w:rPr>
                <w:rFonts w:cs="Arial"/>
                <w:sz w:val="22"/>
              </w:rPr>
              <w:t>The project must show both action and learning: what changed in the workplace, what the participant did as a leader, and what evidence supports the conclusions.</w:t>
            </w:r>
          </w:p>
        </w:tc>
      </w:tr>
    </w:tbl>
    <w:p w14:paraId="593E0250" w14:textId="77777777" w:rsidR="005967E9" w:rsidRPr="00BB72C2" w:rsidRDefault="005967E9">
      <w:pPr>
        <w:spacing w:after="0"/>
        <w:rPr>
          <w:rFonts w:cs="Arial"/>
        </w:rPr>
      </w:pPr>
    </w:p>
    <w:p w14:paraId="3AEB9493" w14:textId="77777777" w:rsidR="005967E9" w:rsidRPr="00BB72C2" w:rsidRDefault="00000000">
      <w:pPr>
        <w:rPr>
          <w:rFonts w:cs="Arial"/>
        </w:rPr>
      </w:pPr>
      <w:r w:rsidRPr="00BB72C2">
        <w:rPr>
          <w:rFonts w:cs="Arial"/>
        </w:rPr>
        <w:br w:type="page"/>
      </w:r>
    </w:p>
    <w:p w14:paraId="7AAF9940" w14:textId="77777777" w:rsidR="005967E9" w:rsidRPr="00BB72C2" w:rsidRDefault="00000000">
      <w:pPr>
        <w:pStyle w:val="Heading1"/>
        <w:rPr>
          <w:rFonts w:ascii="Arial" w:hAnsi="Arial" w:cs="Arial"/>
        </w:rPr>
      </w:pPr>
      <w:r w:rsidRPr="00BB72C2">
        <w:rPr>
          <w:rFonts w:ascii="Arial" w:hAnsi="Arial" w:cs="Arial"/>
        </w:rPr>
        <w:lastRenderedPageBreak/>
        <w:t>A. Define the Leadership Challenge</w:t>
      </w:r>
    </w:p>
    <w:tbl>
      <w:tblPr>
        <w:tblStyle w:val="TableGrid"/>
        <w:tblW w:w="9936" w:type="dxa"/>
        <w:jc w:val="center"/>
        <w:tblLayout w:type="fixed"/>
        <w:tblLook w:val="04A0" w:firstRow="1" w:lastRow="0" w:firstColumn="1" w:lastColumn="0" w:noHBand="0" w:noVBand="1"/>
      </w:tblPr>
      <w:tblGrid>
        <w:gridCol w:w="2689"/>
        <w:gridCol w:w="7247"/>
      </w:tblGrid>
      <w:tr w:rsidR="005967E9" w:rsidRPr="00BB72C2" w14:paraId="7F21851B" w14:textId="77777777" w:rsidTr="00826C1E">
        <w:trPr>
          <w:jc w:val="center"/>
        </w:trPr>
        <w:tc>
          <w:tcPr>
            <w:tcW w:w="2689" w:type="dxa"/>
            <w:shd w:val="clear" w:color="auto" w:fill="EAF2F8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3D9721E3" w14:textId="77777777" w:rsidR="005967E9" w:rsidRPr="00826C1E" w:rsidRDefault="00000000">
            <w:pPr>
              <w:spacing w:after="0" w:line="240" w:lineRule="auto"/>
              <w:rPr>
                <w:rFonts w:cs="Arial"/>
                <w:sz w:val="22"/>
              </w:rPr>
            </w:pPr>
            <w:r w:rsidRPr="00826C1E">
              <w:rPr>
                <w:rFonts w:cs="Arial"/>
                <w:b/>
                <w:color w:val="17365D"/>
                <w:sz w:val="22"/>
              </w:rPr>
              <w:t>Participant name</w:t>
            </w:r>
          </w:p>
        </w:tc>
        <w:tc>
          <w:tcPr>
            <w:tcW w:w="7247" w:type="dx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69FBE232" w14:textId="7F3C68F2" w:rsidR="005967E9" w:rsidRPr="00834547" w:rsidRDefault="005967E9">
            <w:pPr>
              <w:spacing w:after="0" w:line="240" w:lineRule="auto"/>
              <w:rPr>
                <w:rFonts w:cs="Arial"/>
                <w:color w:val="000000" w:themeColor="text1"/>
                <w:sz w:val="22"/>
              </w:rPr>
            </w:pPr>
          </w:p>
        </w:tc>
      </w:tr>
      <w:tr w:rsidR="005967E9" w:rsidRPr="00BB72C2" w14:paraId="3EBF0132" w14:textId="77777777" w:rsidTr="00826C1E">
        <w:trPr>
          <w:jc w:val="center"/>
        </w:trPr>
        <w:tc>
          <w:tcPr>
            <w:tcW w:w="2689" w:type="dxa"/>
            <w:shd w:val="clear" w:color="auto" w:fill="EAF2F8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43FC610F" w14:textId="77777777" w:rsidR="005967E9" w:rsidRPr="00826C1E" w:rsidRDefault="00000000">
            <w:pPr>
              <w:spacing w:after="0" w:line="240" w:lineRule="auto"/>
              <w:rPr>
                <w:rFonts w:cs="Arial"/>
                <w:sz w:val="22"/>
              </w:rPr>
            </w:pPr>
            <w:r w:rsidRPr="00826C1E">
              <w:rPr>
                <w:rFonts w:cs="Arial"/>
                <w:b/>
                <w:color w:val="17365D"/>
                <w:sz w:val="22"/>
              </w:rPr>
              <w:t>Position / work unit</w:t>
            </w:r>
          </w:p>
        </w:tc>
        <w:tc>
          <w:tcPr>
            <w:tcW w:w="7247" w:type="dx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442446DA" w14:textId="4B92FC88" w:rsidR="005967E9" w:rsidRPr="00834547" w:rsidRDefault="005967E9">
            <w:pPr>
              <w:spacing w:after="0" w:line="240" w:lineRule="auto"/>
              <w:rPr>
                <w:rFonts w:cs="Arial"/>
                <w:color w:val="000000" w:themeColor="text1"/>
                <w:sz w:val="22"/>
              </w:rPr>
            </w:pPr>
          </w:p>
        </w:tc>
      </w:tr>
      <w:tr w:rsidR="005967E9" w:rsidRPr="00BB72C2" w14:paraId="69893919" w14:textId="77777777" w:rsidTr="00826C1E">
        <w:trPr>
          <w:jc w:val="center"/>
        </w:trPr>
        <w:tc>
          <w:tcPr>
            <w:tcW w:w="2689" w:type="dxa"/>
            <w:shd w:val="clear" w:color="auto" w:fill="EAF2F8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409DB980" w14:textId="77777777" w:rsidR="005967E9" w:rsidRPr="00826C1E" w:rsidRDefault="00000000">
            <w:pPr>
              <w:spacing w:after="0" w:line="240" w:lineRule="auto"/>
              <w:rPr>
                <w:rFonts w:cs="Arial"/>
                <w:sz w:val="22"/>
              </w:rPr>
            </w:pPr>
            <w:r w:rsidRPr="00826C1E">
              <w:rPr>
                <w:rFonts w:cs="Arial"/>
                <w:b/>
                <w:color w:val="17365D"/>
                <w:sz w:val="22"/>
              </w:rPr>
              <w:t>Project title</w:t>
            </w:r>
          </w:p>
        </w:tc>
        <w:tc>
          <w:tcPr>
            <w:tcW w:w="7247" w:type="dx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7DE23146" w14:textId="60EEC78B" w:rsidR="005967E9" w:rsidRPr="00834547" w:rsidRDefault="005967E9">
            <w:pPr>
              <w:spacing w:after="0" w:line="240" w:lineRule="auto"/>
              <w:rPr>
                <w:rFonts w:cs="Arial"/>
                <w:color w:val="000000" w:themeColor="text1"/>
                <w:sz w:val="22"/>
              </w:rPr>
            </w:pPr>
          </w:p>
        </w:tc>
      </w:tr>
      <w:tr w:rsidR="005967E9" w:rsidRPr="00BB72C2" w14:paraId="2E355B35" w14:textId="77777777" w:rsidTr="00826C1E">
        <w:trPr>
          <w:jc w:val="center"/>
        </w:trPr>
        <w:tc>
          <w:tcPr>
            <w:tcW w:w="2689" w:type="dxa"/>
            <w:shd w:val="clear" w:color="auto" w:fill="EAF2F8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506058DC" w14:textId="77777777" w:rsidR="005967E9" w:rsidRPr="00826C1E" w:rsidRDefault="00000000">
            <w:pPr>
              <w:spacing w:after="0" w:line="240" w:lineRule="auto"/>
              <w:rPr>
                <w:rFonts w:cs="Arial"/>
                <w:sz w:val="22"/>
              </w:rPr>
            </w:pPr>
            <w:r w:rsidRPr="00826C1E">
              <w:rPr>
                <w:rFonts w:cs="Arial"/>
                <w:b/>
                <w:color w:val="17365D"/>
                <w:sz w:val="22"/>
              </w:rPr>
              <w:t>Project period</w:t>
            </w:r>
          </w:p>
        </w:tc>
        <w:tc>
          <w:tcPr>
            <w:tcW w:w="7247" w:type="dx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1B3DD587" w14:textId="436A0D0B" w:rsidR="005967E9" w:rsidRPr="00834547" w:rsidRDefault="005967E9">
            <w:pPr>
              <w:spacing w:after="0" w:line="240" w:lineRule="auto"/>
              <w:rPr>
                <w:rFonts w:cs="Arial"/>
                <w:color w:val="000000" w:themeColor="text1"/>
                <w:sz w:val="22"/>
              </w:rPr>
            </w:pPr>
          </w:p>
        </w:tc>
      </w:tr>
      <w:tr w:rsidR="005967E9" w:rsidRPr="00BB72C2" w14:paraId="2C7790D5" w14:textId="77777777" w:rsidTr="00826C1E">
        <w:trPr>
          <w:jc w:val="center"/>
        </w:trPr>
        <w:tc>
          <w:tcPr>
            <w:tcW w:w="2689" w:type="dxa"/>
            <w:shd w:val="clear" w:color="auto" w:fill="EAF2F8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4FF8DED0" w14:textId="77777777" w:rsidR="005967E9" w:rsidRPr="00826C1E" w:rsidRDefault="00000000">
            <w:pPr>
              <w:spacing w:after="0" w:line="240" w:lineRule="auto"/>
              <w:rPr>
                <w:rFonts w:cs="Arial"/>
                <w:sz w:val="22"/>
              </w:rPr>
            </w:pPr>
            <w:r w:rsidRPr="00826C1E">
              <w:rPr>
                <w:rFonts w:cs="Arial"/>
                <w:b/>
                <w:color w:val="17365D"/>
                <w:sz w:val="22"/>
              </w:rPr>
              <w:t>Manager / sponsor</w:t>
            </w:r>
          </w:p>
        </w:tc>
        <w:tc>
          <w:tcPr>
            <w:tcW w:w="7247" w:type="dx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1988B43F" w14:textId="568327E6" w:rsidR="005967E9" w:rsidRPr="00834547" w:rsidRDefault="005967E9">
            <w:pPr>
              <w:spacing w:after="0" w:line="240" w:lineRule="auto"/>
              <w:rPr>
                <w:rFonts w:cs="Arial"/>
                <w:color w:val="000000" w:themeColor="text1"/>
                <w:sz w:val="22"/>
              </w:rPr>
            </w:pPr>
          </w:p>
        </w:tc>
      </w:tr>
    </w:tbl>
    <w:p w14:paraId="01FBFAD9" w14:textId="77777777" w:rsidR="005967E9" w:rsidRPr="00826C1E" w:rsidRDefault="005967E9">
      <w:pPr>
        <w:spacing w:after="0"/>
        <w:rPr>
          <w:rFonts w:cs="Arial"/>
          <w:sz w:val="24"/>
          <w:szCs w:val="24"/>
        </w:rPr>
      </w:pPr>
    </w:p>
    <w:p w14:paraId="3AD3048A" w14:textId="77777777" w:rsidR="005967E9" w:rsidRDefault="00000000">
      <w:pPr>
        <w:pStyle w:val="Heading2"/>
        <w:rPr>
          <w:rFonts w:ascii="Arial" w:hAnsi="Arial" w:cs="Arial"/>
          <w:sz w:val="24"/>
          <w:szCs w:val="24"/>
        </w:rPr>
      </w:pPr>
      <w:r w:rsidRPr="00826C1E">
        <w:rPr>
          <w:rFonts w:ascii="Arial" w:hAnsi="Arial" w:cs="Arial"/>
          <w:sz w:val="24"/>
          <w:szCs w:val="24"/>
        </w:rPr>
        <w:t>The challenge and its public value</w:t>
      </w:r>
    </w:p>
    <w:p w14:paraId="6A70FB21" w14:textId="77777777" w:rsidR="00826C1E" w:rsidRPr="00826C1E" w:rsidRDefault="00826C1E" w:rsidP="00826C1E"/>
    <w:tbl>
      <w:tblPr>
        <w:tblStyle w:val="TableGrid"/>
        <w:tblW w:w="9936" w:type="dxa"/>
        <w:jc w:val="center"/>
        <w:tblLayout w:type="fixed"/>
        <w:tblLook w:val="04A0" w:firstRow="1" w:lastRow="0" w:firstColumn="1" w:lastColumn="0" w:noHBand="0" w:noVBand="1"/>
      </w:tblPr>
      <w:tblGrid>
        <w:gridCol w:w="3240"/>
        <w:gridCol w:w="6696"/>
      </w:tblGrid>
      <w:tr w:rsidR="005967E9" w:rsidRPr="00BB72C2" w14:paraId="14F57FD4" w14:textId="77777777" w:rsidTr="00826C1E">
        <w:trPr>
          <w:trHeight w:val="737"/>
          <w:jc w:val="center"/>
        </w:trPr>
        <w:tc>
          <w:tcPr>
            <w:tcW w:w="3240" w:type="dxa"/>
            <w:shd w:val="clear" w:color="auto" w:fill="EAF2F8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4C61F455" w14:textId="77777777" w:rsidR="005967E9" w:rsidRPr="00826C1E" w:rsidRDefault="00000000">
            <w:pPr>
              <w:spacing w:after="0" w:line="240" w:lineRule="auto"/>
              <w:rPr>
                <w:rFonts w:cs="Arial"/>
                <w:sz w:val="22"/>
              </w:rPr>
            </w:pPr>
            <w:r w:rsidRPr="00826C1E">
              <w:rPr>
                <w:rFonts w:cs="Arial"/>
                <w:b/>
                <w:color w:val="17365D"/>
                <w:sz w:val="22"/>
              </w:rPr>
              <w:t>What is happening now?</w:t>
            </w:r>
          </w:p>
        </w:tc>
        <w:tc>
          <w:tcPr>
            <w:tcW w:w="6696" w:type="dx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64E73552" w14:textId="13CB0AF2" w:rsidR="005967E9" w:rsidRPr="00834547" w:rsidRDefault="005967E9">
            <w:pPr>
              <w:spacing w:after="0" w:line="240" w:lineRule="auto"/>
              <w:rPr>
                <w:rFonts w:cs="Arial"/>
                <w:color w:val="000000" w:themeColor="text1"/>
              </w:rPr>
            </w:pPr>
          </w:p>
        </w:tc>
      </w:tr>
      <w:tr w:rsidR="005967E9" w:rsidRPr="00BB72C2" w14:paraId="1F7EB45A" w14:textId="77777777" w:rsidTr="00826C1E">
        <w:trPr>
          <w:trHeight w:val="737"/>
          <w:jc w:val="center"/>
        </w:trPr>
        <w:tc>
          <w:tcPr>
            <w:tcW w:w="3240" w:type="dxa"/>
            <w:shd w:val="clear" w:color="auto" w:fill="EAF2F8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2935B737" w14:textId="77777777" w:rsidR="005967E9" w:rsidRPr="00826C1E" w:rsidRDefault="00000000">
            <w:pPr>
              <w:spacing w:after="0" w:line="240" w:lineRule="auto"/>
              <w:rPr>
                <w:rFonts w:cs="Arial"/>
                <w:sz w:val="22"/>
              </w:rPr>
            </w:pPr>
            <w:r w:rsidRPr="00826C1E">
              <w:rPr>
                <w:rFonts w:cs="Arial"/>
                <w:b/>
                <w:color w:val="17365D"/>
                <w:sz w:val="22"/>
              </w:rPr>
              <w:t>Who is affected?</w:t>
            </w:r>
          </w:p>
        </w:tc>
        <w:tc>
          <w:tcPr>
            <w:tcW w:w="6696" w:type="dx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0CC29299" w14:textId="6F6F9FAE" w:rsidR="005967E9" w:rsidRPr="00834547" w:rsidRDefault="005967E9">
            <w:pPr>
              <w:spacing w:after="0" w:line="240" w:lineRule="auto"/>
              <w:rPr>
                <w:rFonts w:cs="Arial"/>
                <w:color w:val="000000" w:themeColor="text1"/>
              </w:rPr>
            </w:pPr>
          </w:p>
        </w:tc>
      </w:tr>
      <w:tr w:rsidR="005967E9" w:rsidRPr="00BB72C2" w14:paraId="339E240A" w14:textId="77777777" w:rsidTr="00826C1E">
        <w:trPr>
          <w:trHeight w:val="737"/>
          <w:jc w:val="center"/>
        </w:trPr>
        <w:tc>
          <w:tcPr>
            <w:tcW w:w="3240" w:type="dxa"/>
            <w:shd w:val="clear" w:color="auto" w:fill="EAF2F8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5AD9A015" w14:textId="77777777" w:rsidR="005967E9" w:rsidRPr="00826C1E" w:rsidRDefault="00000000">
            <w:pPr>
              <w:spacing w:after="0" w:line="240" w:lineRule="auto"/>
              <w:rPr>
                <w:rFonts w:cs="Arial"/>
                <w:sz w:val="22"/>
              </w:rPr>
            </w:pPr>
            <w:r w:rsidRPr="00826C1E">
              <w:rPr>
                <w:rFonts w:cs="Arial"/>
                <w:b/>
                <w:color w:val="17365D"/>
                <w:sz w:val="22"/>
              </w:rPr>
              <w:t>Why does this matter to the public?</w:t>
            </w:r>
          </w:p>
        </w:tc>
        <w:tc>
          <w:tcPr>
            <w:tcW w:w="6696" w:type="dx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69DF3917" w14:textId="284DD823" w:rsidR="005967E9" w:rsidRPr="00834547" w:rsidRDefault="005967E9">
            <w:pPr>
              <w:spacing w:after="0" w:line="240" w:lineRule="auto"/>
              <w:rPr>
                <w:rFonts w:cs="Arial"/>
                <w:color w:val="000000" w:themeColor="text1"/>
              </w:rPr>
            </w:pPr>
          </w:p>
        </w:tc>
      </w:tr>
      <w:tr w:rsidR="005967E9" w:rsidRPr="00BB72C2" w14:paraId="1B05FFDE" w14:textId="77777777" w:rsidTr="00826C1E">
        <w:trPr>
          <w:trHeight w:val="737"/>
          <w:jc w:val="center"/>
        </w:trPr>
        <w:tc>
          <w:tcPr>
            <w:tcW w:w="3240" w:type="dxa"/>
            <w:shd w:val="clear" w:color="auto" w:fill="EAF2F8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54D950B3" w14:textId="77777777" w:rsidR="005967E9" w:rsidRPr="00826C1E" w:rsidRDefault="00000000">
            <w:pPr>
              <w:spacing w:after="0" w:line="240" w:lineRule="auto"/>
              <w:rPr>
                <w:rFonts w:cs="Arial"/>
                <w:sz w:val="22"/>
              </w:rPr>
            </w:pPr>
            <w:r w:rsidRPr="00826C1E">
              <w:rPr>
                <w:rFonts w:cs="Arial"/>
                <w:b/>
                <w:color w:val="17365D"/>
                <w:sz w:val="22"/>
              </w:rPr>
              <w:t xml:space="preserve">What </w:t>
            </w:r>
            <w:proofErr w:type="gramStart"/>
            <w:r w:rsidRPr="00826C1E">
              <w:rPr>
                <w:rFonts w:cs="Arial"/>
                <w:b/>
                <w:color w:val="17365D"/>
                <w:sz w:val="22"/>
              </w:rPr>
              <w:t>is within</w:t>
            </w:r>
            <w:proofErr w:type="gramEnd"/>
            <w:r w:rsidRPr="00826C1E">
              <w:rPr>
                <w:rFonts w:cs="Arial"/>
                <w:b/>
                <w:color w:val="17365D"/>
                <w:sz w:val="22"/>
              </w:rPr>
              <w:t xml:space="preserve"> my influence?</w:t>
            </w:r>
          </w:p>
        </w:tc>
        <w:tc>
          <w:tcPr>
            <w:tcW w:w="6696" w:type="dx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2FF9BE4B" w14:textId="4D698F5B" w:rsidR="005967E9" w:rsidRPr="00834547" w:rsidRDefault="005967E9">
            <w:pPr>
              <w:spacing w:after="0" w:line="240" w:lineRule="auto"/>
              <w:rPr>
                <w:rFonts w:cs="Arial"/>
                <w:color w:val="000000" w:themeColor="text1"/>
              </w:rPr>
            </w:pPr>
          </w:p>
        </w:tc>
      </w:tr>
      <w:tr w:rsidR="005967E9" w:rsidRPr="00BB72C2" w14:paraId="1EE4CDF4" w14:textId="77777777" w:rsidTr="00826C1E">
        <w:trPr>
          <w:trHeight w:val="737"/>
          <w:jc w:val="center"/>
        </w:trPr>
        <w:tc>
          <w:tcPr>
            <w:tcW w:w="3240" w:type="dxa"/>
            <w:shd w:val="clear" w:color="auto" w:fill="EAF2F8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5035991A" w14:textId="77777777" w:rsidR="005967E9" w:rsidRPr="00826C1E" w:rsidRDefault="00000000">
            <w:pPr>
              <w:spacing w:after="0" w:line="240" w:lineRule="auto"/>
              <w:rPr>
                <w:rFonts w:cs="Arial"/>
                <w:sz w:val="22"/>
              </w:rPr>
            </w:pPr>
            <w:r w:rsidRPr="00826C1E">
              <w:rPr>
                <w:rFonts w:cs="Arial"/>
                <w:b/>
                <w:color w:val="17365D"/>
                <w:sz w:val="22"/>
              </w:rPr>
              <w:t>Important constraints or requirements</w:t>
            </w:r>
          </w:p>
        </w:tc>
        <w:tc>
          <w:tcPr>
            <w:tcW w:w="6696" w:type="dx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333F4FCA" w14:textId="65AD6B53" w:rsidR="005967E9" w:rsidRPr="00834547" w:rsidRDefault="005967E9">
            <w:pPr>
              <w:spacing w:after="0" w:line="240" w:lineRule="auto"/>
              <w:rPr>
                <w:rFonts w:cs="Arial"/>
                <w:color w:val="000000" w:themeColor="text1"/>
              </w:rPr>
            </w:pPr>
          </w:p>
        </w:tc>
      </w:tr>
    </w:tbl>
    <w:p w14:paraId="4ABDCDC0" w14:textId="77777777" w:rsidR="005967E9" w:rsidRPr="00BB72C2" w:rsidRDefault="005967E9">
      <w:pPr>
        <w:spacing w:after="0"/>
        <w:rPr>
          <w:rFonts w:cs="Arial"/>
        </w:rPr>
      </w:pPr>
    </w:p>
    <w:p w14:paraId="6E8B1CDB" w14:textId="77777777" w:rsidR="005967E9" w:rsidRDefault="00000000">
      <w:pPr>
        <w:pStyle w:val="Heading2"/>
        <w:rPr>
          <w:rFonts w:ascii="Arial" w:hAnsi="Arial" w:cs="Arial"/>
          <w:sz w:val="24"/>
          <w:szCs w:val="24"/>
        </w:rPr>
      </w:pPr>
      <w:r w:rsidRPr="00826C1E">
        <w:rPr>
          <w:rFonts w:ascii="Arial" w:hAnsi="Arial" w:cs="Arial"/>
          <w:sz w:val="24"/>
          <w:szCs w:val="24"/>
        </w:rPr>
        <w:t>Starting evidence</w:t>
      </w:r>
    </w:p>
    <w:p w14:paraId="565EE1F6" w14:textId="77777777" w:rsidR="00826C1E" w:rsidRPr="00826C1E" w:rsidRDefault="00826C1E" w:rsidP="00826C1E"/>
    <w:tbl>
      <w:tblPr>
        <w:tblStyle w:val="TableGrid"/>
        <w:tblW w:w="9936" w:type="dxa"/>
        <w:jc w:val="center"/>
        <w:tblLayout w:type="fixed"/>
        <w:tblLook w:val="04A0" w:firstRow="1" w:lastRow="0" w:firstColumn="1" w:lastColumn="0" w:noHBand="0" w:noVBand="1"/>
      </w:tblPr>
      <w:tblGrid>
        <w:gridCol w:w="3240"/>
        <w:gridCol w:w="3816"/>
        <w:gridCol w:w="2880"/>
      </w:tblGrid>
      <w:tr w:rsidR="005967E9" w:rsidRPr="00BB72C2" w14:paraId="453E80E6" w14:textId="77777777">
        <w:trPr>
          <w:tblHeader/>
          <w:jc w:val="center"/>
        </w:trPr>
        <w:tc>
          <w:tcPr>
            <w:tcW w:w="3240" w:type="dxa"/>
            <w:shd w:val="clear" w:color="auto" w:fill="17365D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69DF0327" w14:textId="77777777" w:rsidR="005967E9" w:rsidRPr="00826C1E" w:rsidRDefault="00000000">
            <w:pPr>
              <w:spacing w:after="0" w:line="240" w:lineRule="auto"/>
              <w:jc w:val="center"/>
              <w:rPr>
                <w:rFonts w:cs="Arial"/>
                <w:sz w:val="22"/>
              </w:rPr>
            </w:pPr>
            <w:r w:rsidRPr="00826C1E">
              <w:rPr>
                <w:rFonts w:cs="Arial"/>
                <w:b/>
                <w:color w:val="FFFFFF"/>
                <w:sz w:val="22"/>
              </w:rPr>
              <w:t>Evidence available now</w:t>
            </w:r>
          </w:p>
        </w:tc>
        <w:tc>
          <w:tcPr>
            <w:tcW w:w="3816" w:type="dxa"/>
            <w:shd w:val="clear" w:color="auto" w:fill="17365D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2B88EA47" w14:textId="77777777" w:rsidR="005967E9" w:rsidRPr="00826C1E" w:rsidRDefault="00000000">
            <w:pPr>
              <w:spacing w:after="0" w:line="240" w:lineRule="auto"/>
              <w:jc w:val="center"/>
              <w:rPr>
                <w:rFonts w:cs="Arial"/>
                <w:sz w:val="22"/>
              </w:rPr>
            </w:pPr>
            <w:r w:rsidRPr="00826C1E">
              <w:rPr>
                <w:rFonts w:cs="Arial"/>
                <w:b/>
                <w:color w:val="FFFFFF"/>
                <w:sz w:val="22"/>
              </w:rPr>
              <w:t>What it suggests</w:t>
            </w:r>
          </w:p>
        </w:tc>
        <w:tc>
          <w:tcPr>
            <w:tcW w:w="2880" w:type="dxa"/>
            <w:shd w:val="clear" w:color="auto" w:fill="17365D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3E9069FA" w14:textId="77777777" w:rsidR="005967E9" w:rsidRPr="00826C1E" w:rsidRDefault="00000000">
            <w:pPr>
              <w:spacing w:after="0" w:line="240" w:lineRule="auto"/>
              <w:jc w:val="center"/>
              <w:rPr>
                <w:rFonts w:cs="Arial"/>
                <w:sz w:val="22"/>
              </w:rPr>
            </w:pPr>
            <w:r w:rsidRPr="00826C1E">
              <w:rPr>
                <w:rFonts w:cs="Arial"/>
                <w:b/>
                <w:color w:val="FFFFFF"/>
                <w:sz w:val="22"/>
              </w:rPr>
              <w:t>Important limitation</w:t>
            </w:r>
          </w:p>
        </w:tc>
      </w:tr>
      <w:tr w:rsidR="005967E9" w:rsidRPr="00BB72C2" w14:paraId="0D878E06" w14:textId="77777777">
        <w:trPr>
          <w:jc w:val="center"/>
        </w:trPr>
        <w:tc>
          <w:tcPr>
            <w:tcW w:w="324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9E3D2AC" w14:textId="77777777" w:rsidR="005967E9" w:rsidRPr="00834547" w:rsidRDefault="00000000">
            <w:pPr>
              <w:spacing w:after="0" w:line="240" w:lineRule="auto"/>
              <w:rPr>
                <w:rFonts w:cs="Arial"/>
                <w:color w:val="000000" w:themeColor="text1"/>
                <w:sz w:val="22"/>
              </w:rPr>
            </w:pPr>
            <w:r w:rsidRPr="00834547">
              <w:rPr>
                <w:rFonts w:cs="Arial"/>
                <w:color w:val="000000" w:themeColor="text1"/>
                <w:sz w:val="22"/>
              </w:rPr>
              <w:br/>
            </w:r>
          </w:p>
        </w:tc>
        <w:tc>
          <w:tcPr>
            <w:tcW w:w="381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415BF2B" w14:textId="77777777" w:rsidR="005967E9" w:rsidRPr="00834547" w:rsidRDefault="00000000">
            <w:pPr>
              <w:spacing w:after="0" w:line="240" w:lineRule="auto"/>
              <w:rPr>
                <w:rFonts w:cs="Arial"/>
                <w:color w:val="000000" w:themeColor="text1"/>
                <w:sz w:val="22"/>
              </w:rPr>
            </w:pPr>
            <w:r w:rsidRPr="00834547">
              <w:rPr>
                <w:rFonts w:cs="Arial"/>
                <w:color w:val="000000" w:themeColor="text1"/>
                <w:sz w:val="22"/>
              </w:rPr>
              <w:br/>
            </w:r>
          </w:p>
        </w:tc>
        <w:tc>
          <w:tcPr>
            <w:tcW w:w="288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1538E51" w14:textId="77777777" w:rsidR="005967E9" w:rsidRPr="00834547" w:rsidRDefault="00000000">
            <w:pPr>
              <w:spacing w:after="0" w:line="240" w:lineRule="auto"/>
              <w:rPr>
                <w:rFonts w:cs="Arial"/>
                <w:color w:val="000000" w:themeColor="text1"/>
                <w:sz w:val="22"/>
              </w:rPr>
            </w:pPr>
            <w:r w:rsidRPr="00834547">
              <w:rPr>
                <w:rFonts w:cs="Arial"/>
                <w:color w:val="000000" w:themeColor="text1"/>
                <w:sz w:val="22"/>
              </w:rPr>
              <w:br/>
            </w:r>
          </w:p>
        </w:tc>
      </w:tr>
      <w:tr w:rsidR="005967E9" w:rsidRPr="00BB72C2" w14:paraId="52C90162" w14:textId="77777777">
        <w:trPr>
          <w:jc w:val="center"/>
        </w:trPr>
        <w:tc>
          <w:tcPr>
            <w:tcW w:w="3240" w:type="dxa"/>
            <w:shd w:val="clear" w:color="auto" w:fill="F5F7F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460326E" w14:textId="77777777" w:rsidR="005967E9" w:rsidRPr="00834547" w:rsidRDefault="00000000">
            <w:pPr>
              <w:spacing w:after="0" w:line="240" w:lineRule="auto"/>
              <w:rPr>
                <w:rFonts w:cs="Arial"/>
                <w:color w:val="000000" w:themeColor="text1"/>
                <w:sz w:val="22"/>
              </w:rPr>
            </w:pPr>
            <w:r w:rsidRPr="00834547">
              <w:rPr>
                <w:rFonts w:cs="Arial"/>
                <w:color w:val="000000" w:themeColor="text1"/>
                <w:sz w:val="22"/>
              </w:rPr>
              <w:br/>
            </w:r>
          </w:p>
        </w:tc>
        <w:tc>
          <w:tcPr>
            <w:tcW w:w="3816" w:type="dxa"/>
            <w:shd w:val="clear" w:color="auto" w:fill="F5F7F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97B6CEC" w14:textId="77777777" w:rsidR="005967E9" w:rsidRPr="00834547" w:rsidRDefault="00000000">
            <w:pPr>
              <w:spacing w:after="0" w:line="240" w:lineRule="auto"/>
              <w:rPr>
                <w:rFonts w:cs="Arial"/>
                <w:color w:val="000000" w:themeColor="text1"/>
                <w:sz w:val="22"/>
              </w:rPr>
            </w:pPr>
            <w:r w:rsidRPr="00834547">
              <w:rPr>
                <w:rFonts w:cs="Arial"/>
                <w:color w:val="000000" w:themeColor="text1"/>
                <w:sz w:val="22"/>
              </w:rPr>
              <w:br/>
            </w:r>
          </w:p>
        </w:tc>
        <w:tc>
          <w:tcPr>
            <w:tcW w:w="2880" w:type="dxa"/>
            <w:shd w:val="clear" w:color="auto" w:fill="F5F7F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F0E4DBC" w14:textId="77777777" w:rsidR="005967E9" w:rsidRPr="00834547" w:rsidRDefault="00000000">
            <w:pPr>
              <w:spacing w:after="0" w:line="240" w:lineRule="auto"/>
              <w:rPr>
                <w:rFonts w:cs="Arial"/>
                <w:color w:val="000000" w:themeColor="text1"/>
                <w:sz w:val="22"/>
              </w:rPr>
            </w:pPr>
            <w:r w:rsidRPr="00834547">
              <w:rPr>
                <w:rFonts w:cs="Arial"/>
                <w:color w:val="000000" w:themeColor="text1"/>
                <w:sz w:val="22"/>
              </w:rPr>
              <w:br/>
            </w:r>
          </w:p>
        </w:tc>
      </w:tr>
      <w:tr w:rsidR="005967E9" w:rsidRPr="00BB72C2" w14:paraId="19CCEC58" w14:textId="77777777">
        <w:trPr>
          <w:jc w:val="center"/>
        </w:trPr>
        <w:tc>
          <w:tcPr>
            <w:tcW w:w="324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446EF83" w14:textId="77777777" w:rsidR="005967E9" w:rsidRPr="00834547" w:rsidRDefault="00000000">
            <w:pPr>
              <w:spacing w:after="0" w:line="240" w:lineRule="auto"/>
              <w:rPr>
                <w:rFonts w:cs="Arial"/>
                <w:color w:val="000000" w:themeColor="text1"/>
                <w:sz w:val="22"/>
              </w:rPr>
            </w:pPr>
            <w:r w:rsidRPr="00834547">
              <w:rPr>
                <w:rFonts w:cs="Arial"/>
                <w:color w:val="000000" w:themeColor="text1"/>
                <w:sz w:val="22"/>
              </w:rPr>
              <w:br/>
            </w:r>
          </w:p>
        </w:tc>
        <w:tc>
          <w:tcPr>
            <w:tcW w:w="381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05F1F13" w14:textId="77777777" w:rsidR="005967E9" w:rsidRPr="00834547" w:rsidRDefault="00000000">
            <w:pPr>
              <w:spacing w:after="0" w:line="240" w:lineRule="auto"/>
              <w:rPr>
                <w:rFonts w:cs="Arial"/>
                <w:color w:val="000000" w:themeColor="text1"/>
                <w:sz w:val="22"/>
              </w:rPr>
            </w:pPr>
            <w:r w:rsidRPr="00834547">
              <w:rPr>
                <w:rFonts w:cs="Arial"/>
                <w:color w:val="000000" w:themeColor="text1"/>
                <w:sz w:val="22"/>
              </w:rPr>
              <w:br/>
            </w:r>
          </w:p>
        </w:tc>
        <w:tc>
          <w:tcPr>
            <w:tcW w:w="288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C37F55E" w14:textId="77777777" w:rsidR="005967E9" w:rsidRPr="00834547" w:rsidRDefault="00000000">
            <w:pPr>
              <w:spacing w:after="0" w:line="240" w:lineRule="auto"/>
              <w:rPr>
                <w:rFonts w:cs="Arial"/>
                <w:color w:val="000000" w:themeColor="text1"/>
                <w:sz w:val="22"/>
              </w:rPr>
            </w:pPr>
            <w:r w:rsidRPr="00834547">
              <w:rPr>
                <w:rFonts w:cs="Arial"/>
                <w:color w:val="000000" w:themeColor="text1"/>
                <w:sz w:val="22"/>
              </w:rPr>
              <w:br/>
            </w:r>
          </w:p>
        </w:tc>
      </w:tr>
    </w:tbl>
    <w:p w14:paraId="6593B399" w14:textId="77777777" w:rsidR="005967E9" w:rsidRPr="00BB72C2" w:rsidRDefault="005967E9">
      <w:pPr>
        <w:spacing w:after="0"/>
        <w:rPr>
          <w:rFonts w:cs="Arial"/>
        </w:rPr>
      </w:pPr>
    </w:p>
    <w:tbl>
      <w:tblPr>
        <w:tblStyle w:val="TableGrid"/>
        <w:tblW w:w="9936" w:type="dxa"/>
        <w:jc w:val="center"/>
        <w:tblLayout w:type="fixed"/>
        <w:tblLook w:val="04A0" w:firstRow="1" w:lastRow="0" w:firstColumn="1" w:lastColumn="0" w:noHBand="0" w:noVBand="1"/>
      </w:tblPr>
      <w:tblGrid>
        <w:gridCol w:w="9936"/>
      </w:tblGrid>
      <w:tr w:rsidR="005967E9" w:rsidRPr="00BB72C2" w14:paraId="237F2BF9" w14:textId="77777777">
        <w:trPr>
          <w:jc w:val="center"/>
        </w:trPr>
        <w:tc>
          <w:tcPr>
            <w:tcW w:w="9936" w:type="dxa"/>
            <w:shd w:val="clear" w:color="auto" w:fill="EAF2F8"/>
            <w:tcMar>
              <w:top w:w="105" w:type="dxa"/>
              <w:left w:w="135" w:type="dxa"/>
              <w:bottom w:w="105" w:type="dxa"/>
              <w:right w:w="135" w:type="dxa"/>
            </w:tcMar>
          </w:tcPr>
          <w:p w14:paraId="6E5DE74B" w14:textId="77777777" w:rsidR="005967E9" w:rsidRPr="00826C1E" w:rsidRDefault="00000000">
            <w:pPr>
              <w:spacing w:after="0"/>
              <w:rPr>
                <w:rFonts w:cs="Arial"/>
                <w:sz w:val="22"/>
              </w:rPr>
            </w:pPr>
            <w:r w:rsidRPr="00826C1E">
              <w:rPr>
                <w:rFonts w:cs="Arial"/>
                <w:b/>
                <w:color w:val="17365D"/>
                <w:sz w:val="22"/>
              </w:rPr>
              <w:t xml:space="preserve">CHALLENGE TEST </w:t>
            </w:r>
            <w:r w:rsidRPr="00834547">
              <w:rPr>
                <w:rFonts w:cs="Arial"/>
                <w:b/>
                <w:color w:val="000000" w:themeColor="text1"/>
                <w:sz w:val="22"/>
              </w:rPr>
              <w:t xml:space="preserve"> </w:t>
            </w:r>
            <w:r w:rsidRPr="00834547">
              <w:rPr>
                <w:rFonts w:cs="Arial"/>
                <w:color w:val="000000" w:themeColor="text1"/>
                <w:sz w:val="22"/>
              </w:rPr>
              <w:t>The challenge is real, relevant to the participant’s role, small enough to influence within 90 days, and important enough to require leadership—not only routine administration.</w:t>
            </w:r>
          </w:p>
        </w:tc>
      </w:tr>
    </w:tbl>
    <w:p w14:paraId="60C6AF85" w14:textId="77777777" w:rsidR="005967E9" w:rsidRPr="00BB72C2" w:rsidRDefault="005967E9">
      <w:pPr>
        <w:spacing w:after="0"/>
        <w:rPr>
          <w:rFonts w:cs="Arial"/>
        </w:rPr>
      </w:pPr>
    </w:p>
    <w:p w14:paraId="414866C5" w14:textId="77777777" w:rsidR="005967E9" w:rsidRPr="00BB72C2" w:rsidRDefault="00000000">
      <w:pPr>
        <w:rPr>
          <w:rFonts w:cs="Arial"/>
        </w:rPr>
      </w:pPr>
      <w:r w:rsidRPr="00BB72C2">
        <w:rPr>
          <w:rFonts w:cs="Arial"/>
        </w:rPr>
        <w:br w:type="page"/>
      </w:r>
    </w:p>
    <w:p w14:paraId="119B6B29" w14:textId="77777777" w:rsidR="005967E9" w:rsidRPr="00BB72C2" w:rsidRDefault="00000000">
      <w:pPr>
        <w:pStyle w:val="Heading1"/>
        <w:rPr>
          <w:rFonts w:ascii="Arial" w:hAnsi="Arial" w:cs="Arial"/>
        </w:rPr>
      </w:pPr>
      <w:r w:rsidRPr="00BB72C2">
        <w:rPr>
          <w:rFonts w:ascii="Arial" w:hAnsi="Arial" w:cs="Arial"/>
        </w:rPr>
        <w:lastRenderedPageBreak/>
        <w:t>B. Define the Intended Change</w:t>
      </w:r>
    </w:p>
    <w:tbl>
      <w:tblPr>
        <w:tblStyle w:val="TableGrid"/>
        <w:tblW w:w="9936" w:type="dxa"/>
        <w:jc w:val="center"/>
        <w:tblLayout w:type="fixed"/>
        <w:tblLook w:val="04A0" w:firstRow="1" w:lastRow="0" w:firstColumn="1" w:lastColumn="0" w:noHBand="0" w:noVBand="1"/>
      </w:tblPr>
      <w:tblGrid>
        <w:gridCol w:w="3312"/>
        <w:gridCol w:w="6624"/>
      </w:tblGrid>
      <w:tr w:rsidR="005967E9" w:rsidRPr="00BB72C2" w14:paraId="4576388C" w14:textId="77777777" w:rsidTr="00AB3890">
        <w:trPr>
          <w:trHeight w:val="737"/>
          <w:jc w:val="center"/>
        </w:trPr>
        <w:tc>
          <w:tcPr>
            <w:tcW w:w="3311" w:type="dxa"/>
            <w:shd w:val="clear" w:color="auto" w:fill="EAF2F8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126AC456" w14:textId="77777777" w:rsidR="005967E9" w:rsidRPr="00AB3890" w:rsidRDefault="00000000">
            <w:pPr>
              <w:spacing w:after="0" w:line="240" w:lineRule="auto"/>
              <w:rPr>
                <w:rFonts w:cs="Arial"/>
                <w:sz w:val="22"/>
              </w:rPr>
            </w:pPr>
            <w:r w:rsidRPr="00AB3890">
              <w:rPr>
                <w:rFonts w:cs="Arial"/>
                <w:b/>
                <w:color w:val="17365D"/>
                <w:sz w:val="22"/>
              </w:rPr>
              <w:t>Desired workplace result</w:t>
            </w:r>
          </w:p>
        </w:tc>
        <w:tc>
          <w:tcPr>
            <w:tcW w:w="6623" w:type="dx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24FAD2D0" w14:textId="3382C36E" w:rsidR="005967E9" w:rsidRPr="00AB3890" w:rsidRDefault="005967E9">
            <w:pPr>
              <w:spacing w:after="0" w:line="240" w:lineRule="auto"/>
              <w:rPr>
                <w:rFonts w:cs="Arial"/>
                <w:sz w:val="22"/>
              </w:rPr>
            </w:pPr>
          </w:p>
        </w:tc>
      </w:tr>
      <w:tr w:rsidR="005967E9" w:rsidRPr="00BB72C2" w14:paraId="777EB2C4" w14:textId="77777777" w:rsidTr="00AB3890">
        <w:trPr>
          <w:trHeight w:val="737"/>
          <w:jc w:val="center"/>
        </w:trPr>
        <w:tc>
          <w:tcPr>
            <w:tcW w:w="3311" w:type="dxa"/>
            <w:shd w:val="clear" w:color="auto" w:fill="EAF2F8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63643B88" w14:textId="77777777" w:rsidR="005967E9" w:rsidRPr="00AB3890" w:rsidRDefault="00000000">
            <w:pPr>
              <w:spacing w:after="0" w:line="240" w:lineRule="auto"/>
              <w:rPr>
                <w:rFonts w:cs="Arial"/>
                <w:sz w:val="22"/>
              </w:rPr>
            </w:pPr>
            <w:r w:rsidRPr="00AB3890">
              <w:rPr>
                <w:rFonts w:cs="Arial"/>
                <w:b/>
                <w:color w:val="17365D"/>
                <w:sz w:val="22"/>
              </w:rPr>
              <w:t>Public value expected</w:t>
            </w:r>
          </w:p>
        </w:tc>
        <w:tc>
          <w:tcPr>
            <w:tcW w:w="6623" w:type="dx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174CC718" w14:textId="3A901280" w:rsidR="005967E9" w:rsidRPr="00AB3890" w:rsidRDefault="005967E9">
            <w:pPr>
              <w:spacing w:after="0" w:line="240" w:lineRule="auto"/>
              <w:rPr>
                <w:rFonts w:cs="Arial"/>
                <w:sz w:val="22"/>
              </w:rPr>
            </w:pPr>
          </w:p>
        </w:tc>
      </w:tr>
      <w:tr w:rsidR="005967E9" w:rsidRPr="00BB72C2" w14:paraId="45B449F0" w14:textId="77777777" w:rsidTr="00AB3890">
        <w:trPr>
          <w:trHeight w:val="737"/>
          <w:jc w:val="center"/>
        </w:trPr>
        <w:tc>
          <w:tcPr>
            <w:tcW w:w="3311" w:type="dxa"/>
            <w:shd w:val="clear" w:color="auto" w:fill="EAF2F8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529CFB3E" w14:textId="77777777" w:rsidR="005967E9" w:rsidRPr="00AB3890" w:rsidRDefault="00000000">
            <w:pPr>
              <w:spacing w:after="0" w:line="240" w:lineRule="auto"/>
              <w:rPr>
                <w:rFonts w:cs="Arial"/>
                <w:sz w:val="22"/>
              </w:rPr>
            </w:pPr>
            <w:r w:rsidRPr="00AB3890">
              <w:rPr>
                <w:rFonts w:cs="Arial"/>
                <w:b/>
                <w:color w:val="17365D"/>
                <w:sz w:val="22"/>
              </w:rPr>
              <w:t>What will be different after 90 days?</w:t>
            </w:r>
          </w:p>
        </w:tc>
        <w:tc>
          <w:tcPr>
            <w:tcW w:w="6623" w:type="dx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6B5F650B" w14:textId="4422938A" w:rsidR="005967E9" w:rsidRPr="00AB3890" w:rsidRDefault="005967E9">
            <w:pPr>
              <w:spacing w:after="0" w:line="240" w:lineRule="auto"/>
              <w:rPr>
                <w:rFonts w:cs="Arial"/>
                <w:sz w:val="22"/>
              </w:rPr>
            </w:pPr>
          </w:p>
        </w:tc>
      </w:tr>
      <w:tr w:rsidR="005967E9" w:rsidRPr="00BB72C2" w14:paraId="6EA5277C" w14:textId="77777777" w:rsidTr="00AB3890">
        <w:trPr>
          <w:trHeight w:val="737"/>
          <w:jc w:val="center"/>
        </w:trPr>
        <w:tc>
          <w:tcPr>
            <w:tcW w:w="3311" w:type="dxa"/>
            <w:shd w:val="clear" w:color="auto" w:fill="EAF2F8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3085483E" w14:textId="77777777" w:rsidR="005967E9" w:rsidRPr="00AB3890" w:rsidRDefault="00000000">
            <w:pPr>
              <w:spacing w:after="0" w:line="240" w:lineRule="auto"/>
              <w:rPr>
                <w:rFonts w:cs="Arial"/>
                <w:sz w:val="22"/>
              </w:rPr>
            </w:pPr>
            <w:r w:rsidRPr="00AB3890">
              <w:rPr>
                <w:rFonts w:cs="Arial"/>
                <w:b/>
                <w:color w:val="17365D"/>
                <w:sz w:val="22"/>
              </w:rPr>
              <w:t>What is outside the project scope?</w:t>
            </w:r>
          </w:p>
        </w:tc>
        <w:tc>
          <w:tcPr>
            <w:tcW w:w="6623" w:type="dx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04313404" w14:textId="7D82E334" w:rsidR="005967E9" w:rsidRPr="00AB3890" w:rsidRDefault="005967E9">
            <w:pPr>
              <w:spacing w:after="0" w:line="240" w:lineRule="auto"/>
              <w:rPr>
                <w:rFonts w:cs="Arial"/>
                <w:sz w:val="22"/>
              </w:rPr>
            </w:pPr>
          </w:p>
        </w:tc>
      </w:tr>
    </w:tbl>
    <w:p w14:paraId="50E8BC6D" w14:textId="77777777" w:rsidR="005967E9" w:rsidRPr="00BB72C2" w:rsidRDefault="005967E9">
      <w:pPr>
        <w:spacing w:after="0"/>
        <w:rPr>
          <w:rFonts w:cs="Arial"/>
        </w:rPr>
      </w:pPr>
    </w:p>
    <w:p w14:paraId="0B918F85" w14:textId="77777777" w:rsidR="005967E9" w:rsidRPr="00D865C2" w:rsidRDefault="00000000">
      <w:pPr>
        <w:pStyle w:val="Heading2"/>
        <w:rPr>
          <w:rFonts w:ascii="Arial" w:hAnsi="Arial" w:cs="Arial"/>
          <w:sz w:val="24"/>
          <w:szCs w:val="24"/>
        </w:rPr>
      </w:pPr>
      <w:r w:rsidRPr="00D865C2">
        <w:rPr>
          <w:rFonts w:ascii="Arial" w:hAnsi="Arial" w:cs="Arial"/>
          <w:sz w:val="24"/>
          <w:szCs w:val="24"/>
        </w:rPr>
        <w:t>Leadership development outcomes</w:t>
      </w:r>
    </w:p>
    <w:p w14:paraId="6A3BA6B3" w14:textId="77777777" w:rsidR="005967E9" w:rsidRPr="00D865C2" w:rsidRDefault="00000000">
      <w:pPr>
        <w:rPr>
          <w:rFonts w:cs="Arial"/>
          <w:sz w:val="24"/>
          <w:szCs w:val="24"/>
        </w:rPr>
      </w:pPr>
      <w:r w:rsidRPr="00D865C2">
        <w:rPr>
          <w:rFonts w:cs="Arial"/>
          <w:sz w:val="24"/>
          <w:szCs w:val="24"/>
        </w:rPr>
        <w:t>Use the final priorities from LDR-03. Select only the behaviours that are necessary to lead this project well.</w:t>
      </w:r>
    </w:p>
    <w:tbl>
      <w:tblPr>
        <w:tblStyle w:val="TableGrid"/>
        <w:tblW w:w="9936" w:type="dxa"/>
        <w:jc w:val="center"/>
        <w:tblLayout w:type="fixed"/>
        <w:tblLook w:val="04A0" w:firstRow="1" w:lastRow="0" w:firstColumn="1" w:lastColumn="0" w:noHBand="0" w:noVBand="1"/>
      </w:tblPr>
      <w:tblGrid>
        <w:gridCol w:w="988"/>
        <w:gridCol w:w="3260"/>
        <w:gridCol w:w="2664"/>
        <w:gridCol w:w="3024"/>
      </w:tblGrid>
      <w:tr w:rsidR="005967E9" w:rsidRPr="00BB72C2" w14:paraId="3C3C3F94" w14:textId="77777777" w:rsidTr="00D865C2">
        <w:trPr>
          <w:tblHeader/>
          <w:jc w:val="center"/>
        </w:trPr>
        <w:tc>
          <w:tcPr>
            <w:tcW w:w="988" w:type="dxa"/>
            <w:shd w:val="clear" w:color="auto" w:fill="17365D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0D770283" w14:textId="77777777" w:rsidR="005967E9" w:rsidRPr="00D865C2" w:rsidRDefault="00000000">
            <w:pPr>
              <w:spacing w:after="0" w:line="240" w:lineRule="auto"/>
              <w:jc w:val="center"/>
              <w:rPr>
                <w:rFonts w:cs="Arial"/>
                <w:sz w:val="22"/>
              </w:rPr>
            </w:pPr>
            <w:r w:rsidRPr="00D865C2">
              <w:rPr>
                <w:rFonts w:cs="Arial"/>
                <w:b/>
                <w:color w:val="FFFFFF"/>
                <w:sz w:val="22"/>
              </w:rPr>
              <w:t>Priority</w:t>
            </w:r>
          </w:p>
        </w:tc>
        <w:tc>
          <w:tcPr>
            <w:tcW w:w="3260" w:type="dxa"/>
            <w:shd w:val="clear" w:color="auto" w:fill="17365D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29A81B21" w14:textId="77777777" w:rsidR="005967E9" w:rsidRPr="00D865C2" w:rsidRDefault="00000000">
            <w:pPr>
              <w:spacing w:after="0" w:line="240" w:lineRule="auto"/>
              <w:jc w:val="center"/>
              <w:rPr>
                <w:rFonts w:cs="Arial"/>
                <w:sz w:val="22"/>
              </w:rPr>
            </w:pPr>
            <w:r w:rsidRPr="00D865C2">
              <w:rPr>
                <w:rFonts w:cs="Arial"/>
                <w:b/>
                <w:color w:val="FFFFFF"/>
                <w:sz w:val="22"/>
              </w:rPr>
              <w:t>Leadership behaviour to practise</w:t>
            </w:r>
          </w:p>
        </w:tc>
        <w:tc>
          <w:tcPr>
            <w:tcW w:w="2664" w:type="dxa"/>
            <w:shd w:val="clear" w:color="auto" w:fill="17365D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31259C07" w14:textId="77777777" w:rsidR="005967E9" w:rsidRPr="00D865C2" w:rsidRDefault="00000000">
            <w:pPr>
              <w:spacing w:after="0" w:line="240" w:lineRule="auto"/>
              <w:jc w:val="center"/>
              <w:rPr>
                <w:rFonts w:cs="Arial"/>
                <w:sz w:val="22"/>
              </w:rPr>
            </w:pPr>
            <w:r w:rsidRPr="00D865C2">
              <w:rPr>
                <w:rFonts w:cs="Arial"/>
                <w:b/>
                <w:color w:val="FFFFFF"/>
                <w:sz w:val="22"/>
              </w:rPr>
              <w:t>Relevant competency</w:t>
            </w:r>
          </w:p>
        </w:tc>
        <w:tc>
          <w:tcPr>
            <w:tcW w:w="3024" w:type="dxa"/>
            <w:shd w:val="clear" w:color="auto" w:fill="17365D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0ADF869F" w14:textId="77777777" w:rsidR="005967E9" w:rsidRPr="00D865C2" w:rsidRDefault="00000000">
            <w:pPr>
              <w:spacing w:after="0" w:line="240" w:lineRule="auto"/>
              <w:jc w:val="center"/>
              <w:rPr>
                <w:rFonts w:cs="Arial"/>
                <w:sz w:val="22"/>
              </w:rPr>
            </w:pPr>
            <w:r w:rsidRPr="00D865C2">
              <w:rPr>
                <w:rFonts w:cs="Arial"/>
                <w:b/>
                <w:color w:val="FFFFFF"/>
                <w:sz w:val="22"/>
              </w:rPr>
              <w:t>Evidence of improvement</w:t>
            </w:r>
          </w:p>
        </w:tc>
      </w:tr>
      <w:tr w:rsidR="005967E9" w:rsidRPr="00BB72C2" w14:paraId="7A116553" w14:textId="77777777" w:rsidTr="00D865C2">
        <w:trPr>
          <w:jc w:val="center"/>
        </w:trPr>
        <w:tc>
          <w:tcPr>
            <w:tcW w:w="98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E5FE4FC" w14:textId="77777777" w:rsidR="005967E9" w:rsidRPr="00834547" w:rsidRDefault="00000000">
            <w:pPr>
              <w:spacing w:after="0" w:line="240" w:lineRule="auto"/>
              <w:jc w:val="center"/>
              <w:rPr>
                <w:rFonts w:cs="Arial"/>
                <w:color w:val="000000" w:themeColor="text1"/>
                <w:sz w:val="22"/>
              </w:rPr>
            </w:pPr>
            <w:r w:rsidRPr="00834547">
              <w:rPr>
                <w:rFonts w:cs="Arial"/>
                <w:color w:val="000000" w:themeColor="text1"/>
                <w:sz w:val="22"/>
              </w:rPr>
              <w:t>1.</w:t>
            </w:r>
          </w:p>
        </w:tc>
        <w:tc>
          <w:tcPr>
            <w:tcW w:w="326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FE077AD" w14:textId="77777777" w:rsidR="005967E9" w:rsidRPr="00834547" w:rsidRDefault="00000000">
            <w:pPr>
              <w:spacing w:after="0" w:line="240" w:lineRule="auto"/>
              <w:rPr>
                <w:rFonts w:cs="Arial"/>
                <w:color w:val="000000" w:themeColor="text1"/>
                <w:sz w:val="22"/>
              </w:rPr>
            </w:pPr>
            <w:r w:rsidRPr="00834547">
              <w:rPr>
                <w:rFonts w:cs="Arial"/>
                <w:color w:val="000000" w:themeColor="text1"/>
                <w:sz w:val="22"/>
              </w:rPr>
              <w:br/>
            </w:r>
          </w:p>
        </w:tc>
        <w:tc>
          <w:tcPr>
            <w:tcW w:w="266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15C29DA" w14:textId="77777777" w:rsidR="005967E9" w:rsidRPr="00834547" w:rsidRDefault="00000000">
            <w:pPr>
              <w:spacing w:after="0" w:line="240" w:lineRule="auto"/>
              <w:rPr>
                <w:rFonts w:cs="Arial"/>
                <w:color w:val="000000" w:themeColor="text1"/>
                <w:sz w:val="22"/>
              </w:rPr>
            </w:pPr>
            <w:r w:rsidRPr="00834547">
              <w:rPr>
                <w:rFonts w:cs="Arial"/>
                <w:color w:val="000000" w:themeColor="text1"/>
                <w:sz w:val="22"/>
              </w:rPr>
              <w:br/>
            </w:r>
          </w:p>
        </w:tc>
        <w:tc>
          <w:tcPr>
            <w:tcW w:w="302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7BE495E" w14:textId="77777777" w:rsidR="005967E9" w:rsidRPr="00834547" w:rsidRDefault="00000000">
            <w:pPr>
              <w:spacing w:after="0" w:line="240" w:lineRule="auto"/>
              <w:rPr>
                <w:rFonts w:cs="Arial"/>
                <w:color w:val="000000" w:themeColor="text1"/>
                <w:sz w:val="22"/>
              </w:rPr>
            </w:pPr>
            <w:r w:rsidRPr="00834547">
              <w:rPr>
                <w:rFonts w:cs="Arial"/>
                <w:color w:val="000000" w:themeColor="text1"/>
                <w:sz w:val="22"/>
              </w:rPr>
              <w:br/>
            </w:r>
          </w:p>
        </w:tc>
      </w:tr>
      <w:tr w:rsidR="005967E9" w:rsidRPr="00BB72C2" w14:paraId="5A34C00F" w14:textId="77777777" w:rsidTr="00D865C2">
        <w:trPr>
          <w:jc w:val="center"/>
        </w:trPr>
        <w:tc>
          <w:tcPr>
            <w:tcW w:w="988" w:type="dxa"/>
            <w:shd w:val="clear" w:color="auto" w:fill="F5F7F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8691A9D" w14:textId="77777777" w:rsidR="005967E9" w:rsidRPr="00834547" w:rsidRDefault="00000000">
            <w:pPr>
              <w:spacing w:after="0" w:line="240" w:lineRule="auto"/>
              <w:jc w:val="center"/>
              <w:rPr>
                <w:rFonts w:cs="Arial"/>
                <w:color w:val="000000" w:themeColor="text1"/>
                <w:sz w:val="22"/>
              </w:rPr>
            </w:pPr>
            <w:r w:rsidRPr="00834547">
              <w:rPr>
                <w:rFonts w:cs="Arial"/>
                <w:color w:val="000000" w:themeColor="text1"/>
                <w:sz w:val="22"/>
              </w:rPr>
              <w:t>2.</w:t>
            </w:r>
          </w:p>
        </w:tc>
        <w:tc>
          <w:tcPr>
            <w:tcW w:w="3260" w:type="dxa"/>
            <w:shd w:val="clear" w:color="auto" w:fill="F5F7F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32EBD72" w14:textId="77777777" w:rsidR="005967E9" w:rsidRPr="00834547" w:rsidRDefault="00000000">
            <w:pPr>
              <w:spacing w:after="0" w:line="240" w:lineRule="auto"/>
              <w:rPr>
                <w:rFonts w:cs="Arial"/>
                <w:color w:val="000000" w:themeColor="text1"/>
                <w:sz w:val="22"/>
              </w:rPr>
            </w:pPr>
            <w:r w:rsidRPr="00834547">
              <w:rPr>
                <w:rFonts w:cs="Arial"/>
                <w:color w:val="000000" w:themeColor="text1"/>
                <w:sz w:val="22"/>
              </w:rPr>
              <w:br/>
            </w:r>
          </w:p>
        </w:tc>
        <w:tc>
          <w:tcPr>
            <w:tcW w:w="2664" w:type="dxa"/>
            <w:shd w:val="clear" w:color="auto" w:fill="F5F7F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3269208" w14:textId="77777777" w:rsidR="005967E9" w:rsidRPr="00834547" w:rsidRDefault="00000000">
            <w:pPr>
              <w:spacing w:after="0" w:line="240" w:lineRule="auto"/>
              <w:rPr>
                <w:rFonts w:cs="Arial"/>
                <w:color w:val="000000" w:themeColor="text1"/>
                <w:sz w:val="22"/>
              </w:rPr>
            </w:pPr>
            <w:r w:rsidRPr="00834547">
              <w:rPr>
                <w:rFonts w:cs="Arial"/>
                <w:color w:val="000000" w:themeColor="text1"/>
                <w:sz w:val="22"/>
              </w:rPr>
              <w:br/>
            </w:r>
          </w:p>
        </w:tc>
        <w:tc>
          <w:tcPr>
            <w:tcW w:w="3024" w:type="dxa"/>
            <w:shd w:val="clear" w:color="auto" w:fill="F5F7F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9BD3205" w14:textId="77777777" w:rsidR="005967E9" w:rsidRPr="00834547" w:rsidRDefault="00000000">
            <w:pPr>
              <w:spacing w:after="0" w:line="240" w:lineRule="auto"/>
              <w:rPr>
                <w:rFonts w:cs="Arial"/>
                <w:color w:val="000000" w:themeColor="text1"/>
                <w:sz w:val="22"/>
              </w:rPr>
            </w:pPr>
            <w:r w:rsidRPr="00834547">
              <w:rPr>
                <w:rFonts w:cs="Arial"/>
                <w:color w:val="000000" w:themeColor="text1"/>
                <w:sz w:val="22"/>
              </w:rPr>
              <w:br/>
            </w:r>
          </w:p>
        </w:tc>
      </w:tr>
    </w:tbl>
    <w:p w14:paraId="34B8DBE9" w14:textId="77777777" w:rsidR="005967E9" w:rsidRPr="00BB72C2" w:rsidRDefault="005967E9">
      <w:pPr>
        <w:spacing w:after="0"/>
        <w:rPr>
          <w:rFonts w:cs="Arial"/>
        </w:rPr>
      </w:pPr>
    </w:p>
    <w:p w14:paraId="32D95908" w14:textId="77777777" w:rsidR="005967E9" w:rsidRDefault="00000000">
      <w:pPr>
        <w:pStyle w:val="Heading2"/>
        <w:rPr>
          <w:rFonts w:ascii="Arial" w:hAnsi="Arial" w:cs="Arial"/>
          <w:sz w:val="24"/>
          <w:szCs w:val="24"/>
        </w:rPr>
      </w:pPr>
      <w:r w:rsidRPr="00D865C2">
        <w:rPr>
          <w:rFonts w:ascii="Arial" w:hAnsi="Arial" w:cs="Arial"/>
          <w:sz w:val="24"/>
          <w:szCs w:val="24"/>
        </w:rPr>
        <w:t>Strengths to use deliberately</w:t>
      </w:r>
    </w:p>
    <w:p w14:paraId="561220B1" w14:textId="77777777" w:rsidR="00175909" w:rsidRPr="00175909" w:rsidRDefault="00175909" w:rsidP="00175909"/>
    <w:tbl>
      <w:tblPr>
        <w:tblStyle w:val="TableGrid"/>
        <w:tblW w:w="9936" w:type="dxa"/>
        <w:jc w:val="center"/>
        <w:tblLayout w:type="fixed"/>
        <w:tblLook w:val="04A0" w:firstRow="1" w:lastRow="0" w:firstColumn="1" w:lastColumn="0" w:noHBand="0" w:noVBand="1"/>
      </w:tblPr>
      <w:tblGrid>
        <w:gridCol w:w="2880"/>
        <w:gridCol w:w="7056"/>
      </w:tblGrid>
      <w:tr w:rsidR="005967E9" w:rsidRPr="00D865C2" w14:paraId="30E7EC07" w14:textId="77777777" w:rsidTr="00D865C2">
        <w:trPr>
          <w:trHeight w:val="567"/>
          <w:jc w:val="center"/>
        </w:trPr>
        <w:tc>
          <w:tcPr>
            <w:tcW w:w="2880" w:type="dxa"/>
            <w:shd w:val="clear" w:color="auto" w:fill="EAF2F8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57394426" w14:textId="77777777" w:rsidR="005967E9" w:rsidRPr="00D865C2" w:rsidRDefault="00000000">
            <w:pPr>
              <w:spacing w:after="0" w:line="240" w:lineRule="auto"/>
              <w:rPr>
                <w:rFonts w:cs="Arial"/>
                <w:sz w:val="22"/>
              </w:rPr>
            </w:pPr>
            <w:r w:rsidRPr="00D865C2">
              <w:rPr>
                <w:rFonts w:cs="Arial"/>
                <w:b/>
                <w:color w:val="17365D"/>
                <w:sz w:val="22"/>
              </w:rPr>
              <w:t>Existing strength 1</w:t>
            </w:r>
          </w:p>
        </w:tc>
        <w:tc>
          <w:tcPr>
            <w:tcW w:w="7056" w:type="dx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4AF84124" w14:textId="4412176E" w:rsidR="005967E9" w:rsidRPr="00D865C2" w:rsidRDefault="005967E9">
            <w:pPr>
              <w:spacing w:after="0" w:line="240" w:lineRule="auto"/>
              <w:rPr>
                <w:rFonts w:cs="Arial"/>
                <w:sz w:val="22"/>
              </w:rPr>
            </w:pPr>
          </w:p>
        </w:tc>
      </w:tr>
      <w:tr w:rsidR="005967E9" w:rsidRPr="00D865C2" w14:paraId="7A4C7AC8" w14:textId="77777777" w:rsidTr="00D865C2">
        <w:trPr>
          <w:trHeight w:val="567"/>
          <w:jc w:val="center"/>
        </w:trPr>
        <w:tc>
          <w:tcPr>
            <w:tcW w:w="2880" w:type="dxa"/>
            <w:shd w:val="clear" w:color="auto" w:fill="EAF2F8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4C569C3D" w14:textId="77777777" w:rsidR="005967E9" w:rsidRPr="00D865C2" w:rsidRDefault="00000000">
            <w:pPr>
              <w:spacing w:after="0" w:line="240" w:lineRule="auto"/>
              <w:rPr>
                <w:rFonts w:cs="Arial"/>
                <w:sz w:val="22"/>
              </w:rPr>
            </w:pPr>
            <w:r w:rsidRPr="00D865C2">
              <w:rPr>
                <w:rFonts w:cs="Arial"/>
                <w:b/>
                <w:color w:val="17365D"/>
                <w:sz w:val="22"/>
              </w:rPr>
              <w:t>How I will use it</w:t>
            </w:r>
          </w:p>
        </w:tc>
        <w:tc>
          <w:tcPr>
            <w:tcW w:w="7056" w:type="dx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31B4A5E1" w14:textId="0519A39E" w:rsidR="005967E9" w:rsidRPr="00D865C2" w:rsidRDefault="005967E9">
            <w:pPr>
              <w:spacing w:after="0" w:line="240" w:lineRule="auto"/>
              <w:rPr>
                <w:rFonts w:cs="Arial"/>
                <w:sz w:val="22"/>
              </w:rPr>
            </w:pPr>
          </w:p>
        </w:tc>
      </w:tr>
      <w:tr w:rsidR="005967E9" w:rsidRPr="00D865C2" w14:paraId="38B09325" w14:textId="77777777" w:rsidTr="00D865C2">
        <w:trPr>
          <w:trHeight w:val="567"/>
          <w:jc w:val="center"/>
        </w:trPr>
        <w:tc>
          <w:tcPr>
            <w:tcW w:w="2880" w:type="dxa"/>
            <w:shd w:val="clear" w:color="auto" w:fill="EAF2F8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630F46E3" w14:textId="77777777" w:rsidR="005967E9" w:rsidRPr="00D865C2" w:rsidRDefault="00000000">
            <w:pPr>
              <w:spacing w:after="0" w:line="240" w:lineRule="auto"/>
              <w:rPr>
                <w:rFonts w:cs="Arial"/>
                <w:sz w:val="22"/>
              </w:rPr>
            </w:pPr>
            <w:r w:rsidRPr="00D865C2">
              <w:rPr>
                <w:rFonts w:cs="Arial"/>
                <w:b/>
                <w:color w:val="17365D"/>
                <w:sz w:val="22"/>
              </w:rPr>
              <w:t>Existing strength 2</w:t>
            </w:r>
          </w:p>
        </w:tc>
        <w:tc>
          <w:tcPr>
            <w:tcW w:w="7056" w:type="dx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5C1F5299" w14:textId="43A690E8" w:rsidR="005967E9" w:rsidRPr="00D865C2" w:rsidRDefault="005967E9">
            <w:pPr>
              <w:spacing w:after="0" w:line="240" w:lineRule="auto"/>
              <w:rPr>
                <w:rFonts w:cs="Arial"/>
                <w:sz w:val="22"/>
              </w:rPr>
            </w:pPr>
          </w:p>
        </w:tc>
      </w:tr>
      <w:tr w:rsidR="005967E9" w:rsidRPr="00D865C2" w14:paraId="1B1BA760" w14:textId="77777777" w:rsidTr="00D865C2">
        <w:trPr>
          <w:trHeight w:val="567"/>
          <w:jc w:val="center"/>
        </w:trPr>
        <w:tc>
          <w:tcPr>
            <w:tcW w:w="2880" w:type="dxa"/>
            <w:shd w:val="clear" w:color="auto" w:fill="EAF2F8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6909CAEE" w14:textId="77777777" w:rsidR="005967E9" w:rsidRPr="00D865C2" w:rsidRDefault="00000000">
            <w:pPr>
              <w:spacing w:after="0" w:line="240" w:lineRule="auto"/>
              <w:rPr>
                <w:rFonts w:cs="Arial"/>
                <w:sz w:val="22"/>
              </w:rPr>
            </w:pPr>
            <w:r w:rsidRPr="00D865C2">
              <w:rPr>
                <w:rFonts w:cs="Arial"/>
                <w:b/>
                <w:color w:val="17365D"/>
                <w:sz w:val="22"/>
              </w:rPr>
              <w:t>How I will use it</w:t>
            </w:r>
          </w:p>
        </w:tc>
        <w:tc>
          <w:tcPr>
            <w:tcW w:w="7056" w:type="dx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37BAFA28" w14:textId="6811EA12" w:rsidR="005967E9" w:rsidRPr="00D865C2" w:rsidRDefault="005967E9">
            <w:pPr>
              <w:spacing w:after="0" w:line="240" w:lineRule="auto"/>
              <w:rPr>
                <w:rFonts w:cs="Arial"/>
                <w:sz w:val="22"/>
              </w:rPr>
            </w:pPr>
          </w:p>
        </w:tc>
      </w:tr>
    </w:tbl>
    <w:p w14:paraId="0EF0D55C" w14:textId="77777777" w:rsidR="005967E9" w:rsidRPr="00BB72C2" w:rsidRDefault="005967E9">
      <w:pPr>
        <w:spacing w:after="0"/>
        <w:rPr>
          <w:rFonts w:cs="Arial"/>
        </w:rPr>
      </w:pPr>
    </w:p>
    <w:tbl>
      <w:tblPr>
        <w:tblStyle w:val="TableGrid"/>
        <w:tblW w:w="9936" w:type="dxa"/>
        <w:jc w:val="center"/>
        <w:tblLayout w:type="fixed"/>
        <w:tblLook w:val="04A0" w:firstRow="1" w:lastRow="0" w:firstColumn="1" w:lastColumn="0" w:noHBand="0" w:noVBand="1"/>
      </w:tblPr>
      <w:tblGrid>
        <w:gridCol w:w="9936"/>
      </w:tblGrid>
      <w:tr w:rsidR="005967E9" w:rsidRPr="00BB72C2" w14:paraId="57323F58" w14:textId="77777777">
        <w:trPr>
          <w:jc w:val="center"/>
        </w:trPr>
        <w:tc>
          <w:tcPr>
            <w:tcW w:w="9936" w:type="dxa"/>
            <w:shd w:val="clear" w:color="auto" w:fill="FFF3CD"/>
            <w:tcMar>
              <w:top w:w="105" w:type="dxa"/>
              <w:left w:w="135" w:type="dxa"/>
              <w:bottom w:w="105" w:type="dxa"/>
              <w:right w:w="135" w:type="dxa"/>
            </w:tcMar>
          </w:tcPr>
          <w:p w14:paraId="4835E8D6" w14:textId="77777777" w:rsidR="005967E9" w:rsidRPr="00BB72C2" w:rsidRDefault="00000000">
            <w:pPr>
              <w:spacing w:after="0"/>
              <w:rPr>
                <w:rFonts w:cs="Arial"/>
              </w:rPr>
            </w:pPr>
            <w:r w:rsidRPr="00BB72C2">
              <w:rPr>
                <w:rFonts w:cs="Arial"/>
                <w:b/>
                <w:color w:val="17365D"/>
              </w:rPr>
              <w:t xml:space="preserve">ALIGNMENT CHECK  </w:t>
            </w:r>
            <w:r w:rsidRPr="00BB72C2">
              <w:rPr>
                <w:rFonts w:cs="Arial"/>
              </w:rPr>
              <w:t>The intended workplace result, the leadership behaviours, and the evidence must connect. A completed activity is not enough if it does not address the challenge or demonstrate leadership learning.</w:t>
            </w:r>
          </w:p>
        </w:tc>
      </w:tr>
    </w:tbl>
    <w:p w14:paraId="3DB4F87F" w14:textId="77777777" w:rsidR="005967E9" w:rsidRPr="00BB72C2" w:rsidRDefault="005967E9">
      <w:pPr>
        <w:spacing w:after="0"/>
        <w:rPr>
          <w:rFonts w:cs="Arial"/>
        </w:rPr>
      </w:pPr>
    </w:p>
    <w:p w14:paraId="62ADFEB2" w14:textId="77777777" w:rsidR="005967E9" w:rsidRPr="00BB72C2" w:rsidRDefault="00000000">
      <w:pPr>
        <w:rPr>
          <w:rFonts w:cs="Arial"/>
        </w:rPr>
      </w:pPr>
      <w:r w:rsidRPr="00BB72C2">
        <w:rPr>
          <w:rFonts w:cs="Arial"/>
        </w:rPr>
        <w:br w:type="page"/>
      </w:r>
    </w:p>
    <w:p w14:paraId="4810D558" w14:textId="77777777" w:rsidR="005967E9" w:rsidRPr="00BB72C2" w:rsidRDefault="00000000">
      <w:pPr>
        <w:pStyle w:val="Heading1"/>
        <w:rPr>
          <w:rFonts w:ascii="Arial" w:hAnsi="Arial" w:cs="Arial"/>
        </w:rPr>
      </w:pPr>
      <w:r w:rsidRPr="00BB72C2">
        <w:rPr>
          <w:rFonts w:ascii="Arial" w:hAnsi="Arial" w:cs="Arial"/>
        </w:rPr>
        <w:lastRenderedPageBreak/>
        <w:t>C. 90-Day Leadership Action Plan</w:t>
      </w:r>
    </w:p>
    <w:p w14:paraId="48D57346" w14:textId="77777777" w:rsidR="005967E9" w:rsidRDefault="00000000">
      <w:pPr>
        <w:rPr>
          <w:rFonts w:cs="Arial"/>
          <w:sz w:val="24"/>
          <w:szCs w:val="24"/>
        </w:rPr>
      </w:pPr>
      <w:r w:rsidRPr="00175909">
        <w:rPr>
          <w:rFonts w:cs="Arial"/>
          <w:sz w:val="24"/>
          <w:szCs w:val="24"/>
        </w:rPr>
        <w:t>Plan only the actions needed to create movement, involve the right people, and test the selected leadership behaviours.</w:t>
      </w:r>
    </w:p>
    <w:p w14:paraId="29C290FD" w14:textId="77777777" w:rsidR="00175909" w:rsidRPr="00175909" w:rsidRDefault="00175909">
      <w:pPr>
        <w:rPr>
          <w:rFonts w:cs="Arial"/>
          <w:sz w:val="24"/>
          <w:szCs w:val="24"/>
        </w:rPr>
      </w:pPr>
    </w:p>
    <w:tbl>
      <w:tblPr>
        <w:tblStyle w:val="TableGrid"/>
        <w:tblW w:w="9936" w:type="dxa"/>
        <w:jc w:val="center"/>
        <w:tblLayout w:type="fixed"/>
        <w:tblLook w:val="04A0" w:firstRow="1" w:lastRow="0" w:firstColumn="1" w:lastColumn="0" w:noHBand="0" w:noVBand="1"/>
      </w:tblPr>
      <w:tblGrid>
        <w:gridCol w:w="1656"/>
        <w:gridCol w:w="466"/>
        <w:gridCol w:w="2774"/>
        <w:gridCol w:w="1944"/>
        <w:gridCol w:w="1152"/>
        <w:gridCol w:w="1944"/>
      </w:tblGrid>
      <w:tr w:rsidR="005967E9" w:rsidRPr="00BB72C2" w14:paraId="636CE1CE" w14:textId="77777777" w:rsidTr="00175909">
        <w:trPr>
          <w:tblHeader/>
          <w:jc w:val="center"/>
        </w:trPr>
        <w:tc>
          <w:tcPr>
            <w:tcW w:w="1656" w:type="dxa"/>
            <w:shd w:val="clear" w:color="auto" w:fill="17365D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3FB42A42" w14:textId="77777777" w:rsidR="005967E9" w:rsidRPr="00175909" w:rsidRDefault="00000000">
            <w:pPr>
              <w:spacing w:after="0" w:line="240" w:lineRule="auto"/>
              <w:jc w:val="center"/>
              <w:rPr>
                <w:rFonts w:cs="Arial"/>
                <w:sz w:val="22"/>
              </w:rPr>
            </w:pPr>
            <w:r w:rsidRPr="00175909">
              <w:rPr>
                <w:rFonts w:cs="Arial"/>
                <w:b/>
                <w:color w:val="FFFFFF"/>
                <w:sz w:val="22"/>
              </w:rPr>
              <w:t>Phase</w:t>
            </w:r>
          </w:p>
        </w:tc>
        <w:tc>
          <w:tcPr>
            <w:tcW w:w="3240" w:type="dxa"/>
            <w:gridSpan w:val="2"/>
            <w:shd w:val="clear" w:color="auto" w:fill="17365D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7DC5FA0B" w14:textId="77777777" w:rsidR="005967E9" w:rsidRPr="00175909" w:rsidRDefault="00000000">
            <w:pPr>
              <w:spacing w:after="0" w:line="240" w:lineRule="auto"/>
              <w:jc w:val="center"/>
              <w:rPr>
                <w:rFonts w:cs="Arial"/>
                <w:sz w:val="22"/>
              </w:rPr>
            </w:pPr>
            <w:r w:rsidRPr="00175909">
              <w:rPr>
                <w:rFonts w:cs="Arial"/>
                <w:b/>
                <w:color w:val="FFFFFF"/>
                <w:sz w:val="22"/>
              </w:rPr>
              <w:t>Key actions</w:t>
            </w:r>
          </w:p>
        </w:tc>
        <w:tc>
          <w:tcPr>
            <w:tcW w:w="1944" w:type="dxa"/>
            <w:shd w:val="clear" w:color="auto" w:fill="17365D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2F16708F" w14:textId="77777777" w:rsidR="005967E9" w:rsidRPr="00175909" w:rsidRDefault="00000000">
            <w:pPr>
              <w:spacing w:after="0" w:line="240" w:lineRule="auto"/>
              <w:jc w:val="center"/>
              <w:rPr>
                <w:rFonts w:cs="Arial"/>
                <w:sz w:val="22"/>
              </w:rPr>
            </w:pPr>
            <w:r w:rsidRPr="00175909">
              <w:rPr>
                <w:rFonts w:cs="Arial"/>
                <w:b/>
                <w:color w:val="FFFFFF"/>
                <w:sz w:val="22"/>
              </w:rPr>
              <w:t>People involved</w:t>
            </w:r>
          </w:p>
        </w:tc>
        <w:tc>
          <w:tcPr>
            <w:tcW w:w="1152" w:type="dxa"/>
            <w:shd w:val="clear" w:color="auto" w:fill="17365D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0AE8DB78" w14:textId="77777777" w:rsidR="005967E9" w:rsidRPr="00175909" w:rsidRDefault="00000000">
            <w:pPr>
              <w:spacing w:after="0" w:line="240" w:lineRule="auto"/>
              <w:jc w:val="center"/>
              <w:rPr>
                <w:rFonts w:cs="Arial"/>
                <w:sz w:val="22"/>
              </w:rPr>
            </w:pPr>
            <w:r w:rsidRPr="00175909">
              <w:rPr>
                <w:rFonts w:cs="Arial"/>
                <w:b/>
                <w:color w:val="FFFFFF"/>
                <w:sz w:val="22"/>
              </w:rPr>
              <w:t>Timing</w:t>
            </w:r>
          </w:p>
        </w:tc>
        <w:tc>
          <w:tcPr>
            <w:tcW w:w="1944" w:type="dxa"/>
            <w:shd w:val="clear" w:color="auto" w:fill="17365D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223842F1" w14:textId="77777777" w:rsidR="005967E9" w:rsidRPr="00175909" w:rsidRDefault="00000000">
            <w:pPr>
              <w:spacing w:after="0" w:line="240" w:lineRule="auto"/>
              <w:jc w:val="center"/>
              <w:rPr>
                <w:rFonts w:cs="Arial"/>
                <w:sz w:val="22"/>
              </w:rPr>
            </w:pPr>
            <w:r w:rsidRPr="00175909">
              <w:rPr>
                <w:rFonts w:cs="Arial"/>
                <w:b/>
                <w:color w:val="FFFFFF"/>
                <w:sz w:val="22"/>
              </w:rPr>
              <w:t>Output / evidence</w:t>
            </w:r>
          </w:p>
        </w:tc>
      </w:tr>
      <w:tr w:rsidR="005967E9" w:rsidRPr="00BB72C2" w14:paraId="7DAFBB08" w14:textId="77777777" w:rsidTr="00175909">
        <w:trPr>
          <w:jc w:val="center"/>
        </w:trPr>
        <w:tc>
          <w:tcPr>
            <w:tcW w:w="2122" w:type="dxa"/>
            <w:gridSpan w:val="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31F75E6" w14:textId="77777777" w:rsidR="005967E9" w:rsidRPr="00834547" w:rsidRDefault="00000000" w:rsidP="00175909">
            <w:pPr>
              <w:spacing w:after="0" w:line="240" w:lineRule="auto"/>
              <w:ind w:left="321" w:hanging="321"/>
              <w:rPr>
                <w:rFonts w:cs="Arial"/>
                <w:color w:val="000000" w:themeColor="text1"/>
                <w:sz w:val="22"/>
              </w:rPr>
            </w:pPr>
            <w:r w:rsidRPr="00834547">
              <w:rPr>
                <w:rFonts w:cs="Arial"/>
                <w:color w:val="000000" w:themeColor="text1"/>
                <w:sz w:val="22"/>
              </w:rPr>
              <w:t>1. Understand</w:t>
            </w:r>
          </w:p>
        </w:tc>
        <w:tc>
          <w:tcPr>
            <w:tcW w:w="277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8FADF22" w14:textId="77777777" w:rsidR="005967E9" w:rsidRPr="00834547" w:rsidRDefault="00000000">
            <w:pPr>
              <w:spacing w:after="0" w:line="240" w:lineRule="auto"/>
              <w:rPr>
                <w:rFonts w:cs="Arial"/>
                <w:color w:val="000000" w:themeColor="text1"/>
                <w:sz w:val="22"/>
              </w:rPr>
            </w:pPr>
            <w:r w:rsidRPr="00834547">
              <w:rPr>
                <w:rFonts w:cs="Arial"/>
                <w:color w:val="000000" w:themeColor="text1"/>
                <w:sz w:val="22"/>
              </w:rPr>
              <w:br/>
            </w:r>
          </w:p>
        </w:tc>
        <w:tc>
          <w:tcPr>
            <w:tcW w:w="194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B4EE860" w14:textId="77777777" w:rsidR="005967E9" w:rsidRPr="00834547" w:rsidRDefault="00000000">
            <w:pPr>
              <w:spacing w:after="0" w:line="240" w:lineRule="auto"/>
              <w:rPr>
                <w:rFonts w:cs="Arial"/>
                <w:color w:val="000000" w:themeColor="text1"/>
                <w:sz w:val="22"/>
              </w:rPr>
            </w:pPr>
            <w:r w:rsidRPr="00834547">
              <w:rPr>
                <w:rFonts w:cs="Arial"/>
                <w:color w:val="000000" w:themeColor="text1"/>
                <w:sz w:val="22"/>
              </w:rPr>
              <w:br/>
            </w:r>
          </w:p>
        </w:tc>
        <w:tc>
          <w:tcPr>
            <w:tcW w:w="115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D35A095" w14:textId="77777777" w:rsidR="005967E9" w:rsidRPr="00834547" w:rsidRDefault="00000000">
            <w:pPr>
              <w:spacing w:after="0" w:line="240" w:lineRule="auto"/>
              <w:rPr>
                <w:rFonts w:cs="Arial"/>
                <w:color w:val="000000" w:themeColor="text1"/>
                <w:sz w:val="22"/>
              </w:rPr>
            </w:pPr>
            <w:r w:rsidRPr="00834547">
              <w:rPr>
                <w:rFonts w:cs="Arial"/>
                <w:color w:val="000000" w:themeColor="text1"/>
                <w:sz w:val="22"/>
              </w:rPr>
              <w:br/>
            </w:r>
          </w:p>
        </w:tc>
        <w:tc>
          <w:tcPr>
            <w:tcW w:w="194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D5E820C" w14:textId="77777777" w:rsidR="005967E9" w:rsidRPr="00834547" w:rsidRDefault="00000000">
            <w:pPr>
              <w:spacing w:after="0" w:line="240" w:lineRule="auto"/>
              <w:rPr>
                <w:rFonts w:cs="Arial"/>
                <w:color w:val="000000" w:themeColor="text1"/>
                <w:sz w:val="22"/>
              </w:rPr>
            </w:pPr>
            <w:r w:rsidRPr="00834547">
              <w:rPr>
                <w:rFonts w:cs="Arial"/>
                <w:color w:val="000000" w:themeColor="text1"/>
                <w:sz w:val="22"/>
              </w:rPr>
              <w:br/>
            </w:r>
          </w:p>
        </w:tc>
      </w:tr>
      <w:tr w:rsidR="005967E9" w:rsidRPr="00BB72C2" w14:paraId="68457314" w14:textId="77777777" w:rsidTr="00175909">
        <w:trPr>
          <w:jc w:val="center"/>
        </w:trPr>
        <w:tc>
          <w:tcPr>
            <w:tcW w:w="2122" w:type="dxa"/>
            <w:gridSpan w:val="2"/>
            <w:shd w:val="clear" w:color="auto" w:fill="F5F7F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9A71658" w14:textId="77777777" w:rsidR="005967E9" w:rsidRPr="00834547" w:rsidRDefault="00000000" w:rsidP="00175909">
            <w:pPr>
              <w:spacing w:after="0" w:line="240" w:lineRule="auto"/>
              <w:ind w:left="321" w:hanging="321"/>
              <w:rPr>
                <w:rFonts w:cs="Arial"/>
                <w:color w:val="000000" w:themeColor="text1"/>
                <w:sz w:val="22"/>
              </w:rPr>
            </w:pPr>
            <w:r w:rsidRPr="00834547">
              <w:rPr>
                <w:rFonts w:cs="Arial"/>
                <w:color w:val="000000" w:themeColor="text1"/>
                <w:sz w:val="22"/>
              </w:rPr>
              <w:t>2. Engage and plan</w:t>
            </w:r>
          </w:p>
        </w:tc>
        <w:tc>
          <w:tcPr>
            <w:tcW w:w="2774" w:type="dxa"/>
            <w:shd w:val="clear" w:color="auto" w:fill="F5F7F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A11124B" w14:textId="77777777" w:rsidR="005967E9" w:rsidRPr="00834547" w:rsidRDefault="00000000">
            <w:pPr>
              <w:spacing w:after="0" w:line="240" w:lineRule="auto"/>
              <w:rPr>
                <w:rFonts w:cs="Arial"/>
                <w:color w:val="000000" w:themeColor="text1"/>
                <w:sz w:val="22"/>
              </w:rPr>
            </w:pPr>
            <w:r w:rsidRPr="00834547">
              <w:rPr>
                <w:rFonts w:cs="Arial"/>
                <w:color w:val="000000" w:themeColor="text1"/>
                <w:sz w:val="22"/>
              </w:rPr>
              <w:br/>
            </w:r>
          </w:p>
        </w:tc>
        <w:tc>
          <w:tcPr>
            <w:tcW w:w="1944" w:type="dxa"/>
            <w:shd w:val="clear" w:color="auto" w:fill="F5F7F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BF7CFC3" w14:textId="77777777" w:rsidR="005967E9" w:rsidRPr="00834547" w:rsidRDefault="00000000">
            <w:pPr>
              <w:spacing w:after="0" w:line="240" w:lineRule="auto"/>
              <w:rPr>
                <w:rFonts w:cs="Arial"/>
                <w:color w:val="000000" w:themeColor="text1"/>
                <w:sz w:val="22"/>
              </w:rPr>
            </w:pPr>
            <w:r w:rsidRPr="00834547">
              <w:rPr>
                <w:rFonts w:cs="Arial"/>
                <w:color w:val="000000" w:themeColor="text1"/>
                <w:sz w:val="22"/>
              </w:rPr>
              <w:br/>
            </w:r>
          </w:p>
        </w:tc>
        <w:tc>
          <w:tcPr>
            <w:tcW w:w="1152" w:type="dxa"/>
            <w:shd w:val="clear" w:color="auto" w:fill="F5F7F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CEA6A3E" w14:textId="77777777" w:rsidR="005967E9" w:rsidRPr="00834547" w:rsidRDefault="00000000">
            <w:pPr>
              <w:spacing w:after="0" w:line="240" w:lineRule="auto"/>
              <w:rPr>
                <w:rFonts w:cs="Arial"/>
                <w:color w:val="000000" w:themeColor="text1"/>
                <w:sz w:val="22"/>
              </w:rPr>
            </w:pPr>
            <w:r w:rsidRPr="00834547">
              <w:rPr>
                <w:rFonts w:cs="Arial"/>
                <w:color w:val="000000" w:themeColor="text1"/>
                <w:sz w:val="22"/>
              </w:rPr>
              <w:br/>
            </w:r>
          </w:p>
        </w:tc>
        <w:tc>
          <w:tcPr>
            <w:tcW w:w="1944" w:type="dxa"/>
            <w:shd w:val="clear" w:color="auto" w:fill="F5F7F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7FAB6D8" w14:textId="77777777" w:rsidR="005967E9" w:rsidRPr="00834547" w:rsidRDefault="00000000">
            <w:pPr>
              <w:spacing w:after="0" w:line="240" w:lineRule="auto"/>
              <w:rPr>
                <w:rFonts w:cs="Arial"/>
                <w:color w:val="000000" w:themeColor="text1"/>
                <w:sz w:val="22"/>
              </w:rPr>
            </w:pPr>
            <w:r w:rsidRPr="00834547">
              <w:rPr>
                <w:rFonts w:cs="Arial"/>
                <w:color w:val="000000" w:themeColor="text1"/>
                <w:sz w:val="22"/>
              </w:rPr>
              <w:br/>
            </w:r>
          </w:p>
        </w:tc>
      </w:tr>
      <w:tr w:rsidR="005967E9" w:rsidRPr="00BB72C2" w14:paraId="634A2440" w14:textId="77777777" w:rsidTr="00175909">
        <w:trPr>
          <w:jc w:val="center"/>
        </w:trPr>
        <w:tc>
          <w:tcPr>
            <w:tcW w:w="2122" w:type="dxa"/>
            <w:gridSpan w:val="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B5CB4C9" w14:textId="77777777" w:rsidR="005967E9" w:rsidRPr="00834547" w:rsidRDefault="00000000" w:rsidP="00175909">
            <w:pPr>
              <w:spacing w:after="0" w:line="240" w:lineRule="auto"/>
              <w:ind w:left="321" w:hanging="321"/>
              <w:rPr>
                <w:rFonts w:cs="Arial"/>
                <w:color w:val="000000" w:themeColor="text1"/>
                <w:sz w:val="22"/>
              </w:rPr>
            </w:pPr>
            <w:r w:rsidRPr="00834547">
              <w:rPr>
                <w:rFonts w:cs="Arial"/>
                <w:color w:val="000000" w:themeColor="text1"/>
                <w:sz w:val="22"/>
              </w:rPr>
              <w:t>3. Act and adjust</w:t>
            </w:r>
          </w:p>
        </w:tc>
        <w:tc>
          <w:tcPr>
            <w:tcW w:w="277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E9059C9" w14:textId="77777777" w:rsidR="005967E9" w:rsidRPr="00834547" w:rsidRDefault="00000000">
            <w:pPr>
              <w:spacing w:after="0" w:line="240" w:lineRule="auto"/>
              <w:rPr>
                <w:rFonts w:cs="Arial"/>
                <w:color w:val="000000" w:themeColor="text1"/>
                <w:sz w:val="22"/>
              </w:rPr>
            </w:pPr>
            <w:r w:rsidRPr="00834547">
              <w:rPr>
                <w:rFonts w:cs="Arial"/>
                <w:color w:val="000000" w:themeColor="text1"/>
                <w:sz w:val="22"/>
              </w:rPr>
              <w:br/>
            </w:r>
          </w:p>
        </w:tc>
        <w:tc>
          <w:tcPr>
            <w:tcW w:w="194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2D15AE5" w14:textId="77777777" w:rsidR="005967E9" w:rsidRPr="00834547" w:rsidRDefault="00000000">
            <w:pPr>
              <w:spacing w:after="0" w:line="240" w:lineRule="auto"/>
              <w:rPr>
                <w:rFonts w:cs="Arial"/>
                <w:color w:val="000000" w:themeColor="text1"/>
                <w:sz w:val="22"/>
              </w:rPr>
            </w:pPr>
            <w:r w:rsidRPr="00834547">
              <w:rPr>
                <w:rFonts w:cs="Arial"/>
                <w:color w:val="000000" w:themeColor="text1"/>
                <w:sz w:val="22"/>
              </w:rPr>
              <w:br/>
            </w:r>
          </w:p>
        </w:tc>
        <w:tc>
          <w:tcPr>
            <w:tcW w:w="115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498EC17" w14:textId="77777777" w:rsidR="005967E9" w:rsidRPr="00834547" w:rsidRDefault="00000000">
            <w:pPr>
              <w:spacing w:after="0" w:line="240" w:lineRule="auto"/>
              <w:rPr>
                <w:rFonts w:cs="Arial"/>
                <w:color w:val="000000" w:themeColor="text1"/>
                <w:sz w:val="22"/>
              </w:rPr>
            </w:pPr>
            <w:r w:rsidRPr="00834547">
              <w:rPr>
                <w:rFonts w:cs="Arial"/>
                <w:color w:val="000000" w:themeColor="text1"/>
                <w:sz w:val="22"/>
              </w:rPr>
              <w:br/>
            </w:r>
          </w:p>
        </w:tc>
        <w:tc>
          <w:tcPr>
            <w:tcW w:w="194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9A61396" w14:textId="77777777" w:rsidR="005967E9" w:rsidRPr="00834547" w:rsidRDefault="00000000">
            <w:pPr>
              <w:spacing w:after="0" w:line="240" w:lineRule="auto"/>
              <w:rPr>
                <w:rFonts w:cs="Arial"/>
                <w:color w:val="000000" w:themeColor="text1"/>
                <w:sz w:val="22"/>
              </w:rPr>
            </w:pPr>
            <w:r w:rsidRPr="00834547">
              <w:rPr>
                <w:rFonts w:cs="Arial"/>
                <w:color w:val="000000" w:themeColor="text1"/>
                <w:sz w:val="22"/>
              </w:rPr>
              <w:br/>
            </w:r>
          </w:p>
        </w:tc>
      </w:tr>
      <w:tr w:rsidR="005967E9" w:rsidRPr="00BB72C2" w14:paraId="2879B3FA" w14:textId="77777777" w:rsidTr="00175909">
        <w:trPr>
          <w:jc w:val="center"/>
        </w:trPr>
        <w:tc>
          <w:tcPr>
            <w:tcW w:w="2122" w:type="dxa"/>
            <w:gridSpan w:val="2"/>
            <w:shd w:val="clear" w:color="auto" w:fill="F5F7F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E5DA562" w14:textId="77777777" w:rsidR="005967E9" w:rsidRPr="00834547" w:rsidRDefault="00000000" w:rsidP="00175909">
            <w:pPr>
              <w:spacing w:after="0" w:line="240" w:lineRule="auto"/>
              <w:ind w:left="321" w:hanging="321"/>
              <w:rPr>
                <w:rFonts w:cs="Arial"/>
                <w:color w:val="000000" w:themeColor="text1"/>
                <w:sz w:val="22"/>
              </w:rPr>
            </w:pPr>
            <w:r w:rsidRPr="00834547">
              <w:rPr>
                <w:rFonts w:cs="Arial"/>
                <w:color w:val="000000" w:themeColor="text1"/>
                <w:sz w:val="22"/>
              </w:rPr>
              <w:t>4. Review and report</w:t>
            </w:r>
          </w:p>
        </w:tc>
        <w:tc>
          <w:tcPr>
            <w:tcW w:w="2774" w:type="dxa"/>
            <w:shd w:val="clear" w:color="auto" w:fill="F5F7F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99E7D49" w14:textId="77777777" w:rsidR="005967E9" w:rsidRPr="00834547" w:rsidRDefault="00000000">
            <w:pPr>
              <w:spacing w:after="0" w:line="240" w:lineRule="auto"/>
              <w:rPr>
                <w:rFonts w:cs="Arial"/>
                <w:color w:val="000000" w:themeColor="text1"/>
                <w:sz w:val="22"/>
              </w:rPr>
            </w:pPr>
            <w:r w:rsidRPr="00834547">
              <w:rPr>
                <w:rFonts w:cs="Arial"/>
                <w:color w:val="000000" w:themeColor="text1"/>
                <w:sz w:val="22"/>
              </w:rPr>
              <w:br/>
            </w:r>
          </w:p>
        </w:tc>
        <w:tc>
          <w:tcPr>
            <w:tcW w:w="1944" w:type="dxa"/>
            <w:shd w:val="clear" w:color="auto" w:fill="F5F7F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0394DCF" w14:textId="77777777" w:rsidR="005967E9" w:rsidRPr="00834547" w:rsidRDefault="00000000">
            <w:pPr>
              <w:spacing w:after="0" w:line="240" w:lineRule="auto"/>
              <w:rPr>
                <w:rFonts w:cs="Arial"/>
                <w:color w:val="000000" w:themeColor="text1"/>
                <w:sz w:val="22"/>
              </w:rPr>
            </w:pPr>
            <w:r w:rsidRPr="00834547">
              <w:rPr>
                <w:rFonts w:cs="Arial"/>
                <w:color w:val="000000" w:themeColor="text1"/>
                <w:sz w:val="22"/>
              </w:rPr>
              <w:br/>
            </w:r>
          </w:p>
        </w:tc>
        <w:tc>
          <w:tcPr>
            <w:tcW w:w="1152" w:type="dxa"/>
            <w:shd w:val="clear" w:color="auto" w:fill="F5F7F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16AD472" w14:textId="77777777" w:rsidR="005967E9" w:rsidRPr="00834547" w:rsidRDefault="00000000">
            <w:pPr>
              <w:spacing w:after="0" w:line="240" w:lineRule="auto"/>
              <w:rPr>
                <w:rFonts w:cs="Arial"/>
                <w:color w:val="000000" w:themeColor="text1"/>
                <w:sz w:val="22"/>
              </w:rPr>
            </w:pPr>
            <w:r w:rsidRPr="00834547">
              <w:rPr>
                <w:rFonts w:cs="Arial"/>
                <w:color w:val="000000" w:themeColor="text1"/>
                <w:sz w:val="22"/>
              </w:rPr>
              <w:br/>
            </w:r>
          </w:p>
        </w:tc>
        <w:tc>
          <w:tcPr>
            <w:tcW w:w="1944" w:type="dxa"/>
            <w:shd w:val="clear" w:color="auto" w:fill="F5F7F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A64CF84" w14:textId="77777777" w:rsidR="005967E9" w:rsidRPr="00834547" w:rsidRDefault="00000000">
            <w:pPr>
              <w:spacing w:after="0" w:line="240" w:lineRule="auto"/>
              <w:rPr>
                <w:rFonts w:cs="Arial"/>
                <w:color w:val="000000" w:themeColor="text1"/>
                <w:sz w:val="22"/>
              </w:rPr>
            </w:pPr>
            <w:r w:rsidRPr="00834547">
              <w:rPr>
                <w:rFonts w:cs="Arial"/>
                <w:color w:val="000000" w:themeColor="text1"/>
                <w:sz w:val="22"/>
              </w:rPr>
              <w:br/>
            </w:r>
          </w:p>
        </w:tc>
      </w:tr>
    </w:tbl>
    <w:p w14:paraId="5FFA3A10" w14:textId="77777777" w:rsidR="005967E9" w:rsidRPr="00BB72C2" w:rsidRDefault="005967E9">
      <w:pPr>
        <w:spacing w:after="0"/>
        <w:rPr>
          <w:rFonts w:cs="Arial"/>
        </w:rPr>
      </w:pPr>
    </w:p>
    <w:p w14:paraId="1D78E5D7" w14:textId="0DEB296D" w:rsidR="00175909" w:rsidRPr="00175909" w:rsidRDefault="00000000" w:rsidP="00175909">
      <w:pPr>
        <w:pStyle w:val="Heading2"/>
        <w:rPr>
          <w:rFonts w:ascii="Arial" w:hAnsi="Arial" w:cs="Arial"/>
          <w:sz w:val="24"/>
          <w:szCs w:val="24"/>
        </w:rPr>
      </w:pPr>
      <w:r w:rsidRPr="00175909">
        <w:rPr>
          <w:rFonts w:ascii="Arial" w:hAnsi="Arial" w:cs="Arial"/>
          <w:sz w:val="24"/>
          <w:szCs w:val="24"/>
        </w:rPr>
        <w:t>Key decisions and authority</w:t>
      </w:r>
    </w:p>
    <w:tbl>
      <w:tblPr>
        <w:tblStyle w:val="TableGrid"/>
        <w:tblW w:w="9936" w:type="dxa"/>
        <w:jc w:val="center"/>
        <w:tblLayout w:type="fixed"/>
        <w:tblLook w:val="04A0" w:firstRow="1" w:lastRow="0" w:firstColumn="1" w:lastColumn="0" w:noHBand="0" w:noVBand="1"/>
      </w:tblPr>
      <w:tblGrid>
        <w:gridCol w:w="2376"/>
        <w:gridCol w:w="2232"/>
        <w:gridCol w:w="1440"/>
        <w:gridCol w:w="3888"/>
      </w:tblGrid>
      <w:tr w:rsidR="005967E9" w:rsidRPr="00BB72C2" w14:paraId="40476ABD" w14:textId="77777777">
        <w:trPr>
          <w:tblHeader/>
          <w:jc w:val="center"/>
        </w:trPr>
        <w:tc>
          <w:tcPr>
            <w:tcW w:w="2376" w:type="dxa"/>
            <w:shd w:val="clear" w:color="auto" w:fill="17365D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118CC2C2" w14:textId="77777777" w:rsidR="005967E9" w:rsidRPr="00175909" w:rsidRDefault="00000000">
            <w:pPr>
              <w:spacing w:after="0" w:line="240" w:lineRule="auto"/>
              <w:jc w:val="center"/>
              <w:rPr>
                <w:rFonts w:cs="Arial"/>
                <w:sz w:val="22"/>
              </w:rPr>
            </w:pPr>
            <w:r w:rsidRPr="00175909">
              <w:rPr>
                <w:rFonts w:cs="Arial"/>
                <w:b/>
                <w:color w:val="FFFFFF"/>
                <w:sz w:val="22"/>
              </w:rPr>
              <w:t>Decision required</w:t>
            </w:r>
          </w:p>
        </w:tc>
        <w:tc>
          <w:tcPr>
            <w:tcW w:w="2232" w:type="dxa"/>
            <w:shd w:val="clear" w:color="auto" w:fill="17365D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601839CE" w14:textId="77777777" w:rsidR="005967E9" w:rsidRPr="00175909" w:rsidRDefault="00000000">
            <w:pPr>
              <w:spacing w:after="0" w:line="240" w:lineRule="auto"/>
              <w:jc w:val="center"/>
              <w:rPr>
                <w:rFonts w:cs="Arial"/>
                <w:sz w:val="22"/>
              </w:rPr>
            </w:pPr>
            <w:r w:rsidRPr="00175909">
              <w:rPr>
                <w:rFonts w:cs="Arial"/>
                <w:b/>
                <w:color w:val="FFFFFF"/>
                <w:sz w:val="22"/>
              </w:rPr>
              <w:t>Who has authority?</w:t>
            </w:r>
          </w:p>
        </w:tc>
        <w:tc>
          <w:tcPr>
            <w:tcW w:w="1440" w:type="dxa"/>
            <w:shd w:val="clear" w:color="auto" w:fill="17365D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1C6E8FEB" w14:textId="77777777" w:rsidR="005967E9" w:rsidRPr="00175909" w:rsidRDefault="00000000">
            <w:pPr>
              <w:spacing w:after="0" w:line="240" w:lineRule="auto"/>
              <w:jc w:val="center"/>
              <w:rPr>
                <w:rFonts w:cs="Arial"/>
                <w:sz w:val="22"/>
              </w:rPr>
            </w:pPr>
            <w:r w:rsidRPr="00175909">
              <w:rPr>
                <w:rFonts w:cs="Arial"/>
                <w:b/>
                <w:color w:val="FFFFFF"/>
                <w:sz w:val="22"/>
              </w:rPr>
              <w:t>When needed?</w:t>
            </w:r>
          </w:p>
        </w:tc>
        <w:tc>
          <w:tcPr>
            <w:tcW w:w="3888" w:type="dxa"/>
            <w:shd w:val="clear" w:color="auto" w:fill="17365D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5893FC6B" w14:textId="77777777" w:rsidR="005967E9" w:rsidRPr="00175909" w:rsidRDefault="00000000">
            <w:pPr>
              <w:spacing w:after="0" w:line="240" w:lineRule="auto"/>
              <w:jc w:val="center"/>
              <w:rPr>
                <w:rFonts w:cs="Arial"/>
                <w:sz w:val="22"/>
              </w:rPr>
            </w:pPr>
            <w:r w:rsidRPr="00175909">
              <w:rPr>
                <w:rFonts w:cs="Arial"/>
                <w:b/>
                <w:color w:val="FFFFFF"/>
                <w:sz w:val="22"/>
              </w:rPr>
              <w:t xml:space="preserve">How I will </w:t>
            </w:r>
            <w:proofErr w:type="gramStart"/>
            <w:r w:rsidRPr="00175909">
              <w:rPr>
                <w:rFonts w:cs="Arial"/>
                <w:b/>
                <w:color w:val="FFFFFF"/>
                <w:sz w:val="22"/>
              </w:rPr>
              <w:t>prepare</w:t>
            </w:r>
            <w:proofErr w:type="gramEnd"/>
            <w:r w:rsidRPr="00175909">
              <w:rPr>
                <w:rFonts w:cs="Arial"/>
                <w:b/>
                <w:color w:val="FFFFFF"/>
                <w:sz w:val="22"/>
              </w:rPr>
              <w:t xml:space="preserve"> the decision</w:t>
            </w:r>
          </w:p>
        </w:tc>
      </w:tr>
      <w:tr w:rsidR="005967E9" w:rsidRPr="00BB72C2" w14:paraId="4D53419B" w14:textId="77777777">
        <w:trPr>
          <w:jc w:val="center"/>
        </w:trPr>
        <w:tc>
          <w:tcPr>
            <w:tcW w:w="237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ED6B4A6" w14:textId="77777777" w:rsidR="005967E9" w:rsidRPr="00175909" w:rsidRDefault="00000000">
            <w:pPr>
              <w:spacing w:after="0" w:line="240" w:lineRule="auto"/>
              <w:rPr>
                <w:rFonts w:cs="Arial"/>
                <w:sz w:val="22"/>
              </w:rPr>
            </w:pPr>
            <w:r w:rsidRPr="00175909">
              <w:rPr>
                <w:rFonts w:cs="Arial"/>
                <w:sz w:val="22"/>
              </w:rPr>
              <w:br/>
            </w:r>
          </w:p>
        </w:tc>
        <w:tc>
          <w:tcPr>
            <w:tcW w:w="223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DDCEB91" w14:textId="77777777" w:rsidR="005967E9" w:rsidRPr="00175909" w:rsidRDefault="00000000">
            <w:pPr>
              <w:spacing w:after="0" w:line="240" w:lineRule="auto"/>
              <w:rPr>
                <w:rFonts w:cs="Arial"/>
                <w:sz w:val="22"/>
              </w:rPr>
            </w:pPr>
            <w:r w:rsidRPr="00175909">
              <w:rPr>
                <w:rFonts w:cs="Arial"/>
                <w:sz w:val="22"/>
              </w:rPr>
              <w:br/>
            </w:r>
          </w:p>
        </w:tc>
        <w:tc>
          <w:tcPr>
            <w:tcW w:w="144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F45FA68" w14:textId="77777777" w:rsidR="005967E9" w:rsidRPr="00175909" w:rsidRDefault="00000000">
            <w:pPr>
              <w:spacing w:after="0" w:line="240" w:lineRule="auto"/>
              <w:rPr>
                <w:rFonts w:cs="Arial"/>
                <w:sz w:val="22"/>
              </w:rPr>
            </w:pPr>
            <w:r w:rsidRPr="00175909">
              <w:rPr>
                <w:rFonts w:cs="Arial"/>
                <w:sz w:val="22"/>
              </w:rPr>
              <w:br/>
            </w:r>
          </w:p>
        </w:tc>
        <w:tc>
          <w:tcPr>
            <w:tcW w:w="388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AA454BA" w14:textId="77777777" w:rsidR="005967E9" w:rsidRPr="00175909" w:rsidRDefault="00000000">
            <w:pPr>
              <w:spacing w:after="0" w:line="240" w:lineRule="auto"/>
              <w:rPr>
                <w:rFonts w:cs="Arial"/>
                <w:sz w:val="22"/>
              </w:rPr>
            </w:pPr>
            <w:r w:rsidRPr="00175909">
              <w:rPr>
                <w:rFonts w:cs="Arial"/>
                <w:sz w:val="22"/>
              </w:rPr>
              <w:br/>
            </w:r>
          </w:p>
        </w:tc>
      </w:tr>
      <w:tr w:rsidR="005967E9" w:rsidRPr="00BB72C2" w14:paraId="51418DF9" w14:textId="77777777">
        <w:trPr>
          <w:jc w:val="center"/>
        </w:trPr>
        <w:tc>
          <w:tcPr>
            <w:tcW w:w="2376" w:type="dxa"/>
            <w:shd w:val="clear" w:color="auto" w:fill="F5F7F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E08AF94" w14:textId="77777777" w:rsidR="005967E9" w:rsidRPr="00175909" w:rsidRDefault="00000000">
            <w:pPr>
              <w:spacing w:after="0" w:line="240" w:lineRule="auto"/>
              <w:rPr>
                <w:rFonts w:cs="Arial"/>
                <w:sz w:val="22"/>
              </w:rPr>
            </w:pPr>
            <w:r w:rsidRPr="00175909">
              <w:rPr>
                <w:rFonts w:cs="Arial"/>
                <w:sz w:val="22"/>
              </w:rPr>
              <w:br/>
            </w:r>
          </w:p>
        </w:tc>
        <w:tc>
          <w:tcPr>
            <w:tcW w:w="2232" w:type="dxa"/>
            <w:shd w:val="clear" w:color="auto" w:fill="F5F7F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E447330" w14:textId="77777777" w:rsidR="005967E9" w:rsidRPr="00175909" w:rsidRDefault="00000000">
            <w:pPr>
              <w:spacing w:after="0" w:line="240" w:lineRule="auto"/>
              <w:rPr>
                <w:rFonts w:cs="Arial"/>
                <w:sz w:val="22"/>
              </w:rPr>
            </w:pPr>
            <w:r w:rsidRPr="00175909">
              <w:rPr>
                <w:rFonts w:cs="Arial"/>
                <w:sz w:val="22"/>
              </w:rPr>
              <w:br/>
            </w:r>
          </w:p>
        </w:tc>
        <w:tc>
          <w:tcPr>
            <w:tcW w:w="1440" w:type="dxa"/>
            <w:shd w:val="clear" w:color="auto" w:fill="F5F7F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3040202" w14:textId="77777777" w:rsidR="005967E9" w:rsidRPr="00175909" w:rsidRDefault="00000000">
            <w:pPr>
              <w:spacing w:after="0" w:line="240" w:lineRule="auto"/>
              <w:rPr>
                <w:rFonts w:cs="Arial"/>
                <w:sz w:val="22"/>
              </w:rPr>
            </w:pPr>
            <w:r w:rsidRPr="00175909">
              <w:rPr>
                <w:rFonts w:cs="Arial"/>
                <w:sz w:val="22"/>
              </w:rPr>
              <w:br/>
            </w:r>
          </w:p>
        </w:tc>
        <w:tc>
          <w:tcPr>
            <w:tcW w:w="3888" w:type="dxa"/>
            <w:shd w:val="clear" w:color="auto" w:fill="F5F7F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BCDCD15" w14:textId="77777777" w:rsidR="005967E9" w:rsidRPr="00175909" w:rsidRDefault="00000000">
            <w:pPr>
              <w:spacing w:after="0" w:line="240" w:lineRule="auto"/>
              <w:rPr>
                <w:rFonts w:cs="Arial"/>
                <w:sz w:val="22"/>
              </w:rPr>
            </w:pPr>
            <w:r w:rsidRPr="00175909">
              <w:rPr>
                <w:rFonts w:cs="Arial"/>
                <w:sz w:val="22"/>
              </w:rPr>
              <w:br/>
            </w:r>
          </w:p>
        </w:tc>
      </w:tr>
      <w:tr w:rsidR="005967E9" w:rsidRPr="00BB72C2" w14:paraId="3CE74CFC" w14:textId="77777777">
        <w:trPr>
          <w:jc w:val="center"/>
        </w:trPr>
        <w:tc>
          <w:tcPr>
            <w:tcW w:w="237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AF0604C" w14:textId="77777777" w:rsidR="005967E9" w:rsidRPr="00175909" w:rsidRDefault="00000000">
            <w:pPr>
              <w:spacing w:after="0" w:line="240" w:lineRule="auto"/>
              <w:rPr>
                <w:rFonts w:cs="Arial"/>
                <w:sz w:val="22"/>
              </w:rPr>
            </w:pPr>
            <w:r w:rsidRPr="00175909">
              <w:rPr>
                <w:rFonts w:cs="Arial"/>
                <w:sz w:val="22"/>
              </w:rPr>
              <w:br/>
            </w:r>
          </w:p>
        </w:tc>
        <w:tc>
          <w:tcPr>
            <w:tcW w:w="223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2AB3174" w14:textId="77777777" w:rsidR="005967E9" w:rsidRPr="00175909" w:rsidRDefault="00000000">
            <w:pPr>
              <w:spacing w:after="0" w:line="240" w:lineRule="auto"/>
              <w:rPr>
                <w:rFonts w:cs="Arial"/>
                <w:sz w:val="22"/>
              </w:rPr>
            </w:pPr>
            <w:r w:rsidRPr="00175909">
              <w:rPr>
                <w:rFonts w:cs="Arial"/>
                <w:sz w:val="22"/>
              </w:rPr>
              <w:br/>
            </w:r>
          </w:p>
        </w:tc>
        <w:tc>
          <w:tcPr>
            <w:tcW w:w="144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C9513EC" w14:textId="77777777" w:rsidR="005967E9" w:rsidRPr="00175909" w:rsidRDefault="00000000">
            <w:pPr>
              <w:spacing w:after="0" w:line="240" w:lineRule="auto"/>
              <w:rPr>
                <w:rFonts w:cs="Arial"/>
                <w:sz w:val="22"/>
              </w:rPr>
            </w:pPr>
            <w:r w:rsidRPr="00175909">
              <w:rPr>
                <w:rFonts w:cs="Arial"/>
                <w:sz w:val="22"/>
              </w:rPr>
              <w:br/>
            </w:r>
          </w:p>
        </w:tc>
        <w:tc>
          <w:tcPr>
            <w:tcW w:w="388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E2A03F9" w14:textId="77777777" w:rsidR="005967E9" w:rsidRPr="00175909" w:rsidRDefault="00000000">
            <w:pPr>
              <w:spacing w:after="0" w:line="240" w:lineRule="auto"/>
              <w:rPr>
                <w:rFonts w:cs="Arial"/>
                <w:sz w:val="22"/>
              </w:rPr>
            </w:pPr>
            <w:r w:rsidRPr="00175909">
              <w:rPr>
                <w:rFonts w:cs="Arial"/>
                <w:sz w:val="22"/>
              </w:rPr>
              <w:br/>
            </w:r>
          </w:p>
        </w:tc>
      </w:tr>
    </w:tbl>
    <w:p w14:paraId="10813E1C" w14:textId="77777777" w:rsidR="005967E9" w:rsidRPr="00175909" w:rsidRDefault="005967E9">
      <w:pPr>
        <w:spacing w:after="0"/>
        <w:rPr>
          <w:rFonts w:cs="Arial"/>
          <w:sz w:val="24"/>
          <w:szCs w:val="24"/>
        </w:rPr>
      </w:pPr>
    </w:p>
    <w:p w14:paraId="4938747D" w14:textId="77777777" w:rsidR="005967E9" w:rsidRPr="00175909" w:rsidRDefault="00000000">
      <w:pPr>
        <w:pStyle w:val="Heading2"/>
        <w:rPr>
          <w:rFonts w:ascii="Arial" w:hAnsi="Arial" w:cs="Arial"/>
          <w:sz w:val="24"/>
          <w:szCs w:val="24"/>
        </w:rPr>
      </w:pPr>
      <w:r w:rsidRPr="00175909">
        <w:rPr>
          <w:rFonts w:ascii="Arial" w:hAnsi="Arial" w:cs="Arial"/>
          <w:sz w:val="24"/>
          <w:szCs w:val="24"/>
        </w:rPr>
        <w:t>Stakeholder engagement</w:t>
      </w:r>
    </w:p>
    <w:tbl>
      <w:tblPr>
        <w:tblStyle w:val="TableGrid"/>
        <w:tblW w:w="9936" w:type="dxa"/>
        <w:jc w:val="center"/>
        <w:tblLayout w:type="fixed"/>
        <w:tblLook w:val="04A0" w:firstRow="1" w:lastRow="0" w:firstColumn="1" w:lastColumn="0" w:noHBand="0" w:noVBand="1"/>
      </w:tblPr>
      <w:tblGrid>
        <w:gridCol w:w="1944"/>
        <w:gridCol w:w="2520"/>
        <w:gridCol w:w="2232"/>
        <w:gridCol w:w="3240"/>
      </w:tblGrid>
      <w:tr w:rsidR="005967E9" w:rsidRPr="00BB72C2" w14:paraId="459C5CA5" w14:textId="77777777">
        <w:trPr>
          <w:tblHeader/>
          <w:jc w:val="center"/>
        </w:trPr>
        <w:tc>
          <w:tcPr>
            <w:tcW w:w="1944" w:type="dxa"/>
            <w:shd w:val="clear" w:color="auto" w:fill="17365D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15D9C1B8" w14:textId="77777777" w:rsidR="005967E9" w:rsidRPr="00175909" w:rsidRDefault="00000000">
            <w:pPr>
              <w:spacing w:after="0" w:line="240" w:lineRule="auto"/>
              <w:jc w:val="center"/>
              <w:rPr>
                <w:rFonts w:cs="Arial"/>
                <w:sz w:val="22"/>
              </w:rPr>
            </w:pPr>
            <w:r w:rsidRPr="00175909">
              <w:rPr>
                <w:rFonts w:cs="Arial"/>
                <w:b/>
                <w:color w:val="FFFFFF"/>
                <w:sz w:val="22"/>
              </w:rPr>
              <w:t>Stakeholder</w:t>
            </w:r>
          </w:p>
        </w:tc>
        <w:tc>
          <w:tcPr>
            <w:tcW w:w="2520" w:type="dxa"/>
            <w:shd w:val="clear" w:color="auto" w:fill="17365D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5DE96F4E" w14:textId="77777777" w:rsidR="005967E9" w:rsidRPr="00175909" w:rsidRDefault="00000000">
            <w:pPr>
              <w:spacing w:after="0" w:line="240" w:lineRule="auto"/>
              <w:jc w:val="center"/>
              <w:rPr>
                <w:rFonts w:cs="Arial"/>
                <w:sz w:val="22"/>
              </w:rPr>
            </w:pPr>
            <w:r w:rsidRPr="00175909">
              <w:rPr>
                <w:rFonts w:cs="Arial"/>
                <w:b/>
                <w:color w:val="FFFFFF"/>
                <w:sz w:val="22"/>
              </w:rPr>
              <w:t>Interest / concern</w:t>
            </w:r>
          </w:p>
        </w:tc>
        <w:tc>
          <w:tcPr>
            <w:tcW w:w="2232" w:type="dxa"/>
            <w:shd w:val="clear" w:color="auto" w:fill="17365D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5F5FFDC4" w14:textId="77777777" w:rsidR="005967E9" w:rsidRPr="00175909" w:rsidRDefault="00000000">
            <w:pPr>
              <w:spacing w:after="0" w:line="240" w:lineRule="auto"/>
              <w:jc w:val="center"/>
              <w:rPr>
                <w:rFonts w:cs="Arial"/>
                <w:sz w:val="22"/>
              </w:rPr>
            </w:pPr>
            <w:r w:rsidRPr="00175909">
              <w:rPr>
                <w:rFonts w:cs="Arial"/>
                <w:b/>
                <w:color w:val="FFFFFF"/>
                <w:sz w:val="22"/>
              </w:rPr>
              <w:t>Contribution needed</w:t>
            </w:r>
          </w:p>
        </w:tc>
        <w:tc>
          <w:tcPr>
            <w:tcW w:w="3240" w:type="dxa"/>
            <w:shd w:val="clear" w:color="auto" w:fill="17365D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009740C4" w14:textId="77777777" w:rsidR="005967E9" w:rsidRPr="00175909" w:rsidRDefault="00000000">
            <w:pPr>
              <w:spacing w:after="0" w:line="240" w:lineRule="auto"/>
              <w:jc w:val="center"/>
              <w:rPr>
                <w:rFonts w:cs="Arial"/>
                <w:sz w:val="22"/>
              </w:rPr>
            </w:pPr>
            <w:r w:rsidRPr="00175909">
              <w:rPr>
                <w:rFonts w:cs="Arial"/>
                <w:b/>
                <w:color w:val="FFFFFF"/>
                <w:sz w:val="22"/>
              </w:rPr>
              <w:t>How and when I will engage</w:t>
            </w:r>
          </w:p>
        </w:tc>
      </w:tr>
      <w:tr w:rsidR="005967E9" w:rsidRPr="00BB72C2" w14:paraId="11CCF9AC" w14:textId="77777777">
        <w:trPr>
          <w:jc w:val="center"/>
        </w:trPr>
        <w:tc>
          <w:tcPr>
            <w:tcW w:w="194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A9AFDB0" w14:textId="77777777" w:rsidR="005967E9" w:rsidRPr="00175909" w:rsidRDefault="00000000">
            <w:pPr>
              <w:spacing w:after="0" w:line="240" w:lineRule="auto"/>
              <w:rPr>
                <w:rFonts w:cs="Arial"/>
                <w:sz w:val="22"/>
              </w:rPr>
            </w:pPr>
            <w:r w:rsidRPr="00175909">
              <w:rPr>
                <w:rFonts w:cs="Arial"/>
                <w:sz w:val="22"/>
              </w:rPr>
              <w:br/>
            </w:r>
          </w:p>
        </w:tc>
        <w:tc>
          <w:tcPr>
            <w:tcW w:w="252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702FC6A" w14:textId="77777777" w:rsidR="005967E9" w:rsidRPr="00175909" w:rsidRDefault="00000000">
            <w:pPr>
              <w:spacing w:after="0" w:line="240" w:lineRule="auto"/>
              <w:rPr>
                <w:rFonts w:cs="Arial"/>
                <w:sz w:val="22"/>
              </w:rPr>
            </w:pPr>
            <w:r w:rsidRPr="00175909">
              <w:rPr>
                <w:rFonts w:cs="Arial"/>
                <w:sz w:val="22"/>
              </w:rPr>
              <w:br/>
            </w:r>
          </w:p>
        </w:tc>
        <w:tc>
          <w:tcPr>
            <w:tcW w:w="223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89A402E" w14:textId="77777777" w:rsidR="005967E9" w:rsidRPr="00175909" w:rsidRDefault="00000000">
            <w:pPr>
              <w:spacing w:after="0" w:line="240" w:lineRule="auto"/>
              <w:rPr>
                <w:rFonts w:cs="Arial"/>
                <w:sz w:val="22"/>
              </w:rPr>
            </w:pPr>
            <w:r w:rsidRPr="00175909">
              <w:rPr>
                <w:rFonts w:cs="Arial"/>
                <w:sz w:val="22"/>
              </w:rPr>
              <w:br/>
            </w:r>
          </w:p>
        </w:tc>
        <w:tc>
          <w:tcPr>
            <w:tcW w:w="324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09CFE1A" w14:textId="77777777" w:rsidR="005967E9" w:rsidRPr="00175909" w:rsidRDefault="00000000">
            <w:pPr>
              <w:spacing w:after="0" w:line="240" w:lineRule="auto"/>
              <w:rPr>
                <w:rFonts w:cs="Arial"/>
                <w:sz w:val="22"/>
              </w:rPr>
            </w:pPr>
            <w:r w:rsidRPr="00175909">
              <w:rPr>
                <w:rFonts w:cs="Arial"/>
                <w:sz w:val="22"/>
              </w:rPr>
              <w:br/>
            </w:r>
          </w:p>
        </w:tc>
      </w:tr>
      <w:tr w:rsidR="005967E9" w:rsidRPr="00BB72C2" w14:paraId="0F4BC6DF" w14:textId="77777777">
        <w:trPr>
          <w:jc w:val="center"/>
        </w:trPr>
        <w:tc>
          <w:tcPr>
            <w:tcW w:w="1944" w:type="dxa"/>
            <w:shd w:val="clear" w:color="auto" w:fill="F5F7F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F93073C" w14:textId="77777777" w:rsidR="005967E9" w:rsidRPr="00175909" w:rsidRDefault="00000000">
            <w:pPr>
              <w:spacing w:after="0" w:line="240" w:lineRule="auto"/>
              <w:rPr>
                <w:rFonts w:cs="Arial"/>
                <w:sz w:val="22"/>
              </w:rPr>
            </w:pPr>
            <w:r w:rsidRPr="00175909">
              <w:rPr>
                <w:rFonts w:cs="Arial"/>
                <w:sz w:val="22"/>
              </w:rPr>
              <w:br/>
            </w:r>
          </w:p>
        </w:tc>
        <w:tc>
          <w:tcPr>
            <w:tcW w:w="2520" w:type="dxa"/>
            <w:shd w:val="clear" w:color="auto" w:fill="F5F7F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6897B23" w14:textId="77777777" w:rsidR="005967E9" w:rsidRPr="00175909" w:rsidRDefault="00000000">
            <w:pPr>
              <w:spacing w:after="0" w:line="240" w:lineRule="auto"/>
              <w:rPr>
                <w:rFonts w:cs="Arial"/>
                <w:sz w:val="22"/>
              </w:rPr>
            </w:pPr>
            <w:r w:rsidRPr="00175909">
              <w:rPr>
                <w:rFonts w:cs="Arial"/>
                <w:sz w:val="22"/>
              </w:rPr>
              <w:br/>
            </w:r>
          </w:p>
        </w:tc>
        <w:tc>
          <w:tcPr>
            <w:tcW w:w="2232" w:type="dxa"/>
            <w:shd w:val="clear" w:color="auto" w:fill="F5F7F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345CEC0" w14:textId="77777777" w:rsidR="005967E9" w:rsidRPr="00175909" w:rsidRDefault="00000000">
            <w:pPr>
              <w:spacing w:after="0" w:line="240" w:lineRule="auto"/>
              <w:rPr>
                <w:rFonts w:cs="Arial"/>
                <w:sz w:val="22"/>
              </w:rPr>
            </w:pPr>
            <w:r w:rsidRPr="00175909">
              <w:rPr>
                <w:rFonts w:cs="Arial"/>
                <w:sz w:val="22"/>
              </w:rPr>
              <w:br/>
            </w:r>
          </w:p>
        </w:tc>
        <w:tc>
          <w:tcPr>
            <w:tcW w:w="3240" w:type="dxa"/>
            <w:shd w:val="clear" w:color="auto" w:fill="F5F7F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81957D8" w14:textId="77777777" w:rsidR="005967E9" w:rsidRPr="00175909" w:rsidRDefault="00000000">
            <w:pPr>
              <w:spacing w:after="0" w:line="240" w:lineRule="auto"/>
              <w:rPr>
                <w:rFonts w:cs="Arial"/>
                <w:sz w:val="22"/>
              </w:rPr>
            </w:pPr>
            <w:r w:rsidRPr="00175909">
              <w:rPr>
                <w:rFonts w:cs="Arial"/>
                <w:sz w:val="22"/>
              </w:rPr>
              <w:br/>
            </w:r>
          </w:p>
        </w:tc>
      </w:tr>
      <w:tr w:rsidR="005967E9" w:rsidRPr="00BB72C2" w14:paraId="721F36AB" w14:textId="77777777">
        <w:trPr>
          <w:jc w:val="center"/>
        </w:trPr>
        <w:tc>
          <w:tcPr>
            <w:tcW w:w="194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91924D6" w14:textId="77777777" w:rsidR="005967E9" w:rsidRPr="00175909" w:rsidRDefault="00000000">
            <w:pPr>
              <w:spacing w:after="0" w:line="240" w:lineRule="auto"/>
              <w:rPr>
                <w:rFonts w:cs="Arial"/>
                <w:sz w:val="22"/>
              </w:rPr>
            </w:pPr>
            <w:r w:rsidRPr="00175909">
              <w:rPr>
                <w:rFonts w:cs="Arial"/>
                <w:sz w:val="22"/>
              </w:rPr>
              <w:br/>
            </w:r>
          </w:p>
        </w:tc>
        <w:tc>
          <w:tcPr>
            <w:tcW w:w="252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4A71F0E" w14:textId="77777777" w:rsidR="005967E9" w:rsidRPr="00175909" w:rsidRDefault="00000000">
            <w:pPr>
              <w:spacing w:after="0" w:line="240" w:lineRule="auto"/>
              <w:rPr>
                <w:rFonts w:cs="Arial"/>
                <w:sz w:val="22"/>
              </w:rPr>
            </w:pPr>
            <w:r w:rsidRPr="00175909">
              <w:rPr>
                <w:rFonts w:cs="Arial"/>
                <w:sz w:val="22"/>
              </w:rPr>
              <w:br/>
            </w:r>
          </w:p>
        </w:tc>
        <w:tc>
          <w:tcPr>
            <w:tcW w:w="223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A5F127D" w14:textId="77777777" w:rsidR="005967E9" w:rsidRPr="00175909" w:rsidRDefault="00000000">
            <w:pPr>
              <w:spacing w:after="0" w:line="240" w:lineRule="auto"/>
              <w:rPr>
                <w:rFonts w:cs="Arial"/>
                <w:sz w:val="22"/>
              </w:rPr>
            </w:pPr>
            <w:r w:rsidRPr="00175909">
              <w:rPr>
                <w:rFonts w:cs="Arial"/>
                <w:sz w:val="22"/>
              </w:rPr>
              <w:br/>
            </w:r>
          </w:p>
        </w:tc>
        <w:tc>
          <w:tcPr>
            <w:tcW w:w="324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C54F3F1" w14:textId="77777777" w:rsidR="005967E9" w:rsidRPr="00175909" w:rsidRDefault="00000000">
            <w:pPr>
              <w:spacing w:after="0" w:line="240" w:lineRule="auto"/>
              <w:rPr>
                <w:rFonts w:cs="Arial"/>
                <w:sz w:val="22"/>
              </w:rPr>
            </w:pPr>
            <w:r w:rsidRPr="00175909">
              <w:rPr>
                <w:rFonts w:cs="Arial"/>
                <w:sz w:val="22"/>
              </w:rPr>
              <w:br/>
            </w:r>
          </w:p>
        </w:tc>
      </w:tr>
      <w:tr w:rsidR="005967E9" w:rsidRPr="00BB72C2" w14:paraId="24398C6D" w14:textId="77777777">
        <w:trPr>
          <w:jc w:val="center"/>
        </w:trPr>
        <w:tc>
          <w:tcPr>
            <w:tcW w:w="1944" w:type="dxa"/>
            <w:shd w:val="clear" w:color="auto" w:fill="F5F7F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2814152" w14:textId="77777777" w:rsidR="005967E9" w:rsidRPr="00175909" w:rsidRDefault="00000000">
            <w:pPr>
              <w:spacing w:after="0" w:line="240" w:lineRule="auto"/>
              <w:rPr>
                <w:rFonts w:cs="Arial"/>
                <w:sz w:val="22"/>
              </w:rPr>
            </w:pPr>
            <w:r w:rsidRPr="00175909">
              <w:rPr>
                <w:rFonts w:cs="Arial"/>
                <w:sz w:val="22"/>
              </w:rPr>
              <w:br/>
            </w:r>
          </w:p>
        </w:tc>
        <w:tc>
          <w:tcPr>
            <w:tcW w:w="2520" w:type="dxa"/>
            <w:shd w:val="clear" w:color="auto" w:fill="F5F7F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3B3C2BA" w14:textId="77777777" w:rsidR="005967E9" w:rsidRPr="00175909" w:rsidRDefault="00000000">
            <w:pPr>
              <w:spacing w:after="0" w:line="240" w:lineRule="auto"/>
              <w:rPr>
                <w:rFonts w:cs="Arial"/>
                <w:sz w:val="22"/>
              </w:rPr>
            </w:pPr>
            <w:r w:rsidRPr="00175909">
              <w:rPr>
                <w:rFonts w:cs="Arial"/>
                <w:sz w:val="22"/>
              </w:rPr>
              <w:br/>
            </w:r>
          </w:p>
        </w:tc>
        <w:tc>
          <w:tcPr>
            <w:tcW w:w="2232" w:type="dxa"/>
            <w:shd w:val="clear" w:color="auto" w:fill="F5F7F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2422E8A" w14:textId="77777777" w:rsidR="005967E9" w:rsidRPr="00175909" w:rsidRDefault="00000000">
            <w:pPr>
              <w:spacing w:after="0" w:line="240" w:lineRule="auto"/>
              <w:rPr>
                <w:rFonts w:cs="Arial"/>
                <w:sz w:val="22"/>
              </w:rPr>
            </w:pPr>
            <w:r w:rsidRPr="00175909">
              <w:rPr>
                <w:rFonts w:cs="Arial"/>
                <w:sz w:val="22"/>
              </w:rPr>
              <w:br/>
            </w:r>
          </w:p>
        </w:tc>
        <w:tc>
          <w:tcPr>
            <w:tcW w:w="3240" w:type="dxa"/>
            <w:shd w:val="clear" w:color="auto" w:fill="F5F7F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0003D3A" w14:textId="77777777" w:rsidR="005967E9" w:rsidRPr="00175909" w:rsidRDefault="00000000">
            <w:pPr>
              <w:spacing w:after="0" w:line="240" w:lineRule="auto"/>
              <w:rPr>
                <w:rFonts w:cs="Arial"/>
                <w:sz w:val="22"/>
              </w:rPr>
            </w:pPr>
            <w:r w:rsidRPr="00175909">
              <w:rPr>
                <w:rFonts w:cs="Arial"/>
                <w:sz w:val="22"/>
              </w:rPr>
              <w:br/>
            </w:r>
          </w:p>
        </w:tc>
      </w:tr>
    </w:tbl>
    <w:p w14:paraId="4ECCE779" w14:textId="77777777" w:rsidR="005967E9" w:rsidRPr="00BB72C2" w:rsidRDefault="005967E9">
      <w:pPr>
        <w:spacing w:after="0"/>
        <w:rPr>
          <w:rFonts w:cs="Arial"/>
        </w:rPr>
      </w:pPr>
    </w:p>
    <w:tbl>
      <w:tblPr>
        <w:tblStyle w:val="TableGrid"/>
        <w:tblW w:w="9936" w:type="dxa"/>
        <w:jc w:val="center"/>
        <w:tblLayout w:type="fixed"/>
        <w:tblLook w:val="04A0" w:firstRow="1" w:lastRow="0" w:firstColumn="1" w:lastColumn="0" w:noHBand="0" w:noVBand="1"/>
      </w:tblPr>
      <w:tblGrid>
        <w:gridCol w:w="9936"/>
      </w:tblGrid>
      <w:tr w:rsidR="005967E9" w:rsidRPr="00BB72C2" w14:paraId="0CDE9480" w14:textId="77777777">
        <w:trPr>
          <w:jc w:val="center"/>
        </w:trPr>
        <w:tc>
          <w:tcPr>
            <w:tcW w:w="9936" w:type="dxa"/>
            <w:shd w:val="clear" w:color="auto" w:fill="EAF2F8"/>
            <w:tcMar>
              <w:top w:w="105" w:type="dxa"/>
              <w:left w:w="135" w:type="dxa"/>
              <w:bottom w:w="105" w:type="dxa"/>
              <w:right w:w="135" w:type="dxa"/>
            </w:tcMar>
          </w:tcPr>
          <w:p w14:paraId="25D8E539" w14:textId="77777777" w:rsidR="005967E9" w:rsidRPr="00BB72C2" w:rsidRDefault="00000000">
            <w:pPr>
              <w:spacing w:after="0"/>
              <w:rPr>
                <w:rFonts w:cs="Arial"/>
              </w:rPr>
            </w:pPr>
            <w:r w:rsidRPr="00BB72C2">
              <w:rPr>
                <w:rFonts w:cs="Arial"/>
                <w:b/>
                <w:color w:val="17365D"/>
              </w:rPr>
              <w:t xml:space="preserve">PUBLIC-SECTOR CHECK  </w:t>
            </w:r>
            <w:r w:rsidRPr="00BB72C2">
              <w:rPr>
                <w:rFonts w:cs="Arial"/>
              </w:rPr>
              <w:t>Before acting, confirm the relevant mandate, approvals, ethics, policy, budget, information, and accountability requirements.</w:t>
            </w:r>
          </w:p>
        </w:tc>
      </w:tr>
    </w:tbl>
    <w:p w14:paraId="0C9A8954" w14:textId="11A0FC2A" w:rsidR="005967E9" w:rsidRPr="00BB72C2" w:rsidRDefault="005967E9">
      <w:pPr>
        <w:rPr>
          <w:rFonts w:cs="Arial"/>
        </w:rPr>
      </w:pPr>
    </w:p>
    <w:p w14:paraId="1F932480" w14:textId="77777777" w:rsidR="005967E9" w:rsidRPr="00BB72C2" w:rsidRDefault="00000000">
      <w:pPr>
        <w:pStyle w:val="Heading1"/>
        <w:rPr>
          <w:rFonts w:ascii="Arial" w:hAnsi="Arial" w:cs="Arial"/>
        </w:rPr>
      </w:pPr>
      <w:r w:rsidRPr="00BB72C2">
        <w:rPr>
          <w:rFonts w:ascii="Arial" w:hAnsi="Arial" w:cs="Arial"/>
        </w:rPr>
        <w:lastRenderedPageBreak/>
        <w:t>D. Risk, Evidence and Learning</w:t>
      </w:r>
    </w:p>
    <w:p w14:paraId="6AEBF2D4" w14:textId="77777777" w:rsidR="005967E9" w:rsidRPr="00BB72C2" w:rsidRDefault="00000000">
      <w:pPr>
        <w:pStyle w:val="Heading2"/>
        <w:rPr>
          <w:rFonts w:ascii="Arial" w:hAnsi="Arial" w:cs="Arial"/>
        </w:rPr>
      </w:pPr>
      <w:r w:rsidRPr="00BB72C2">
        <w:rPr>
          <w:rFonts w:ascii="Arial" w:hAnsi="Arial" w:cs="Arial"/>
        </w:rPr>
        <w:t>Leadership and delivery risks</w:t>
      </w:r>
    </w:p>
    <w:tbl>
      <w:tblPr>
        <w:tblStyle w:val="TableGrid"/>
        <w:tblW w:w="9936" w:type="dxa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1800"/>
        <w:gridCol w:w="3528"/>
        <w:gridCol w:w="2160"/>
      </w:tblGrid>
      <w:tr w:rsidR="005967E9" w:rsidRPr="00BB72C2" w14:paraId="59DDB545" w14:textId="77777777">
        <w:trPr>
          <w:tblHeader/>
          <w:jc w:val="center"/>
        </w:trPr>
        <w:tc>
          <w:tcPr>
            <w:tcW w:w="2448" w:type="dxa"/>
            <w:shd w:val="clear" w:color="auto" w:fill="17365D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78CF8EEC" w14:textId="77777777" w:rsidR="005967E9" w:rsidRPr="005163EA" w:rsidRDefault="00000000">
            <w:pPr>
              <w:spacing w:after="0" w:line="240" w:lineRule="auto"/>
              <w:jc w:val="center"/>
              <w:rPr>
                <w:rFonts w:cs="Arial"/>
                <w:sz w:val="22"/>
              </w:rPr>
            </w:pPr>
            <w:r w:rsidRPr="005163EA">
              <w:rPr>
                <w:rFonts w:cs="Arial"/>
                <w:b/>
                <w:color w:val="FFFFFF"/>
                <w:sz w:val="22"/>
              </w:rPr>
              <w:t>Risk</w:t>
            </w:r>
          </w:p>
        </w:tc>
        <w:tc>
          <w:tcPr>
            <w:tcW w:w="1800" w:type="dxa"/>
            <w:shd w:val="clear" w:color="auto" w:fill="17365D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4DAAE0C1" w14:textId="77777777" w:rsidR="005967E9" w:rsidRPr="005163EA" w:rsidRDefault="00000000">
            <w:pPr>
              <w:spacing w:after="0" w:line="240" w:lineRule="auto"/>
              <w:jc w:val="center"/>
              <w:rPr>
                <w:rFonts w:cs="Arial"/>
                <w:sz w:val="22"/>
              </w:rPr>
            </w:pPr>
            <w:r w:rsidRPr="005163EA">
              <w:rPr>
                <w:rFonts w:cs="Arial"/>
                <w:b/>
                <w:color w:val="FFFFFF"/>
                <w:sz w:val="22"/>
              </w:rPr>
              <w:t>Likelihood / impact</w:t>
            </w:r>
          </w:p>
        </w:tc>
        <w:tc>
          <w:tcPr>
            <w:tcW w:w="3528" w:type="dxa"/>
            <w:shd w:val="clear" w:color="auto" w:fill="17365D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2F7D310B" w14:textId="77777777" w:rsidR="005967E9" w:rsidRPr="005163EA" w:rsidRDefault="00000000">
            <w:pPr>
              <w:spacing w:after="0" w:line="240" w:lineRule="auto"/>
              <w:jc w:val="center"/>
              <w:rPr>
                <w:rFonts w:cs="Arial"/>
                <w:sz w:val="22"/>
              </w:rPr>
            </w:pPr>
            <w:r w:rsidRPr="005163EA">
              <w:rPr>
                <w:rFonts w:cs="Arial"/>
                <w:b/>
                <w:color w:val="FFFFFF"/>
                <w:sz w:val="22"/>
              </w:rPr>
              <w:t>Response</w:t>
            </w:r>
          </w:p>
        </w:tc>
        <w:tc>
          <w:tcPr>
            <w:tcW w:w="2160" w:type="dxa"/>
            <w:shd w:val="clear" w:color="auto" w:fill="17365D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70CF402B" w14:textId="77777777" w:rsidR="005967E9" w:rsidRPr="005163EA" w:rsidRDefault="00000000">
            <w:pPr>
              <w:spacing w:after="0" w:line="240" w:lineRule="auto"/>
              <w:jc w:val="center"/>
              <w:rPr>
                <w:rFonts w:cs="Arial"/>
                <w:sz w:val="22"/>
              </w:rPr>
            </w:pPr>
            <w:r w:rsidRPr="005163EA">
              <w:rPr>
                <w:rFonts w:cs="Arial"/>
                <w:b/>
                <w:color w:val="FFFFFF"/>
                <w:sz w:val="22"/>
              </w:rPr>
              <w:t>Early warning sign</w:t>
            </w:r>
          </w:p>
        </w:tc>
      </w:tr>
      <w:tr w:rsidR="005967E9" w:rsidRPr="00BB72C2" w14:paraId="579B6669" w14:textId="77777777">
        <w:trPr>
          <w:jc w:val="center"/>
        </w:trPr>
        <w:tc>
          <w:tcPr>
            <w:tcW w:w="244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97FF774" w14:textId="77777777" w:rsidR="005967E9" w:rsidRPr="00834547" w:rsidRDefault="00000000">
            <w:pPr>
              <w:spacing w:after="0" w:line="240" w:lineRule="auto"/>
              <w:rPr>
                <w:rFonts w:cs="Arial"/>
                <w:color w:val="000000" w:themeColor="text1"/>
                <w:sz w:val="22"/>
              </w:rPr>
            </w:pPr>
            <w:r w:rsidRPr="00834547">
              <w:rPr>
                <w:rFonts w:cs="Arial"/>
                <w:color w:val="000000" w:themeColor="text1"/>
                <w:sz w:val="22"/>
              </w:rPr>
              <w:br/>
            </w:r>
          </w:p>
        </w:tc>
        <w:tc>
          <w:tcPr>
            <w:tcW w:w="180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D44D962" w14:textId="77777777" w:rsidR="005967E9" w:rsidRPr="00834547" w:rsidRDefault="00000000">
            <w:pPr>
              <w:spacing w:after="0" w:line="240" w:lineRule="auto"/>
              <w:rPr>
                <w:rFonts w:cs="Arial"/>
                <w:color w:val="000000" w:themeColor="text1"/>
                <w:sz w:val="22"/>
              </w:rPr>
            </w:pPr>
            <w:r w:rsidRPr="00834547">
              <w:rPr>
                <w:rFonts w:cs="Arial"/>
                <w:color w:val="000000" w:themeColor="text1"/>
                <w:sz w:val="22"/>
              </w:rPr>
              <w:br/>
            </w:r>
          </w:p>
        </w:tc>
        <w:tc>
          <w:tcPr>
            <w:tcW w:w="352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5545FF0" w14:textId="77777777" w:rsidR="005967E9" w:rsidRPr="00834547" w:rsidRDefault="00000000">
            <w:pPr>
              <w:spacing w:after="0" w:line="240" w:lineRule="auto"/>
              <w:rPr>
                <w:rFonts w:cs="Arial"/>
                <w:color w:val="000000" w:themeColor="text1"/>
                <w:sz w:val="22"/>
              </w:rPr>
            </w:pPr>
            <w:r w:rsidRPr="00834547">
              <w:rPr>
                <w:rFonts w:cs="Arial"/>
                <w:color w:val="000000" w:themeColor="text1"/>
                <w:sz w:val="22"/>
              </w:rPr>
              <w:br/>
            </w:r>
          </w:p>
        </w:tc>
        <w:tc>
          <w:tcPr>
            <w:tcW w:w="216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0F16423" w14:textId="77777777" w:rsidR="005967E9" w:rsidRPr="00834547" w:rsidRDefault="00000000">
            <w:pPr>
              <w:spacing w:after="0" w:line="240" w:lineRule="auto"/>
              <w:rPr>
                <w:rFonts w:cs="Arial"/>
                <w:color w:val="000000" w:themeColor="text1"/>
                <w:sz w:val="22"/>
              </w:rPr>
            </w:pPr>
            <w:r w:rsidRPr="00834547">
              <w:rPr>
                <w:rFonts w:cs="Arial"/>
                <w:color w:val="000000" w:themeColor="text1"/>
                <w:sz w:val="22"/>
              </w:rPr>
              <w:br/>
            </w:r>
          </w:p>
        </w:tc>
      </w:tr>
      <w:tr w:rsidR="005967E9" w:rsidRPr="00BB72C2" w14:paraId="3000B808" w14:textId="77777777">
        <w:trPr>
          <w:jc w:val="center"/>
        </w:trPr>
        <w:tc>
          <w:tcPr>
            <w:tcW w:w="2448" w:type="dxa"/>
            <w:shd w:val="clear" w:color="auto" w:fill="F5F7F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FB49FDC" w14:textId="77777777" w:rsidR="005967E9" w:rsidRPr="00834547" w:rsidRDefault="00000000">
            <w:pPr>
              <w:spacing w:after="0" w:line="240" w:lineRule="auto"/>
              <w:rPr>
                <w:rFonts w:cs="Arial"/>
                <w:color w:val="000000" w:themeColor="text1"/>
                <w:sz w:val="22"/>
              </w:rPr>
            </w:pPr>
            <w:r w:rsidRPr="00834547">
              <w:rPr>
                <w:rFonts w:cs="Arial"/>
                <w:color w:val="000000" w:themeColor="text1"/>
                <w:sz w:val="22"/>
              </w:rPr>
              <w:br/>
            </w:r>
          </w:p>
        </w:tc>
        <w:tc>
          <w:tcPr>
            <w:tcW w:w="1800" w:type="dxa"/>
            <w:shd w:val="clear" w:color="auto" w:fill="F5F7F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F65B355" w14:textId="77777777" w:rsidR="005967E9" w:rsidRPr="00834547" w:rsidRDefault="00000000">
            <w:pPr>
              <w:spacing w:after="0" w:line="240" w:lineRule="auto"/>
              <w:rPr>
                <w:rFonts w:cs="Arial"/>
                <w:color w:val="000000" w:themeColor="text1"/>
                <w:sz w:val="22"/>
              </w:rPr>
            </w:pPr>
            <w:r w:rsidRPr="00834547">
              <w:rPr>
                <w:rFonts w:cs="Arial"/>
                <w:color w:val="000000" w:themeColor="text1"/>
                <w:sz w:val="22"/>
              </w:rPr>
              <w:br/>
            </w:r>
          </w:p>
        </w:tc>
        <w:tc>
          <w:tcPr>
            <w:tcW w:w="3528" w:type="dxa"/>
            <w:shd w:val="clear" w:color="auto" w:fill="F5F7F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B9D99D3" w14:textId="77777777" w:rsidR="005967E9" w:rsidRPr="00834547" w:rsidRDefault="00000000">
            <w:pPr>
              <w:spacing w:after="0" w:line="240" w:lineRule="auto"/>
              <w:rPr>
                <w:rFonts w:cs="Arial"/>
                <w:color w:val="000000" w:themeColor="text1"/>
                <w:sz w:val="22"/>
              </w:rPr>
            </w:pPr>
            <w:r w:rsidRPr="00834547">
              <w:rPr>
                <w:rFonts w:cs="Arial"/>
                <w:color w:val="000000" w:themeColor="text1"/>
                <w:sz w:val="22"/>
              </w:rPr>
              <w:br/>
            </w:r>
          </w:p>
        </w:tc>
        <w:tc>
          <w:tcPr>
            <w:tcW w:w="2160" w:type="dxa"/>
            <w:shd w:val="clear" w:color="auto" w:fill="F5F7F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822F43E" w14:textId="77777777" w:rsidR="005967E9" w:rsidRPr="00834547" w:rsidRDefault="00000000">
            <w:pPr>
              <w:spacing w:after="0" w:line="240" w:lineRule="auto"/>
              <w:rPr>
                <w:rFonts w:cs="Arial"/>
                <w:color w:val="000000" w:themeColor="text1"/>
                <w:sz w:val="22"/>
              </w:rPr>
            </w:pPr>
            <w:r w:rsidRPr="00834547">
              <w:rPr>
                <w:rFonts w:cs="Arial"/>
                <w:color w:val="000000" w:themeColor="text1"/>
                <w:sz w:val="22"/>
              </w:rPr>
              <w:br/>
            </w:r>
          </w:p>
        </w:tc>
      </w:tr>
      <w:tr w:rsidR="005967E9" w:rsidRPr="00BB72C2" w14:paraId="065AD101" w14:textId="77777777">
        <w:trPr>
          <w:jc w:val="center"/>
        </w:trPr>
        <w:tc>
          <w:tcPr>
            <w:tcW w:w="244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6A0C5A7" w14:textId="77777777" w:rsidR="005967E9" w:rsidRPr="00834547" w:rsidRDefault="00000000">
            <w:pPr>
              <w:spacing w:after="0" w:line="240" w:lineRule="auto"/>
              <w:rPr>
                <w:rFonts w:cs="Arial"/>
                <w:color w:val="000000" w:themeColor="text1"/>
                <w:sz w:val="22"/>
              </w:rPr>
            </w:pPr>
            <w:r w:rsidRPr="00834547">
              <w:rPr>
                <w:rFonts w:cs="Arial"/>
                <w:color w:val="000000" w:themeColor="text1"/>
                <w:sz w:val="22"/>
              </w:rPr>
              <w:br/>
            </w:r>
          </w:p>
        </w:tc>
        <w:tc>
          <w:tcPr>
            <w:tcW w:w="180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0CB5ABC" w14:textId="77777777" w:rsidR="005967E9" w:rsidRPr="00834547" w:rsidRDefault="00000000">
            <w:pPr>
              <w:spacing w:after="0" w:line="240" w:lineRule="auto"/>
              <w:rPr>
                <w:rFonts w:cs="Arial"/>
                <w:color w:val="000000" w:themeColor="text1"/>
                <w:sz w:val="22"/>
              </w:rPr>
            </w:pPr>
            <w:r w:rsidRPr="00834547">
              <w:rPr>
                <w:rFonts w:cs="Arial"/>
                <w:color w:val="000000" w:themeColor="text1"/>
                <w:sz w:val="22"/>
              </w:rPr>
              <w:br/>
            </w:r>
          </w:p>
        </w:tc>
        <w:tc>
          <w:tcPr>
            <w:tcW w:w="352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4648137" w14:textId="77777777" w:rsidR="005967E9" w:rsidRPr="00834547" w:rsidRDefault="00000000">
            <w:pPr>
              <w:spacing w:after="0" w:line="240" w:lineRule="auto"/>
              <w:rPr>
                <w:rFonts w:cs="Arial"/>
                <w:color w:val="000000" w:themeColor="text1"/>
                <w:sz w:val="22"/>
              </w:rPr>
            </w:pPr>
            <w:r w:rsidRPr="00834547">
              <w:rPr>
                <w:rFonts w:cs="Arial"/>
                <w:color w:val="000000" w:themeColor="text1"/>
                <w:sz w:val="22"/>
              </w:rPr>
              <w:br/>
            </w:r>
          </w:p>
        </w:tc>
        <w:tc>
          <w:tcPr>
            <w:tcW w:w="216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EBDE72E" w14:textId="77777777" w:rsidR="005967E9" w:rsidRPr="00834547" w:rsidRDefault="00000000">
            <w:pPr>
              <w:spacing w:after="0" w:line="240" w:lineRule="auto"/>
              <w:rPr>
                <w:rFonts w:cs="Arial"/>
                <w:color w:val="000000" w:themeColor="text1"/>
                <w:sz w:val="22"/>
              </w:rPr>
            </w:pPr>
            <w:r w:rsidRPr="00834547">
              <w:rPr>
                <w:rFonts w:cs="Arial"/>
                <w:color w:val="000000" w:themeColor="text1"/>
                <w:sz w:val="22"/>
              </w:rPr>
              <w:br/>
            </w:r>
          </w:p>
        </w:tc>
      </w:tr>
      <w:tr w:rsidR="005967E9" w:rsidRPr="00BB72C2" w14:paraId="48457E77" w14:textId="77777777">
        <w:trPr>
          <w:jc w:val="center"/>
        </w:trPr>
        <w:tc>
          <w:tcPr>
            <w:tcW w:w="2448" w:type="dxa"/>
            <w:shd w:val="clear" w:color="auto" w:fill="F5F7F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510C3D7" w14:textId="77777777" w:rsidR="005967E9" w:rsidRPr="00834547" w:rsidRDefault="00000000">
            <w:pPr>
              <w:spacing w:after="0" w:line="240" w:lineRule="auto"/>
              <w:rPr>
                <w:rFonts w:cs="Arial"/>
                <w:color w:val="000000" w:themeColor="text1"/>
                <w:sz w:val="22"/>
              </w:rPr>
            </w:pPr>
            <w:r w:rsidRPr="00834547">
              <w:rPr>
                <w:rFonts w:cs="Arial"/>
                <w:color w:val="000000" w:themeColor="text1"/>
                <w:sz w:val="22"/>
              </w:rPr>
              <w:br/>
            </w:r>
          </w:p>
        </w:tc>
        <w:tc>
          <w:tcPr>
            <w:tcW w:w="1800" w:type="dxa"/>
            <w:shd w:val="clear" w:color="auto" w:fill="F5F7F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F35FCF3" w14:textId="77777777" w:rsidR="005967E9" w:rsidRPr="00834547" w:rsidRDefault="00000000">
            <w:pPr>
              <w:spacing w:after="0" w:line="240" w:lineRule="auto"/>
              <w:rPr>
                <w:rFonts w:cs="Arial"/>
                <w:color w:val="000000" w:themeColor="text1"/>
                <w:sz w:val="22"/>
              </w:rPr>
            </w:pPr>
            <w:r w:rsidRPr="00834547">
              <w:rPr>
                <w:rFonts w:cs="Arial"/>
                <w:color w:val="000000" w:themeColor="text1"/>
                <w:sz w:val="22"/>
              </w:rPr>
              <w:br/>
            </w:r>
          </w:p>
        </w:tc>
        <w:tc>
          <w:tcPr>
            <w:tcW w:w="3528" w:type="dxa"/>
            <w:shd w:val="clear" w:color="auto" w:fill="F5F7F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535DB0E" w14:textId="77777777" w:rsidR="005967E9" w:rsidRPr="00834547" w:rsidRDefault="00000000">
            <w:pPr>
              <w:spacing w:after="0" w:line="240" w:lineRule="auto"/>
              <w:rPr>
                <w:rFonts w:cs="Arial"/>
                <w:color w:val="000000" w:themeColor="text1"/>
                <w:sz w:val="22"/>
              </w:rPr>
            </w:pPr>
            <w:r w:rsidRPr="00834547">
              <w:rPr>
                <w:rFonts w:cs="Arial"/>
                <w:color w:val="000000" w:themeColor="text1"/>
                <w:sz w:val="22"/>
              </w:rPr>
              <w:br/>
            </w:r>
          </w:p>
        </w:tc>
        <w:tc>
          <w:tcPr>
            <w:tcW w:w="2160" w:type="dxa"/>
            <w:shd w:val="clear" w:color="auto" w:fill="F5F7F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E218DB0" w14:textId="77777777" w:rsidR="005967E9" w:rsidRPr="00834547" w:rsidRDefault="00000000">
            <w:pPr>
              <w:spacing w:after="0" w:line="240" w:lineRule="auto"/>
              <w:rPr>
                <w:rFonts w:cs="Arial"/>
                <w:color w:val="000000" w:themeColor="text1"/>
                <w:sz w:val="22"/>
              </w:rPr>
            </w:pPr>
            <w:r w:rsidRPr="00834547">
              <w:rPr>
                <w:rFonts w:cs="Arial"/>
                <w:color w:val="000000" w:themeColor="text1"/>
                <w:sz w:val="22"/>
              </w:rPr>
              <w:br/>
            </w:r>
          </w:p>
        </w:tc>
      </w:tr>
    </w:tbl>
    <w:p w14:paraId="2D1179CB" w14:textId="77777777" w:rsidR="005967E9" w:rsidRPr="00BB72C2" w:rsidRDefault="005967E9">
      <w:pPr>
        <w:spacing w:after="0"/>
        <w:rPr>
          <w:rFonts w:cs="Arial"/>
        </w:rPr>
      </w:pPr>
    </w:p>
    <w:p w14:paraId="127A1D11" w14:textId="77777777" w:rsidR="005967E9" w:rsidRPr="00BB72C2" w:rsidRDefault="00000000">
      <w:pPr>
        <w:pStyle w:val="Heading2"/>
        <w:rPr>
          <w:rFonts w:ascii="Arial" w:hAnsi="Arial" w:cs="Arial"/>
        </w:rPr>
      </w:pPr>
      <w:r w:rsidRPr="00BB72C2">
        <w:rPr>
          <w:rFonts w:ascii="Arial" w:hAnsi="Arial" w:cs="Arial"/>
        </w:rPr>
        <w:t>Evidence plan</w:t>
      </w:r>
    </w:p>
    <w:tbl>
      <w:tblPr>
        <w:tblStyle w:val="TableGrid"/>
        <w:tblW w:w="9936" w:type="dxa"/>
        <w:jc w:val="center"/>
        <w:tblLayout w:type="fixed"/>
        <w:tblLook w:val="04A0" w:firstRow="1" w:lastRow="0" w:firstColumn="1" w:lastColumn="0" w:noHBand="0" w:noVBand="1"/>
      </w:tblPr>
      <w:tblGrid>
        <w:gridCol w:w="2880"/>
        <w:gridCol w:w="1440"/>
        <w:gridCol w:w="2232"/>
        <w:gridCol w:w="2232"/>
        <w:gridCol w:w="1152"/>
      </w:tblGrid>
      <w:tr w:rsidR="005967E9" w:rsidRPr="00BB72C2" w14:paraId="5861E053" w14:textId="77777777">
        <w:trPr>
          <w:tblHeader/>
          <w:jc w:val="center"/>
        </w:trPr>
        <w:tc>
          <w:tcPr>
            <w:tcW w:w="2880" w:type="dxa"/>
            <w:shd w:val="clear" w:color="auto" w:fill="17365D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71B9D11E" w14:textId="77777777" w:rsidR="005967E9" w:rsidRPr="005163EA" w:rsidRDefault="00000000">
            <w:pPr>
              <w:spacing w:after="0" w:line="240" w:lineRule="auto"/>
              <w:jc w:val="center"/>
              <w:rPr>
                <w:rFonts w:cs="Arial"/>
                <w:sz w:val="22"/>
              </w:rPr>
            </w:pPr>
            <w:r w:rsidRPr="005163EA">
              <w:rPr>
                <w:rFonts w:cs="Arial"/>
                <w:b/>
                <w:color w:val="FFFFFF"/>
                <w:sz w:val="22"/>
              </w:rPr>
              <w:t>What will be measured or observed?</w:t>
            </w:r>
          </w:p>
        </w:tc>
        <w:tc>
          <w:tcPr>
            <w:tcW w:w="1440" w:type="dxa"/>
            <w:shd w:val="clear" w:color="auto" w:fill="17365D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009851BB" w14:textId="77777777" w:rsidR="005967E9" w:rsidRPr="005163EA" w:rsidRDefault="00000000">
            <w:pPr>
              <w:spacing w:after="0" w:line="240" w:lineRule="auto"/>
              <w:jc w:val="center"/>
              <w:rPr>
                <w:rFonts w:cs="Arial"/>
                <w:sz w:val="22"/>
              </w:rPr>
            </w:pPr>
            <w:r w:rsidRPr="005163EA">
              <w:rPr>
                <w:rFonts w:cs="Arial"/>
                <w:b/>
                <w:color w:val="FFFFFF"/>
                <w:sz w:val="22"/>
              </w:rPr>
              <w:t>Baseline</w:t>
            </w:r>
          </w:p>
        </w:tc>
        <w:tc>
          <w:tcPr>
            <w:tcW w:w="2232" w:type="dxa"/>
            <w:shd w:val="clear" w:color="auto" w:fill="17365D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6E8420B6" w14:textId="77777777" w:rsidR="005967E9" w:rsidRPr="005163EA" w:rsidRDefault="00000000">
            <w:pPr>
              <w:spacing w:after="0" w:line="240" w:lineRule="auto"/>
              <w:jc w:val="center"/>
              <w:rPr>
                <w:rFonts w:cs="Arial"/>
                <w:sz w:val="22"/>
              </w:rPr>
            </w:pPr>
            <w:r w:rsidRPr="005163EA">
              <w:rPr>
                <w:rFonts w:cs="Arial"/>
                <w:b/>
                <w:color w:val="FFFFFF"/>
                <w:sz w:val="22"/>
              </w:rPr>
              <w:t>90-day indicator</w:t>
            </w:r>
          </w:p>
        </w:tc>
        <w:tc>
          <w:tcPr>
            <w:tcW w:w="2232" w:type="dxa"/>
            <w:shd w:val="clear" w:color="auto" w:fill="17365D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5DE7E5A5" w14:textId="77777777" w:rsidR="005967E9" w:rsidRPr="005163EA" w:rsidRDefault="00000000">
            <w:pPr>
              <w:spacing w:after="0" w:line="240" w:lineRule="auto"/>
              <w:jc w:val="center"/>
              <w:rPr>
                <w:rFonts w:cs="Arial"/>
                <w:sz w:val="22"/>
              </w:rPr>
            </w:pPr>
            <w:r w:rsidRPr="005163EA">
              <w:rPr>
                <w:rFonts w:cs="Arial"/>
                <w:b/>
                <w:color w:val="FFFFFF"/>
                <w:sz w:val="22"/>
              </w:rPr>
              <w:t>Source / method</w:t>
            </w:r>
          </w:p>
        </w:tc>
        <w:tc>
          <w:tcPr>
            <w:tcW w:w="1152" w:type="dxa"/>
            <w:shd w:val="clear" w:color="auto" w:fill="17365D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2461D62A" w14:textId="77777777" w:rsidR="005967E9" w:rsidRPr="005163EA" w:rsidRDefault="00000000">
            <w:pPr>
              <w:spacing w:after="0" w:line="240" w:lineRule="auto"/>
              <w:jc w:val="center"/>
              <w:rPr>
                <w:rFonts w:cs="Arial"/>
                <w:sz w:val="22"/>
              </w:rPr>
            </w:pPr>
            <w:r w:rsidRPr="005163EA">
              <w:rPr>
                <w:rFonts w:cs="Arial"/>
                <w:b/>
                <w:color w:val="FFFFFF"/>
                <w:sz w:val="22"/>
              </w:rPr>
              <w:t>When</w:t>
            </w:r>
          </w:p>
        </w:tc>
      </w:tr>
      <w:tr w:rsidR="005967E9" w:rsidRPr="00BB72C2" w14:paraId="622A2A03" w14:textId="77777777">
        <w:trPr>
          <w:jc w:val="center"/>
        </w:trPr>
        <w:tc>
          <w:tcPr>
            <w:tcW w:w="288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DE7AC8A" w14:textId="77777777" w:rsidR="005967E9" w:rsidRPr="00834547" w:rsidRDefault="00000000">
            <w:pPr>
              <w:spacing w:after="0" w:line="240" w:lineRule="auto"/>
              <w:rPr>
                <w:rFonts w:cs="Arial"/>
                <w:color w:val="000000" w:themeColor="text1"/>
                <w:sz w:val="22"/>
              </w:rPr>
            </w:pPr>
            <w:r w:rsidRPr="00834547">
              <w:rPr>
                <w:rFonts w:cs="Arial"/>
                <w:color w:val="000000" w:themeColor="text1"/>
                <w:sz w:val="22"/>
              </w:rPr>
              <w:br/>
            </w:r>
          </w:p>
        </w:tc>
        <w:tc>
          <w:tcPr>
            <w:tcW w:w="144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BD3028B" w14:textId="77777777" w:rsidR="005967E9" w:rsidRPr="00834547" w:rsidRDefault="00000000">
            <w:pPr>
              <w:spacing w:after="0" w:line="240" w:lineRule="auto"/>
              <w:rPr>
                <w:rFonts w:cs="Arial"/>
                <w:color w:val="000000" w:themeColor="text1"/>
                <w:sz w:val="22"/>
              </w:rPr>
            </w:pPr>
            <w:r w:rsidRPr="00834547">
              <w:rPr>
                <w:rFonts w:cs="Arial"/>
                <w:color w:val="000000" w:themeColor="text1"/>
                <w:sz w:val="22"/>
              </w:rPr>
              <w:br/>
            </w:r>
          </w:p>
        </w:tc>
        <w:tc>
          <w:tcPr>
            <w:tcW w:w="223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9159B95" w14:textId="77777777" w:rsidR="005967E9" w:rsidRPr="00834547" w:rsidRDefault="00000000">
            <w:pPr>
              <w:spacing w:after="0" w:line="240" w:lineRule="auto"/>
              <w:rPr>
                <w:rFonts w:cs="Arial"/>
                <w:color w:val="000000" w:themeColor="text1"/>
                <w:sz w:val="22"/>
              </w:rPr>
            </w:pPr>
            <w:r w:rsidRPr="00834547">
              <w:rPr>
                <w:rFonts w:cs="Arial"/>
                <w:color w:val="000000" w:themeColor="text1"/>
                <w:sz w:val="22"/>
              </w:rPr>
              <w:br/>
            </w:r>
          </w:p>
        </w:tc>
        <w:tc>
          <w:tcPr>
            <w:tcW w:w="223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CFEA487" w14:textId="77777777" w:rsidR="005967E9" w:rsidRPr="00834547" w:rsidRDefault="00000000">
            <w:pPr>
              <w:spacing w:after="0" w:line="240" w:lineRule="auto"/>
              <w:rPr>
                <w:rFonts w:cs="Arial"/>
                <w:color w:val="000000" w:themeColor="text1"/>
                <w:sz w:val="22"/>
              </w:rPr>
            </w:pPr>
            <w:r w:rsidRPr="00834547">
              <w:rPr>
                <w:rFonts w:cs="Arial"/>
                <w:color w:val="000000" w:themeColor="text1"/>
                <w:sz w:val="22"/>
              </w:rPr>
              <w:br/>
            </w:r>
          </w:p>
        </w:tc>
        <w:tc>
          <w:tcPr>
            <w:tcW w:w="115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FFAC37B" w14:textId="77777777" w:rsidR="005967E9" w:rsidRPr="00834547" w:rsidRDefault="00000000">
            <w:pPr>
              <w:spacing w:after="0" w:line="240" w:lineRule="auto"/>
              <w:rPr>
                <w:rFonts w:cs="Arial"/>
                <w:color w:val="000000" w:themeColor="text1"/>
                <w:sz w:val="22"/>
              </w:rPr>
            </w:pPr>
            <w:r w:rsidRPr="00834547">
              <w:rPr>
                <w:rFonts w:cs="Arial"/>
                <w:color w:val="000000" w:themeColor="text1"/>
                <w:sz w:val="22"/>
              </w:rPr>
              <w:br/>
            </w:r>
          </w:p>
        </w:tc>
      </w:tr>
      <w:tr w:rsidR="005967E9" w:rsidRPr="00BB72C2" w14:paraId="738411F4" w14:textId="77777777">
        <w:trPr>
          <w:jc w:val="center"/>
        </w:trPr>
        <w:tc>
          <w:tcPr>
            <w:tcW w:w="2880" w:type="dxa"/>
            <w:shd w:val="clear" w:color="auto" w:fill="F5F7F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69A9740" w14:textId="77777777" w:rsidR="005967E9" w:rsidRPr="00834547" w:rsidRDefault="00000000">
            <w:pPr>
              <w:spacing w:after="0" w:line="240" w:lineRule="auto"/>
              <w:rPr>
                <w:rFonts w:cs="Arial"/>
                <w:color w:val="000000" w:themeColor="text1"/>
                <w:sz w:val="22"/>
              </w:rPr>
            </w:pPr>
            <w:r w:rsidRPr="00834547">
              <w:rPr>
                <w:rFonts w:cs="Arial"/>
                <w:color w:val="000000" w:themeColor="text1"/>
                <w:sz w:val="22"/>
              </w:rPr>
              <w:br/>
            </w:r>
          </w:p>
        </w:tc>
        <w:tc>
          <w:tcPr>
            <w:tcW w:w="1440" w:type="dxa"/>
            <w:shd w:val="clear" w:color="auto" w:fill="F5F7F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3A923C6" w14:textId="77777777" w:rsidR="005967E9" w:rsidRPr="00834547" w:rsidRDefault="00000000">
            <w:pPr>
              <w:spacing w:after="0" w:line="240" w:lineRule="auto"/>
              <w:rPr>
                <w:rFonts w:cs="Arial"/>
                <w:color w:val="000000" w:themeColor="text1"/>
                <w:sz w:val="22"/>
              </w:rPr>
            </w:pPr>
            <w:r w:rsidRPr="00834547">
              <w:rPr>
                <w:rFonts w:cs="Arial"/>
                <w:color w:val="000000" w:themeColor="text1"/>
                <w:sz w:val="22"/>
              </w:rPr>
              <w:br/>
            </w:r>
          </w:p>
        </w:tc>
        <w:tc>
          <w:tcPr>
            <w:tcW w:w="2232" w:type="dxa"/>
            <w:shd w:val="clear" w:color="auto" w:fill="F5F7F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ACE659B" w14:textId="77777777" w:rsidR="005967E9" w:rsidRPr="00834547" w:rsidRDefault="00000000">
            <w:pPr>
              <w:spacing w:after="0" w:line="240" w:lineRule="auto"/>
              <w:rPr>
                <w:rFonts w:cs="Arial"/>
                <w:color w:val="000000" w:themeColor="text1"/>
                <w:sz w:val="22"/>
              </w:rPr>
            </w:pPr>
            <w:r w:rsidRPr="00834547">
              <w:rPr>
                <w:rFonts w:cs="Arial"/>
                <w:color w:val="000000" w:themeColor="text1"/>
                <w:sz w:val="22"/>
              </w:rPr>
              <w:br/>
            </w:r>
          </w:p>
        </w:tc>
        <w:tc>
          <w:tcPr>
            <w:tcW w:w="2232" w:type="dxa"/>
            <w:shd w:val="clear" w:color="auto" w:fill="F5F7F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B1CBCC2" w14:textId="77777777" w:rsidR="005967E9" w:rsidRPr="00834547" w:rsidRDefault="00000000">
            <w:pPr>
              <w:spacing w:after="0" w:line="240" w:lineRule="auto"/>
              <w:rPr>
                <w:rFonts w:cs="Arial"/>
                <w:color w:val="000000" w:themeColor="text1"/>
                <w:sz w:val="22"/>
              </w:rPr>
            </w:pPr>
            <w:r w:rsidRPr="00834547">
              <w:rPr>
                <w:rFonts w:cs="Arial"/>
                <w:color w:val="000000" w:themeColor="text1"/>
                <w:sz w:val="22"/>
              </w:rPr>
              <w:br/>
            </w:r>
          </w:p>
        </w:tc>
        <w:tc>
          <w:tcPr>
            <w:tcW w:w="1152" w:type="dxa"/>
            <w:shd w:val="clear" w:color="auto" w:fill="F5F7F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88222F6" w14:textId="77777777" w:rsidR="005967E9" w:rsidRPr="00834547" w:rsidRDefault="00000000">
            <w:pPr>
              <w:spacing w:after="0" w:line="240" w:lineRule="auto"/>
              <w:rPr>
                <w:rFonts w:cs="Arial"/>
                <w:color w:val="000000" w:themeColor="text1"/>
                <w:sz w:val="22"/>
              </w:rPr>
            </w:pPr>
            <w:r w:rsidRPr="00834547">
              <w:rPr>
                <w:rFonts w:cs="Arial"/>
                <w:color w:val="000000" w:themeColor="text1"/>
                <w:sz w:val="22"/>
              </w:rPr>
              <w:br/>
            </w:r>
          </w:p>
        </w:tc>
      </w:tr>
      <w:tr w:rsidR="005967E9" w:rsidRPr="00BB72C2" w14:paraId="3D0C47F7" w14:textId="77777777">
        <w:trPr>
          <w:jc w:val="center"/>
        </w:trPr>
        <w:tc>
          <w:tcPr>
            <w:tcW w:w="288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CB1AEA2" w14:textId="77777777" w:rsidR="005967E9" w:rsidRPr="00834547" w:rsidRDefault="00000000">
            <w:pPr>
              <w:spacing w:after="0" w:line="240" w:lineRule="auto"/>
              <w:rPr>
                <w:rFonts w:cs="Arial"/>
                <w:color w:val="000000" w:themeColor="text1"/>
                <w:sz w:val="22"/>
              </w:rPr>
            </w:pPr>
            <w:r w:rsidRPr="00834547">
              <w:rPr>
                <w:rFonts w:cs="Arial"/>
                <w:color w:val="000000" w:themeColor="text1"/>
                <w:sz w:val="22"/>
              </w:rPr>
              <w:br/>
            </w:r>
          </w:p>
        </w:tc>
        <w:tc>
          <w:tcPr>
            <w:tcW w:w="144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7855365" w14:textId="77777777" w:rsidR="005967E9" w:rsidRPr="00834547" w:rsidRDefault="00000000">
            <w:pPr>
              <w:spacing w:after="0" w:line="240" w:lineRule="auto"/>
              <w:rPr>
                <w:rFonts w:cs="Arial"/>
                <w:color w:val="000000" w:themeColor="text1"/>
                <w:sz w:val="22"/>
              </w:rPr>
            </w:pPr>
            <w:r w:rsidRPr="00834547">
              <w:rPr>
                <w:rFonts w:cs="Arial"/>
                <w:color w:val="000000" w:themeColor="text1"/>
                <w:sz w:val="22"/>
              </w:rPr>
              <w:br/>
            </w:r>
          </w:p>
        </w:tc>
        <w:tc>
          <w:tcPr>
            <w:tcW w:w="223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0DD1BAB" w14:textId="77777777" w:rsidR="005967E9" w:rsidRPr="00834547" w:rsidRDefault="00000000">
            <w:pPr>
              <w:spacing w:after="0" w:line="240" w:lineRule="auto"/>
              <w:rPr>
                <w:rFonts w:cs="Arial"/>
                <w:color w:val="000000" w:themeColor="text1"/>
                <w:sz w:val="22"/>
              </w:rPr>
            </w:pPr>
            <w:r w:rsidRPr="00834547">
              <w:rPr>
                <w:rFonts w:cs="Arial"/>
                <w:color w:val="000000" w:themeColor="text1"/>
                <w:sz w:val="22"/>
              </w:rPr>
              <w:br/>
            </w:r>
          </w:p>
        </w:tc>
        <w:tc>
          <w:tcPr>
            <w:tcW w:w="223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D7B17A9" w14:textId="77777777" w:rsidR="005967E9" w:rsidRPr="00834547" w:rsidRDefault="00000000">
            <w:pPr>
              <w:spacing w:after="0" w:line="240" w:lineRule="auto"/>
              <w:rPr>
                <w:rFonts w:cs="Arial"/>
                <w:color w:val="000000" w:themeColor="text1"/>
                <w:sz w:val="22"/>
              </w:rPr>
            </w:pPr>
            <w:r w:rsidRPr="00834547">
              <w:rPr>
                <w:rFonts w:cs="Arial"/>
                <w:color w:val="000000" w:themeColor="text1"/>
                <w:sz w:val="22"/>
              </w:rPr>
              <w:br/>
            </w:r>
          </w:p>
        </w:tc>
        <w:tc>
          <w:tcPr>
            <w:tcW w:w="115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6476C23" w14:textId="77777777" w:rsidR="005967E9" w:rsidRPr="00834547" w:rsidRDefault="00000000">
            <w:pPr>
              <w:spacing w:after="0" w:line="240" w:lineRule="auto"/>
              <w:rPr>
                <w:rFonts w:cs="Arial"/>
                <w:color w:val="000000" w:themeColor="text1"/>
                <w:sz w:val="22"/>
              </w:rPr>
            </w:pPr>
            <w:r w:rsidRPr="00834547">
              <w:rPr>
                <w:rFonts w:cs="Arial"/>
                <w:color w:val="000000" w:themeColor="text1"/>
                <w:sz w:val="22"/>
              </w:rPr>
              <w:br/>
            </w:r>
          </w:p>
        </w:tc>
      </w:tr>
      <w:tr w:rsidR="005967E9" w:rsidRPr="00BB72C2" w14:paraId="76E29029" w14:textId="77777777">
        <w:trPr>
          <w:jc w:val="center"/>
        </w:trPr>
        <w:tc>
          <w:tcPr>
            <w:tcW w:w="2880" w:type="dxa"/>
            <w:shd w:val="clear" w:color="auto" w:fill="F5F7F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B31B2FD" w14:textId="77777777" w:rsidR="005967E9" w:rsidRPr="00834547" w:rsidRDefault="00000000">
            <w:pPr>
              <w:spacing w:after="0" w:line="240" w:lineRule="auto"/>
              <w:rPr>
                <w:rFonts w:cs="Arial"/>
                <w:color w:val="000000" w:themeColor="text1"/>
                <w:sz w:val="22"/>
              </w:rPr>
            </w:pPr>
            <w:r w:rsidRPr="00834547">
              <w:rPr>
                <w:rFonts w:cs="Arial"/>
                <w:color w:val="000000" w:themeColor="text1"/>
                <w:sz w:val="22"/>
              </w:rPr>
              <w:br/>
            </w:r>
          </w:p>
        </w:tc>
        <w:tc>
          <w:tcPr>
            <w:tcW w:w="1440" w:type="dxa"/>
            <w:shd w:val="clear" w:color="auto" w:fill="F5F7F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CAC48BC" w14:textId="77777777" w:rsidR="005967E9" w:rsidRPr="00834547" w:rsidRDefault="00000000">
            <w:pPr>
              <w:spacing w:after="0" w:line="240" w:lineRule="auto"/>
              <w:rPr>
                <w:rFonts w:cs="Arial"/>
                <w:color w:val="000000" w:themeColor="text1"/>
                <w:sz w:val="22"/>
              </w:rPr>
            </w:pPr>
            <w:r w:rsidRPr="00834547">
              <w:rPr>
                <w:rFonts w:cs="Arial"/>
                <w:color w:val="000000" w:themeColor="text1"/>
                <w:sz w:val="22"/>
              </w:rPr>
              <w:br/>
            </w:r>
          </w:p>
        </w:tc>
        <w:tc>
          <w:tcPr>
            <w:tcW w:w="2232" w:type="dxa"/>
            <w:shd w:val="clear" w:color="auto" w:fill="F5F7F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86F304F" w14:textId="77777777" w:rsidR="005967E9" w:rsidRPr="00834547" w:rsidRDefault="00000000">
            <w:pPr>
              <w:spacing w:after="0" w:line="240" w:lineRule="auto"/>
              <w:rPr>
                <w:rFonts w:cs="Arial"/>
                <w:color w:val="000000" w:themeColor="text1"/>
                <w:sz w:val="22"/>
              </w:rPr>
            </w:pPr>
            <w:r w:rsidRPr="00834547">
              <w:rPr>
                <w:rFonts w:cs="Arial"/>
                <w:color w:val="000000" w:themeColor="text1"/>
                <w:sz w:val="22"/>
              </w:rPr>
              <w:br/>
            </w:r>
          </w:p>
        </w:tc>
        <w:tc>
          <w:tcPr>
            <w:tcW w:w="2232" w:type="dxa"/>
            <w:shd w:val="clear" w:color="auto" w:fill="F5F7F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C9D22A3" w14:textId="77777777" w:rsidR="005967E9" w:rsidRPr="00834547" w:rsidRDefault="00000000">
            <w:pPr>
              <w:spacing w:after="0" w:line="240" w:lineRule="auto"/>
              <w:rPr>
                <w:rFonts w:cs="Arial"/>
                <w:color w:val="000000" w:themeColor="text1"/>
                <w:sz w:val="22"/>
              </w:rPr>
            </w:pPr>
            <w:r w:rsidRPr="00834547">
              <w:rPr>
                <w:rFonts w:cs="Arial"/>
                <w:color w:val="000000" w:themeColor="text1"/>
                <w:sz w:val="22"/>
              </w:rPr>
              <w:br/>
            </w:r>
          </w:p>
        </w:tc>
        <w:tc>
          <w:tcPr>
            <w:tcW w:w="1152" w:type="dxa"/>
            <w:shd w:val="clear" w:color="auto" w:fill="F5F7F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3469C2E" w14:textId="77777777" w:rsidR="005967E9" w:rsidRPr="00834547" w:rsidRDefault="00000000">
            <w:pPr>
              <w:spacing w:after="0" w:line="240" w:lineRule="auto"/>
              <w:rPr>
                <w:rFonts w:cs="Arial"/>
                <w:color w:val="000000" w:themeColor="text1"/>
                <w:sz w:val="22"/>
              </w:rPr>
            </w:pPr>
            <w:r w:rsidRPr="00834547">
              <w:rPr>
                <w:rFonts w:cs="Arial"/>
                <w:color w:val="000000" w:themeColor="text1"/>
                <w:sz w:val="22"/>
              </w:rPr>
              <w:br/>
            </w:r>
          </w:p>
        </w:tc>
      </w:tr>
    </w:tbl>
    <w:p w14:paraId="6CC1740C" w14:textId="77777777" w:rsidR="005967E9" w:rsidRPr="00BB72C2" w:rsidRDefault="005967E9">
      <w:pPr>
        <w:spacing w:after="0"/>
        <w:rPr>
          <w:rFonts w:cs="Arial"/>
        </w:rPr>
      </w:pPr>
    </w:p>
    <w:p w14:paraId="548DD3A3" w14:textId="77777777" w:rsidR="005967E9" w:rsidRPr="00BB72C2" w:rsidRDefault="00000000">
      <w:pPr>
        <w:pStyle w:val="Heading2"/>
        <w:rPr>
          <w:rFonts w:ascii="Arial" w:hAnsi="Arial" w:cs="Arial"/>
        </w:rPr>
      </w:pPr>
      <w:r w:rsidRPr="00BB72C2">
        <w:rPr>
          <w:rFonts w:ascii="Arial" w:hAnsi="Arial" w:cs="Arial"/>
        </w:rPr>
        <w:t>Review and adaptation points</w:t>
      </w:r>
    </w:p>
    <w:tbl>
      <w:tblPr>
        <w:tblStyle w:val="TableGrid"/>
        <w:tblW w:w="9936" w:type="dxa"/>
        <w:jc w:val="center"/>
        <w:tblLayout w:type="fixed"/>
        <w:tblLook w:val="04A0" w:firstRow="1" w:lastRow="0" w:firstColumn="1" w:lastColumn="0" w:noHBand="0" w:noVBand="1"/>
      </w:tblPr>
      <w:tblGrid>
        <w:gridCol w:w="1440"/>
        <w:gridCol w:w="3168"/>
        <w:gridCol w:w="2232"/>
        <w:gridCol w:w="3096"/>
      </w:tblGrid>
      <w:tr w:rsidR="005967E9" w:rsidRPr="00BB72C2" w14:paraId="4FBD5FCD" w14:textId="77777777">
        <w:trPr>
          <w:tblHeader/>
          <w:jc w:val="center"/>
        </w:trPr>
        <w:tc>
          <w:tcPr>
            <w:tcW w:w="1440" w:type="dxa"/>
            <w:shd w:val="clear" w:color="auto" w:fill="17365D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5FFD07FA" w14:textId="77777777" w:rsidR="005967E9" w:rsidRPr="005163EA" w:rsidRDefault="00000000">
            <w:pPr>
              <w:spacing w:after="0" w:line="240" w:lineRule="auto"/>
              <w:jc w:val="center"/>
              <w:rPr>
                <w:rFonts w:cs="Arial"/>
                <w:sz w:val="22"/>
              </w:rPr>
            </w:pPr>
            <w:r w:rsidRPr="005163EA">
              <w:rPr>
                <w:rFonts w:cs="Arial"/>
                <w:b/>
                <w:color w:val="FFFFFF"/>
                <w:sz w:val="22"/>
              </w:rPr>
              <w:t>Review point</w:t>
            </w:r>
          </w:p>
        </w:tc>
        <w:tc>
          <w:tcPr>
            <w:tcW w:w="3168" w:type="dxa"/>
            <w:shd w:val="clear" w:color="auto" w:fill="17365D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0927F404" w14:textId="77777777" w:rsidR="005967E9" w:rsidRPr="005163EA" w:rsidRDefault="00000000">
            <w:pPr>
              <w:spacing w:after="0" w:line="240" w:lineRule="auto"/>
              <w:jc w:val="center"/>
              <w:rPr>
                <w:rFonts w:cs="Arial"/>
                <w:sz w:val="22"/>
              </w:rPr>
            </w:pPr>
            <w:r w:rsidRPr="005163EA">
              <w:rPr>
                <w:rFonts w:cs="Arial"/>
                <w:b/>
                <w:color w:val="FFFFFF"/>
                <w:sz w:val="22"/>
              </w:rPr>
              <w:t>What I will examine</w:t>
            </w:r>
          </w:p>
        </w:tc>
        <w:tc>
          <w:tcPr>
            <w:tcW w:w="2232" w:type="dxa"/>
            <w:shd w:val="clear" w:color="auto" w:fill="17365D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5CC8EA09" w14:textId="77777777" w:rsidR="005967E9" w:rsidRPr="005163EA" w:rsidRDefault="00000000">
            <w:pPr>
              <w:spacing w:after="0" w:line="240" w:lineRule="auto"/>
              <w:jc w:val="center"/>
              <w:rPr>
                <w:rFonts w:cs="Arial"/>
                <w:sz w:val="22"/>
              </w:rPr>
            </w:pPr>
            <w:r w:rsidRPr="005163EA">
              <w:rPr>
                <w:rFonts w:cs="Arial"/>
                <w:b/>
                <w:color w:val="FFFFFF"/>
                <w:sz w:val="22"/>
              </w:rPr>
              <w:t>Who will contribute</w:t>
            </w:r>
          </w:p>
        </w:tc>
        <w:tc>
          <w:tcPr>
            <w:tcW w:w="3096" w:type="dxa"/>
            <w:shd w:val="clear" w:color="auto" w:fill="17365D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22C73808" w14:textId="77777777" w:rsidR="005967E9" w:rsidRPr="005163EA" w:rsidRDefault="00000000">
            <w:pPr>
              <w:spacing w:after="0" w:line="240" w:lineRule="auto"/>
              <w:jc w:val="center"/>
              <w:rPr>
                <w:rFonts w:cs="Arial"/>
                <w:sz w:val="22"/>
              </w:rPr>
            </w:pPr>
            <w:r w:rsidRPr="005163EA">
              <w:rPr>
                <w:rFonts w:cs="Arial"/>
                <w:b/>
                <w:color w:val="FFFFFF"/>
                <w:sz w:val="22"/>
              </w:rPr>
              <w:t>Decision or adjustment</w:t>
            </w:r>
          </w:p>
        </w:tc>
      </w:tr>
      <w:tr w:rsidR="005967E9" w:rsidRPr="00BB72C2" w14:paraId="14233E15" w14:textId="77777777">
        <w:trPr>
          <w:jc w:val="center"/>
        </w:trPr>
        <w:tc>
          <w:tcPr>
            <w:tcW w:w="144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F110D98" w14:textId="77777777" w:rsidR="005967E9" w:rsidRPr="00834547" w:rsidRDefault="00000000">
            <w:pPr>
              <w:spacing w:after="0" w:line="240" w:lineRule="auto"/>
              <w:jc w:val="center"/>
              <w:rPr>
                <w:rFonts w:cs="Arial"/>
                <w:color w:val="000000" w:themeColor="text1"/>
                <w:sz w:val="22"/>
              </w:rPr>
            </w:pPr>
            <w:r w:rsidRPr="00834547">
              <w:rPr>
                <w:rFonts w:cs="Arial"/>
                <w:color w:val="000000" w:themeColor="text1"/>
                <w:sz w:val="22"/>
              </w:rPr>
              <w:t>Day 30</w:t>
            </w:r>
          </w:p>
        </w:tc>
        <w:tc>
          <w:tcPr>
            <w:tcW w:w="31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C435D0E" w14:textId="77777777" w:rsidR="005967E9" w:rsidRPr="00834547" w:rsidRDefault="00000000">
            <w:pPr>
              <w:spacing w:after="0" w:line="240" w:lineRule="auto"/>
              <w:rPr>
                <w:rFonts w:cs="Arial"/>
                <w:color w:val="000000" w:themeColor="text1"/>
                <w:sz w:val="22"/>
              </w:rPr>
            </w:pPr>
            <w:r w:rsidRPr="00834547">
              <w:rPr>
                <w:rFonts w:cs="Arial"/>
                <w:color w:val="000000" w:themeColor="text1"/>
                <w:sz w:val="22"/>
              </w:rPr>
              <w:br/>
            </w:r>
          </w:p>
        </w:tc>
        <w:tc>
          <w:tcPr>
            <w:tcW w:w="223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F55BDF2" w14:textId="77777777" w:rsidR="005967E9" w:rsidRPr="00834547" w:rsidRDefault="00000000">
            <w:pPr>
              <w:spacing w:after="0" w:line="240" w:lineRule="auto"/>
              <w:rPr>
                <w:rFonts w:cs="Arial"/>
                <w:color w:val="000000" w:themeColor="text1"/>
                <w:sz w:val="22"/>
              </w:rPr>
            </w:pPr>
            <w:r w:rsidRPr="00834547">
              <w:rPr>
                <w:rFonts w:cs="Arial"/>
                <w:color w:val="000000" w:themeColor="text1"/>
                <w:sz w:val="22"/>
              </w:rPr>
              <w:br/>
            </w:r>
          </w:p>
        </w:tc>
        <w:tc>
          <w:tcPr>
            <w:tcW w:w="309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764E148" w14:textId="77777777" w:rsidR="005967E9" w:rsidRPr="00834547" w:rsidRDefault="00000000">
            <w:pPr>
              <w:spacing w:after="0" w:line="240" w:lineRule="auto"/>
              <w:rPr>
                <w:rFonts w:cs="Arial"/>
                <w:color w:val="000000" w:themeColor="text1"/>
                <w:sz w:val="22"/>
              </w:rPr>
            </w:pPr>
            <w:r w:rsidRPr="00834547">
              <w:rPr>
                <w:rFonts w:cs="Arial"/>
                <w:color w:val="000000" w:themeColor="text1"/>
                <w:sz w:val="22"/>
              </w:rPr>
              <w:br/>
            </w:r>
          </w:p>
        </w:tc>
      </w:tr>
      <w:tr w:rsidR="005967E9" w:rsidRPr="00BB72C2" w14:paraId="5F843AAD" w14:textId="77777777">
        <w:trPr>
          <w:jc w:val="center"/>
        </w:trPr>
        <w:tc>
          <w:tcPr>
            <w:tcW w:w="1440" w:type="dxa"/>
            <w:shd w:val="clear" w:color="auto" w:fill="F5F7F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7116494" w14:textId="77777777" w:rsidR="005967E9" w:rsidRPr="00834547" w:rsidRDefault="00000000">
            <w:pPr>
              <w:spacing w:after="0" w:line="240" w:lineRule="auto"/>
              <w:jc w:val="center"/>
              <w:rPr>
                <w:rFonts w:cs="Arial"/>
                <w:color w:val="000000" w:themeColor="text1"/>
                <w:sz w:val="22"/>
              </w:rPr>
            </w:pPr>
            <w:r w:rsidRPr="00834547">
              <w:rPr>
                <w:rFonts w:cs="Arial"/>
                <w:color w:val="000000" w:themeColor="text1"/>
                <w:sz w:val="22"/>
              </w:rPr>
              <w:t>Day 60</w:t>
            </w:r>
          </w:p>
        </w:tc>
        <w:tc>
          <w:tcPr>
            <w:tcW w:w="3168" w:type="dxa"/>
            <w:shd w:val="clear" w:color="auto" w:fill="F5F7F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14C370A" w14:textId="77777777" w:rsidR="005967E9" w:rsidRPr="00834547" w:rsidRDefault="00000000">
            <w:pPr>
              <w:spacing w:after="0" w:line="240" w:lineRule="auto"/>
              <w:rPr>
                <w:rFonts w:cs="Arial"/>
                <w:color w:val="000000" w:themeColor="text1"/>
                <w:sz w:val="22"/>
              </w:rPr>
            </w:pPr>
            <w:r w:rsidRPr="00834547">
              <w:rPr>
                <w:rFonts w:cs="Arial"/>
                <w:color w:val="000000" w:themeColor="text1"/>
                <w:sz w:val="22"/>
              </w:rPr>
              <w:br/>
            </w:r>
          </w:p>
        </w:tc>
        <w:tc>
          <w:tcPr>
            <w:tcW w:w="2232" w:type="dxa"/>
            <w:shd w:val="clear" w:color="auto" w:fill="F5F7F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3E85A17" w14:textId="77777777" w:rsidR="005967E9" w:rsidRPr="00834547" w:rsidRDefault="00000000">
            <w:pPr>
              <w:spacing w:after="0" w:line="240" w:lineRule="auto"/>
              <w:rPr>
                <w:rFonts w:cs="Arial"/>
                <w:color w:val="000000" w:themeColor="text1"/>
                <w:sz w:val="22"/>
              </w:rPr>
            </w:pPr>
            <w:r w:rsidRPr="00834547">
              <w:rPr>
                <w:rFonts w:cs="Arial"/>
                <w:color w:val="000000" w:themeColor="text1"/>
                <w:sz w:val="22"/>
              </w:rPr>
              <w:br/>
            </w:r>
          </w:p>
        </w:tc>
        <w:tc>
          <w:tcPr>
            <w:tcW w:w="3096" w:type="dxa"/>
            <w:shd w:val="clear" w:color="auto" w:fill="F5F7F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3D50DEE" w14:textId="77777777" w:rsidR="005967E9" w:rsidRPr="00834547" w:rsidRDefault="00000000">
            <w:pPr>
              <w:spacing w:after="0" w:line="240" w:lineRule="auto"/>
              <w:rPr>
                <w:rFonts w:cs="Arial"/>
                <w:color w:val="000000" w:themeColor="text1"/>
                <w:sz w:val="22"/>
              </w:rPr>
            </w:pPr>
            <w:r w:rsidRPr="00834547">
              <w:rPr>
                <w:rFonts w:cs="Arial"/>
                <w:color w:val="000000" w:themeColor="text1"/>
                <w:sz w:val="22"/>
              </w:rPr>
              <w:br/>
            </w:r>
          </w:p>
        </w:tc>
      </w:tr>
      <w:tr w:rsidR="005967E9" w:rsidRPr="00BB72C2" w14:paraId="15B4EF59" w14:textId="77777777">
        <w:trPr>
          <w:jc w:val="center"/>
        </w:trPr>
        <w:tc>
          <w:tcPr>
            <w:tcW w:w="144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ECBE92B" w14:textId="77777777" w:rsidR="005967E9" w:rsidRPr="00834547" w:rsidRDefault="00000000">
            <w:pPr>
              <w:spacing w:after="0" w:line="240" w:lineRule="auto"/>
              <w:jc w:val="center"/>
              <w:rPr>
                <w:rFonts w:cs="Arial"/>
                <w:color w:val="000000" w:themeColor="text1"/>
                <w:sz w:val="22"/>
              </w:rPr>
            </w:pPr>
            <w:r w:rsidRPr="00834547">
              <w:rPr>
                <w:rFonts w:cs="Arial"/>
                <w:color w:val="000000" w:themeColor="text1"/>
                <w:sz w:val="22"/>
              </w:rPr>
              <w:t>Day 90</w:t>
            </w:r>
          </w:p>
        </w:tc>
        <w:tc>
          <w:tcPr>
            <w:tcW w:w="31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FBD0D29" w14:textId="77777777" w:rsidR="005967E9" w:rsidRPr="00834547" w:rsidRDefault="00000000">
            <w:pPr>
              <w:spacing w:after="0" w:line="240" w:lineRule="auto"/>
              <w:rPr>
                <w:rFonts w:cs="Arial"/>
                <w:color w:val="000000" w:themeColor="text1"/>
                <w:sz w:val="22"/>
              </w:rPr>
            </w:pPr>
            <w:r w:rsidRPr="00834547">
              <w:rPr>
                <w:rFonts w:cs="Arial"/>
                <w:color w:val="000000" w:themeColor="text1"/>
                <w:sz w:val="22"/>
              </w:rPr>
              <w:br/>
            </w:r>
          </w:p>
        </w:tc>
        <w:tc>
          <w:tcPr>
            <w:tcW w:w="223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2AE9F29" w14:textId="77777777" w:rsidR="005967E9" w:rsidRPr="00834547" w:rsidRDefault="00000000">
            <w:pPr>
              <w:spacing w:after="0" w:line="240" w:lineRule="auto"/>
              <w:rPr>
                <w:rFonts w:cs="Arial"/>
                <w:color w:val="000000" w:themeColor="text1"/>
                <w:sz w:val="22"/>
              </w:rPr>
            </w:pPr>
            <w:r w:rsidRPr="00834547">
              <w:rPr>
                <w:rFonts w:cs="Arial"/>
                <w:color w:val="000000" w:themeColor="text1"/>
                <w:sz w:val="22"/>
              </w:rPr>
              <w:br/>
            </w:r>
          </w:p>
        </w:tc>
        <w:tc>
          <w:tcPr>
            <w:tcW w:w="309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01CA363" w14:textId="77777777" w:rsidR="005967E9" w:rsidRPr="00834547" w:rsidRDefault="00000000">
            <w:pPr>
              <w:spacing w:after="0" w:line="240" w:lineRule="auto"/>
              <w:rPr>
                <w:rFonts w:cs="Arial"/>
                <w:color w:val="000000" w:themeColor="text1"/>
                <w:sz w:val="22"/>
              </w:rPr>
            </w:pPr>
            <w:r w:rsidRPr="00834547">
              <w:rPr>
                <w:rFonts w:cs="Arial"/>
                <w:color w:val="000000" w:themeColor="text1"/>
                <w:sz w:val="22"/>
              </w:rPr>
              <w:br/>
            </w:r>
          </w:p>
        </w:tc>
      </w:tr>
    </w:tbl>
    <w:p w14:paraId="594EEFD7" w14:textId="77777777" w:rsidR="005967E9" w:rsidRPr="00BB72C2" w:rsidRDefault="005967E9">
      <w:pPr>
        <w:spacing w:after="0"/>
        <w:rPr>
          <w:rFonts w:cs="Arial"/>
        </w:rPr>
      </w:pPr>
    </w:p>
    <w:p w14:paraId="7065D44B" w14:textId="77777777" w:rsidR="005163EA" w:rsidRDefault="005163EA">
      <w:pPr>
        <w:spacing w:after="200" w:line="276" w:lineRule="auto"/>
        <w:rPr>
          <w:rFonts w:eastAsiaTheme="majorEastAsia" w:cs="Arial"/>
          <w:b/>
          <w:bCs/>
          <w:color w:val="2E75B6"/>
          <w:sz w:val="23"/>
          <w:szCs w:val="26"/>
        </w:rPr>
      </w:pPr>
      <w:r>
        <w:rPr>
          <w:rFonts w:cs="Arial"/>
        </w:rPr>
        <w:br w:type="page"/>
      </w:r>
    </w:p>
    <w:p w14:paraId="4453E206" w14:textId="5B65EDEF" w:rsidR="005967E9" w:rsidRDefault="00000000">
      <w:pPr>
        <w:pStyle w:val="Heading2"/>
        <w:rPr>
          <w:rFonts w:ascii="Arial" w:hAnsi="Arial" w:cs="Arial"/>
          <w:sz w:val="24"/>
          <w:szCs w:val="24"/>
        </w:rPr>
      </w:pPr>
      <w:r w:rsidRPr="005163EA">
        <w:rPr>
          <w:rFonts w:ascii="Arial" w:hAnsi="Arial" w:cs="Arial"/>
          <w:sz w:val="24"/>
          <w:szCs w:val="24"/>
        </w:rPr>
        <w:lastRenderedPageBreak/>
        <w:t>Brief learning record</w:t>
      </w:r>
    </w:p>
    <w:p w14:paraId="177CF69F" w14:textId="77777777" w:rsidR="005163EA" w:rsidRPr="005163EA" w:rsidRDefault="005163EA" w:rsidP="005163EA"/>
    <w:tbl>
      <w:tblPr>
        <w:tblStyle w:val="TableGrid"/>
        <w:tblW w:w="9936" w:type="dxa"/>
        <w:jc w:val="center"/>
        <w:tblLayout w:type="fixed"/>
        <w:tblLook w:val="04A0" w:firstRow="1" w:lastRow="0" w:firstColumn="1" w:lastColumn="0" w:noHBand="0" w:noVBand="1"/>
      </w:tblPr>
      <w:tblGrid>
        <w:gridCol w:w="2880"/>
        <w:gridCol w:w="7056"/>
      </w:tblGrid>
      <w:tr w:rsidR="005967E9" w:rsidRPr="00BB72C2" w14:paraId="41838C6B" w14:textId="77777777" w:rsidTr="005163EA">
        <w:trPr>
          <w:trHeight w:val="851"/>
          <w:jc w:val="center"/>
        </w:trPr>
        <w:tc>
          <w:tcPr>
            <w:tcW w:w="2880" w:type="dxa"/>
            <w:shd w:val="clear" w:color="auto" w:fill="EAF2F8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6112CEA1" w14:textId="77777777" w:rsidR="005967E9" w:rsidRPr="005163EA" w:rsidRDefault="00000000">
            <w:pPr>
              <w:spacing w:after="0" w:line="240" w:lineRule="auto"/>
              <w:rPr>
                <w:rFonts w:cs="Arial"/>
                <w:sz w:val="24"/>
                <w:szCs w:val="24"/>
              </w:rPr>
            </w:pPr>
            <w:r w:rsidRPr="005163EA">
              <w:rPr>
                <w:rFonts w:cs="Arial"/>
                <w:b/>
                <w:color w:val="17365D"/>
                <w:sz w:val="24"/>
                <w:szCs w:val="24"/>
              </w:rPr>
              <w:t>What happened?</w:t>
            </w:r>
          </w:p>
        </w:tc>
        <w:tc>
          <w:tcPr>
            <w:tcW w:w="7056" w:type="dx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4E02B948" w14:textId="77777777" w:rsidR="005967E9" w:rsidRDefault="005967E9">
            <w:pPr>
              <w:spacing w:after="0" w:line="240" w:lineRule="auto"/>
              <w:rPr>
                <w:rFonts w:cs="Arial"/>
                <w:sz w:val="24"/>
                <w:szCs w:val="24"/>
              </w:rPr>
            </w:pPr>
          </w:p>
          <w:p w14:paraId="3EEA1DDA" w14:textId="77777777" w:rsidR="00622394" w:rsidRDefault="00622394">
            <w:pPr>
              <w:spacing w:after="0" w:line="240" w:lineRule="auto"/>
              <w:rPr>
                <w:rFonts w:cs="Arial"/>
                <w:sz w:val="24"/>
                <w:szCs w:val="24"/>
              </w:rPr>
            </w:pPr>
          </w:p>
          <w:p w14:paraId="1C41A470" w14:textId="77777777" w:rsidR="00622394" w:rsidRDefault="00622394">
            <w:pPr>
              <w:spacing w:after="0" w:line="240" w:lineRule="auto"/>
              <w:rPr>
                <w:rFonts w:cs="Arial"/>
                <w:sz w:val="24"/>
                <w:szCs w:val="24"/>
              </w:rPr>
            </w:pPr>
          </w:p>
          <w:p w14:paraId="562B144D" w14:textId="77777777" w:rsidR="00622394" w:rsidRDefault="00622394">
            <w:pPr>
              <w:spacing w:after="0" w:line="240" w:lineRule="auto"/>
              <w:rPr>
                <w:rFonts w:cs="Arial"/>
                <w:sz w:val="24"/>
                <w:szCs w:val="24"/>
              </w:rPr>
            </w:pPr>
          </w:p>
          <w:p w14:paraId="5BE06CCB" w14:textId="77777777" w:rsidR="00622394" w:rsidRDefault="00622394">
            <w:pPr>
              <w:spacing w:after="0" w:line="240" w:lineRule="auto"/>
              <w:rPr>
                <w:rFonts w:cs="Arial"/>
                <w:sz w:val="24"/>
                <w:szCs w:val="24"/>
              </w:rPr>
            </w:pPr>
          </w:p>
          <w:p w14:paraId="519934A8" w14:textId="77777777" w:rsidR="00622394" w:rsidRDefault="00622394">
            <w:pPr>
              <w:spacing w:after="0" w:line="240" w:lineRule="auto"/>
              <w:rPr>
                <w:rFonts w:cs="Arial"/>
                <w:sz w:val="24"/>
                <w:szCs w:val="24"/>
              </w:rPr>
            </w:pPr>
          </w:p>
          <w:p w14:paraId="73F480DC" w14:textId="77777777" w:rsidR="00622394" w:rsidRDefault="00622394">
            <w:pPr>
              <w:spacing w:after="0" w:line="240" w:lineRule="auto"/>
              <w:rPr>
                <w:rFonts w:cs="Arial"/>
                <w:sz w:val="24"/>
                <w:szCs w:val="24"/>
              </w:rPr>
            </w:pPr>
          </w:p>
          <w:p w14:paraId="298DD726" w14:textId="0D8E45B9" w:rsidR="00622394" w:rsidRPr="005163EA" w:rsidRDefault="00622394">
            <w:pPr>
              <w:spacing w:after="0" w:line="240" w:lineRule="auto"/>
              <w:rPr>
                <w:rFonts w:cs="Arial"/>
                <w:sz w:val="24"/>
                <w:szCs w:val="24"/>
              </w:rPr>
            </w:pPr>
          </w:p>
        </w:tc>
      </w:tr>
      <w:tr w:rsidR="005967E9" w:rsidRPr="00BB72C2" w14:paraId="0B99BDEF" w14:textId="77777777" w:rsidTr="005163EA">
        <w:trPr>
          <w:trHeight w:val="851"/>
          <w:jc w:val="center"/>
        </w:trPr>
        <w:tc>
          <w:tcPr>
            <w:tcW w:w="2880" w:type="dxa"/>
            <w:shd w:val="clear" w:color="auto" w:fill="EAF2F8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6EAEC6E0" w14:textId="77777777" w:rsidR="005967E9" w:rsidRPr="005163EA" w:rsidRDefault="00000000">
            <w:pPr>
              <w:spacing w:after="0" w:line="240" w:lineRule="auto"/>
              <w:rPr>
                <w:rFonts w:cs="Arial"/>
                <w:sz w:val="24"/>
                <w:szCs w:val="24"/>
              </w:rPr>
            </w:pPr>
            <w:r w:rsidRPr="005163EA">
              <w:rPr>
                <w:rFonts w:cs="Arial"/>
                <w:b/>
                <w:color w:val="17365D"/>
                <w:sz w:val="24"/>
                <w:szCs w:val="24"/>
              </w:rPr>
              <w:t>What did I learn?</w:t>
            </w:r>
          </w:p>
        </w:tc>
        <w:tc>
          <w:tcPr>
            <w:tcW w:w="7056" w:type="dx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5A46DE5E" w14:textId="77777777" w:rsidR="005967E9" w:rsidRDefault="005967E9">
            <w:pPr>
              <w:spacing w:after="0" w:line="240" w:lineRule="auto"/>
              <w:rPr>
                <w:rFonts w:cs="Arial"/>
                <w:sz w:val="24"/>
                <w:szCs w:val="24"/>
              </w:rPr>
            </w:pPr>
          </w:p>
          <w:p w14:paraId="4D63CA04" w14:textId="77777777" w:rsidR="00622394" w:rsidRDefault="00622394">
            <w:pPr>
              <w:spacing w:after="0" w:line="240" w:lineRule="auto"/>
              <w:rPr>
                <w:rFonts w:cs="Arial"/>
                <w:sz w:val="24"/>
                <w:szCs w:val="24"/>
              </w:rPr>
            </w:pPr>
          </w:p>
          <w:p w14:paraId="137730B2" w14:textId="77777777" w:rsidR="00622394" w:rsidRDefault="00622394">
            <w:pPr>
              <w:spacing w:after="0" w:line="240" w:lineRule="auto"/>
              <w:rPr>
                <w:rFonts w:cs="Arial"/>
                <w:sz w:val="24"/>
                <w:szCs w:val="24"/>
              </w:rPr>
            </w:pPr>
          </w:p>
          <w:p w14:paraId="6B481CD9" w14:textId="77777777" w:rsidR="00622394" w:rsidRDefault="00622394">
            <w:pPr>
              <w:spacing w:after="0" w:line="240" w:lineRule="auto"/>
              <w:rPr>
                <w:rFonts w:cs="Arial"/>
                <w:sz w:val="24"/>
                <w:szCs w:val="24"/>
              </w:rPr>
            </w:pPr>
          </w:p>
          <w:p w14:paraId="13EDEE14" w14:textId="77777777" w:rsidR="00622394" w:rsidRDefault="00622394">
            <w:pPr>
              <w:spacing w:after="0" w:line="240" w:lineRule="auto"/>
              <w:rPr>
                <w:rFonts w:cs="Arial"/>
                <w:sz w:val="24"/>
                <w:szCs w:val="24"/>
              </w:rPr>
            </w:pPr>
          </w:p>
          <w:p w14:paraId="25392DEA" w14:textId="77777777" w:rsidR="00622394" w:rsidRDefault="00622394">
            <w:pPr>
              <w:spacing w:after="0" w:line="240" w:lineRule="auto"/>
              <w:rPr>
                <w:rFonts w:cs="Arial"/>
                <w:sz w:val="24"/>
                <w:szCs w:val="24"/>
              </w:rPr>
            </w:pPr>
          </w:p>
          <w:p w14:paraId="17B825DB" w14:textId="77777777" w:rsidR="00622394" w:rsidRDefault="00622394">
            <w:pPr>
              <w:spacing w:after="0" w:line="240" w:lineRule="auto"/>
              <w:rPr>
                <w:rFonts w:cs="Arial"/>
                <w:sz w:val="24"/>
                <w:szCs w:val="24"/>
              </w:rPr>
            </w:pPr>
          </w:p>
          <w:p w14:paraId="42106FB1" w14:textId="26158314" w:rsidR="00622394" w:rsidRPr="005163EA" w:rsidRDefault="00622394">
            <w:pPr>
              <w:spacing w:after="0" w:line="240" w:lineRule="auto"/>
              <w:rPr>
                <w:rFonts w:cs="Arial"/>
                <w:sz w:val="24"/>
                <w:szCs w:val="24"/>
              </w:rPr>
            </w:pPr>
          </w:p>
        </w:tc>
      </w:tr>
      <w:tr w:rsidR="005967E9" w:rsidRPr="00BB72C2" w14:paraId="55BAF880" w14:textId="77777777" w:rsidTr="005163EA">
        <w:trPr>
          <w:trHeight w:val="851"/>
          <w:jc w:val="center"/>
        </w:trPr>
        <w:tc>
          <w:tcPr>
            <w:tcW w:w="2880" w:type="dxa"/>
            <w:shd w:val="clear" w:color="auto" w:fill="EAF2F8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24182B21" w14:textId="77777777" w:rsidR="005967E9" w:rsidRPr="005163EA" w:rsidRDefault="00000000">
            <w:pPr>
              <w:spacing w:after="0" w:line="240" w:lineRule="auto"/>
              <w:rPr>
                <w:rFonts w:cs="Arial"/>
                <w:sz w:val="24"/>
                <w:szCs w:val="24"/>
              </w:rPr>
            </w:pPr>
            <w:r w:rsidRPr="005163EA">
              <w:rPr>
                <w:rFonts w:cs="Arial"/>
                <w:b/>
                <w:color w:val="17365D"/>
                <w:sz w:val="24"/>
                <w:szCs w:val="24"/>
              </w:rPr>
              <w:t>What will I do differently?</w:t>
            </w:r>
          </w:p>
        </w:tc>
        <w:tc>
          <w:tcPr>
            <w:tcW w:w="7056" w:type="dx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15C30ED1" w14:textId="77777777" w:rsidR="005967E9" w:rsidRDefault="005967E9">
            <w:pPr>
              <w:spacing w:after="0" w:line="240" w:lineRule="auto"/>
              <w:rPr>
                <w:rFonts w:cs="Arial"/>
                <w:sz w:val="24"/>
                <w:szCs w:val="24"/>
              </w:rPr>
            </w:pPr>
          </w:p>
          <w:p w14:paraId="0DAFE072" w14:textId="77777777" w:rsidR="00622394" w:rsidRDefault="00622394">
            <w:pPr>
              <w:spacing w:after="0" w:line="240" w:lineRule="auto"/>
              <w:rPr>
                <w:rFonts w:cs="Arial"/>
                <w:sz w:val="24"/>
                <w:szCs w:val="24"/>
              </w:rPr>
            </w:pPr>
          </w:p>
          <w:p w14:paraId="181C0505" w14:textId="77777777" w:rsidR="00622394" w:rsidRDefault="00622394">
            <w:pPr>
              <w:spacing w:after="0" w:line="240" w:lineRule="auto"/>
              <w:rPr>
                <w:rFonts w:cs="Arial"/>
                <w:sz w:val="24"/>
                <w:szCs w:val="24"/>
              </w:rPr>
            </w:pPr>
          </w:p>
          <w:p w14:paraId="4924E73E" w14:textId="77777777" w:rsidR="00622394" w:rsidRDefault="00622394">
            <w:pPr>
              <w:spacing w:after="0" w:line="240" w:lineRule="auto"/>
              <w:rPr>
                <w:rFonts w:cs="Arial"/>
                <w:sz w:val="24"/>
                <w:szCs w:val="24"/>
              </w:rPr>
            </w:pPr>
          </w:p>
          <w:p w14:paraId="41023475" w14:textId="77777777" w:rsidR="00622394" w:rsidRDefault="00622394">
            <w:pPr>
              <w:spacing w:after="0" w:line="240" w:lineRule="auto"/>
              <w:rPr>
                <w:rFonts w:cs="Arial"/>
                <w:sz w:val="24"/>
                <w:szCs w:val="24"/>
              </w:rPr>
            </w:pPr>
          </w:p>
          <w:p w14:paraId="6EBD306A" w14:textId="77777777" w:rsidR="00622394" w:rsidRDefault="00622394">
            <w:pPr>
              <w:spacing w:after="0" w:line="240" w:lineRule="auto"/>
              <w:rPr>
                <w:rFonts w:cs="Arial"/>
                <w:sz w:val="24"/>
                <w:szCs w:val="24"/>
              </w:rPr>
            </w:pPr>
          </w:p>
          <w:p w14:paraId="2B107A2E" w14:textId="77777777" w:rsidR="00622394" w:rsidRDefault="00622394">
            <w:pPr>
              <w:spacing w:after="0" w:line="240" w:lineRule="auto"/>
              <w:rPr>
                <w:rFonts w:cs="Arial"/>
                <w:sz w:val="24"/>
                <w:szCs w:val="24"/>
              </w:rPr>
            </w:pPr>
          </w:p>
          <w:p w14:paraId="4E3B5865" w14:textId="22526AF0" w:rsidR="00622394" w:rsidRPr="005163EA" w:rsidRDefault="00622394">
            <w:pPr>
              <w:spacing w:after="0" w:line="240" w:lineRule="auto"/>
              <w:rPr>
                <w:rFonts w:cs="Arial"/>
                <w:sz w:val="24"/>
                <w:szCs w:val="24"/>
              </w:rPr>
            </w:pPr>
          </w:p>
        </w:tc>
      </w:tr>
    </w:tbl>
    <w:p w14:paraId="00DC303A" w14:textId="77777777" w:rsidR="005967E9" w:rsidRPr="00BB72C2" w:rsidRDefault="005967E9">
      <w:pPr>
        <w:spacing w:after="0"/>
        <w:rPr>
          <w:rFonts w:cs="Arial"/>
        </w:rPr>
      </w:pPr>
    </w:p>
    <w:tbl>
      <w:tblPr>
        <w:tblStyle w:val="TableGrid"/>
        <w:tblW w:w="9936" w:type="dxa"/>
        <w:jc w:val="center"/>
        <w:tblLayout w:type="fixed"/>
        <w:tblLook w:val="04A0" w:firstRow="1" w:lastRow="0" w:firstColumn="1" w:lastColumn="0" w:noHBand="0" w:noVBand="1"/>
      </w:tblPr>
      <w:tblGrid>
        <w:gridCol w:w="9936"/>
      </w:tblGrid>
      <w:tr w:rsidR="005967E9" w:rsidRPr="00BB72C2" w14:paraId="2CC2DD01" w14:textId="77777777">
        <w:trPr>
          <w:jc w:val="center"/>
        </w:trPr>
        <w:tc>
          <w:tcPr>
            <w:tcW w:w="9936" w:type="dxa"/>
            <w:shd w:val="clear" w:color="auto" w:fill="FFF3CD"/>
            <w:tcMar>
              <w:top w:w="105" w:type="dxa"/>
              <w:left w:w="135" w:type="dxa"/>
              <w:bottom w:w="105" w:type="dxa"/>
              <w:right w:w="135" w:type="dxa"/>
            </w:tcMar>
          </w:tcPr>
          <w:p w14:paraId="1A32DFDD" w14:textId="77777777" w:rsidR="005967E9" w:rsidRPr="00BB72C2" w:rsidRDefault="00000000">
            <w:pPr>
              <w:spacing w:after="0"/>
              <w:rPr>
                <w:rFonts w:cs="Arial"/>
              </w:rPr>
            </w:pPr>
            <w:r w:rsidRPr="00BB72C2">
              <w:rPr>
                <w:rFonts w:cs="Arial"/>
                <w:b/>
                <w:color w:val="17365D"/>
              </w:rPr>
              <w:t xml:space="preserve">EVIDENCE RULE  </w:t>
            </w:r>
            <w:r w:rsidRPr="00BB72C2">
              <w:rPr>
                <w:rFonts w:cs="Arial"/>
              </w:rPr>
              <w:t>Use a small number of credible indicators. Distinguish observed change from opinion, record contrary evidence, and avoid claiming results the project cannot support.</w:t>
            </w:r>
          </w:p>
        </w:tc>
      </w:tr>
    </w:tbl>
    <w:p w14:paraId="4AA54BC9" w14:textId="77777777" w:rsidR="005967E9" w:rsidRPr="00BB72C2" w:rsidRDefault="005967E9">
      <w:pPr>
        <w:spacing w:after="0"/>
        <w:rPr>
          <w:rFonts w:cs="Arial"/>
        </w:rPr>
      </w:pPr>
    </w:p>
    <w:p w14:paraId="42594D1A" w14:textId="77777777" w:rsidR="005967E9" w:rsidRPr="00BB72C2" w:rsidRDefault="00000000">
      <w:pPr>
        <w:rPr>
          <w:rFonts w:cs="Arial"/>
        </w:rPr>
      </w:pPr>
      <w:r w:rsidRPr="00BB72C2">
        <w:rPr>
          <w:rFonts w:cs="Arial"/>
        </w:rPr>
        <w:br w:type="page"/>
      </w:r>
    </w:p>
    <w:p w14:paraId="76EFAFF7" w14:textId="77777777" w:rsidR="005967E9" w:rsidRPr="00BB72C2" w:rsidRDefault="00000000">
      <w:pPr>
        <w:pStyle w:val="Heading1"/>
        <w:rPr>
          <w:rFonts w:ascii="Arial" w:hAnsi="Arial" w:cs="Arial"/>
        </w:rPr>
      </w:pPr>
      <w:r w:rsidRPr="00BB72C2">
        <w:rPr>
          <w:rFonts w:ascii="Arial" w:hAnsi="Arial" w:cs="Arial"/>
        </w:rPr>
        <w:lastRenderedPageBreak/>
        <w:t>E. Final Project Review</w:t>
      </w:r>
    </w:p>
    <w:tbl>
      <w:tblPr>
        <w:tblStyle w:val="TableGrid"/>
        <w:tblW w:w="9936" w:type="dxa"/>
        <w:jc w:val="center"/>
        <w:tblLayout w:type="fixed"/>
        <w:tblLook w:val="04A0" w:firstRow="1" w:lastRow="0" w:firstColumn="1" w:lastColumn="0" w:noHBand="0" w:noVBand="1"/>
      </w:tblPr>
      <w:tblGrid>
        <w:gridCol w:w="3384"/>
        <w:gridCol w:w="6552"/>
      </w:tblGrid>
      <w:tr w:rsidR="005967E9" w:rsidRPr="00BB72C2" w14:paraId="52EBF664" w14:textId="77777777" w:rsidTr="0093392E">
        <w:trPr>
          <w:trHeight w:val="851"/>
          <w:jc w:val="center"/>
        </w:trPr>
        <w:tc>
          <w:tcPr>
            <w:tcW w:w="3384" w:type="dxa"/>
            <w:shd w:val="clear" w:color="auto" w:fill="EAF2F8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643E888B" w14:textId="77777777" w:rsidR="005967E9" w:rsidRPr="00861856" w:rsidRDefault="00000000">
            <w:pPr>
              <w:spacing w:after="0" w:line="240" w:lineRule="auto"/>
              <w:rPr>
                <w:rFonts w:cs="Arial"/>
                <w:sz w:val="24"/>
                <w:szCs w:val="24"/>
              </w:rPr>
            </w:pPr>
            <w:r w:rsidRPr="00861856">
              <w:rPr>
                <w:rFonts w:cs="Arial"/>
                <w:b/>
                <w:color w:val="17365D"/>
                <w:sz w:val="24"/>
                <w:szCs w:val="24"/>
              </w:rPr>
              <w:t>Result achieved</w:t>
            </w:r>
          </w:p>
        </w:tc>
        <w:tc>
          <w:tcPr>
            <w:tcW w:w="6552" w:type="dx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4E093967" w14:textId="4D7B3687" w:rsidR="005967E9" w:rsidRPr="00BB72C2" w:rsidRDefault="005967E9">
            <w:pPr>
              <w:spacing w:after="0" w:line="240" w:lineRule="auto"/>
              <w:rPr>
                <w:rFonts w:cs="Arial"/>
              </w:rPr>
            </w:pPr>
          </w:p>
        </w:tc>
      </w:tr>
      <w:tr w:rsidR="005967E9" w:rsidRPr="00BB72C2" w14:paraId="2185DD9A" w14:textId="77777777" w:rsidTr="0093392E">
        <w:trPr>
          <w:trHeight w:val="851"/>
          <w:jc w:val="center"/>
        </w:trPr>
        <w:tc>
          <w:tcPr>
            <w:tcW w:w="3384" w:type="dxa"/>
            <w:shd w:val="clear" w:color="auto" w:fill="EAF2F8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4158293A" w14:textId="77777777" w:rsidR="005967E9" w:rsidRPr="00861856" w:rsidRDefault="00000000">
            <w:pPr>
              <w:spacing w:after="0" w:line="240" w:lineRule="auto"/>
              <w:rPr>
                <w:rFonts w:cs="Arial"/>
                <w:sz w:val="24"/>
                <w:szCs w:val="24"/>
              </w:rPr>
            </w:pPr>
            <w:r w:rsidRPr="00861856">
              <w:rPr>
                <w:rFonts w:cs="Arial"/>
                <w:b/>
                <w:color w:val="17365D"/>
                <w:sz w:val="24"/>
                <w:szCs w:val="24"/>
              </w:rPr>
              <w:t>Evidence supporting the result</w:t>
            </w:r>
          </w:p>
        </w:tc>
        <w:tc>
          <w:tcPr>
            <w:tcW w:w="6552" w:type="dx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6E327A2C" w14:textId="0AE7A5A0" w:rsidR="005967E9" w:rsidRPr="00BB72C2" w:rsidRDefault="005967E9">
            <w:pPr>
              <w:spacing w:after="0" w:line="240" w:lineRule="auto"/>
              <w:rPr>
                <w:rFonts w:cs="Arial"/>
              </w:rPr>
            </w:pPr>
          </w:p>
        </w:tc>
      </w:tr>
      <w:tr w:rsidR="005967E9" w:rsidRPr="00BB72C2" w14:paraId="2682165E" w14:textId="77777777" w:rsidTr="0093392E">
        <w:trPr>
          <w:trHeight w:val="851"/>
          <w:jc w:val="center"/>
        </w:trPr>
        <w:tc>
          <w:tcPr>
            <w:tcW w:w="3384" w:type="dxa"/>
            <w:shd w:val="clear" w:color="auto" w:fill="EAF2F8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27931AEA" w14:textId="77777777" w:rsidR="005967E9" w:rsidRPr="00861856" w:rsidRDefault="00000000">
            <w:pPr>
              <w:spacing w:after="0" w:line="240" w:lineRule="auto"/>
              <w:rPr>
                <w:rFonts w:cs="Arial"/>
                <w:sz w:val="24"/>
                <w:szCs w:val="24"/>
              </w:rPr>
            </w:pPr>
            <w:r w:rsidRPr="00861856">
              <w:rPr>
                <w:rFonts w:cs="Arial"/>
                <w:b/>
                <w:color w:val="17365D"/>
                <w:sz w:val="24"/>
                <w:szCs w:val="24"/>
              </w:rPr>
              <w:t>What did not work or remains unresolved?</w:t>
            </w:r>
          </w:p>
        </w:tc>
        <w:tc>
          <w:tcPr>
            <w:tcW w:w="6552" w:type="dx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517C3ECD" w14:textId="73C990A9" w:rsidR="005967E9" w:rsidRPr="00BB72C2" w:rsidRDefault="005967E9">
            <w:pPr>
              <w:spacing w:after="0" w:line="240" w:lineRule="auto"/>
              <w:rPr>
                <w:rFonts w:cs="Arial"/>
              </w:rPr>
            </w:pPr>
          </w:p>
        </w:tc>
      </w:tr>
      <w:tr w:rsidR="005967E9" w:rsidRPr="00BB72C2" w14:paraId="2DE60FE4" w14:textId="77777777" w:rsidTr="0093392E">
        <w:trPr>
          <w:trHeight w:val="851"/>
          <w:jc w:val="center"/>
        </w:trPr>
        <w:tc>
          <w:tcPr>
            <w:tcW w:w="3384" w:type="dxa"/>
            <w:shd w:val="clear" w:color="auto" w:fill="EAF2F8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67A0CA18" w14:textId="77777777" w:rsidR="005967E9" w:rsidRPr="00861856" w:rsidRDefault="00000000">
            <w:pPr>
              <w:spacing w:after="0" w:line="240" w:lineRule="auto"/>
              <w:rPr>
                <w:rFonts w:cs="Arial"/>
                <w:sz w:val="24"/>
                <w:szCs w:val="24"/>
              </w:rPr>
            </w:pPr>
            <w:r w:rsidRPr="00861856">
              <w:rPr>
                <w:rFonts w:cs="Arial"/>
                <w:b/>
                <w:color w:val="17365D"/>
                <w:sz w:val="24"/>
                <w:szCs w:val="24"/>
              </w:rPr>
              <w:t>Most important leadership learning</w:t>
            </w:r>
          </w:p>
        </w:tc>
        <w:tc>
          <w:tcPr>
            <w:tcW w:w="6552" w:type="dx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1E75F288" w14:textId="16BFA3AD" w:rsidR="005967E9" w:rsidRPr="00BB72C2" w:rsidRDefault="005967E9">
            <w:pPr>
              <w:spacing w:after="0" w:line="240" w:lineRule="auto"/>
              <w:rPr>
                <w:rFonts w:cs="Arial"/>
              </w:rPr>
            </w:pPr>
          </w:p>
        </w:tc>
      </w:tr>
      <w:tr w:rsidR="005967E9" w:rsidRPr="00BB72C2" w14:paraId="03BCE40C" w14:textId="77777777" w:rsidTr="0093392E">
        <w:trPr>
          <w:trHeight w:val="851"/>
          <w:jc w:val="center"/>
        </w:trPr>
        <w:tc>
          <w:tcPr>
            <w:tcW w:w="3384" w:type="dxa"/>
            <w:shd w:val="clear" w:color="auto" w:fill="EAF2F8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6DFC786A" w14:textId="77777777" w:rsidR="005967E9" w:rsidRPr="00861856" w:rsidRDefault="00000000">
            <w:pPr>
              <w:spacing w:after="0" w:line="240" w:lineRule="auto"/>
              <w:rPr>
                <w:rFonts w:cs="Arial"/>
                <w:sz w:val="24"/>
                <w:szCs w:val="24"/>
              </w:rPr>
            </w:pPr>
            <w:r w:rsidRPr="00861856">
              <w:rPr>
                <w:rFonts w:cs="Arial"/>
                <w:b/>
                <w:color w:val="17365D"/>
                <w:sz w:val="24"/>
                <w:szCs w:val="24"/>
              </w:rPr>
              <w:t>Next action after the 90-day project</w:t>
            </w:r>
          </w:p>
        </w:tc>
        <w:tc>
          <w:tcPr>
            <w:tcW w:w="6552" w:type="dx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09A46B81" w14:textId="50F6D620" w:rsidR="005967E9" w:rsidRPr="00BB72C2" w:rsidRDefault="005967E9">
            <w:pPr>
              <w:spacing w:after="0" w:line="240" w:lineRule="auto"/>
              <w:rPr>
                <w:rFonts w:cs="Arial"/>
              </w:rPr>
            </w:pPr>
          </w:p>
        </w:tc>
      </w:tr>
    </w:tbl>
    <w:p w14:paraId="00854BF9" w14:textId="77777777" w:rsidR="005967E9" w:rsidRPr="00BB72C2" w:rsidRDefault="005967E9">
      <w:pPr>
        <w:spacing w:after="0"/>
        <w:rPr>
          <w:rFonts w:cs="Arial"/>
        </w:rPr>
      </w:pPr>
    </w:p>
    <w:p w14:paraId="14C037FF" w14:textId="77777777" w:rsidR="005967E9" w:rsidRDefault="00000000">
      <w:pPr>
        <w:pStyle w:val="Heading2"/>
        <w:rPr>
          <w:rFonts w:ascii="Arial" w:hAnsi="Arial" w:cs="Arial"/>
          <w:sz w:val="24"/>
          <w:szCs w:val="24"/>
        </w:rPr>
      </w:pPr>
      <w:r w:rsidRPr="0093392E">
        <w:rPr>
          <w:rFonts w:ascii="Arial" w:hAnsi="Arial" w:cs="Arial"/>
          <w:sz w:val="24"/>
          <w:szCs w:val="24"/>
        </w:rPr>
        <w:t>Competency evidence from the project</w:t>
      </w:r>
    </w:p>
    <w:p w14:paraId="274057E5" w14:textId="77777777" w:rsidR="00861856" w:rsidRPr="00861856" w:rsidRDefault="00861856" w:rsidP="00861856"/>
    <w:tbl>
      <w:tblPr>
        <w:tblStyle w:val="TableGrid"/>
        <w:tblW w:w="9936" w:type="dxa"/>
        <w:jc w:val="center"/>
        <w:tblLayout w:type="fixed"/>
        <w:tblLook w:val="04A0" w:firstRow="1" w:lastRow="0" w:firstColumn="1" w:lastColumn="0" w:noHBand="0" w:noVBand="1"/>
      </w:tblPr>
      <w:tblGrid>
        <w:gridCol w:w="3671"/>
        <w:gridCol w:w="5113"/>
        <w:gridCol w:w="1152"/>
      </w:tblGrid>
      <w:tr w:rsidR="005967E9" w:rsidRPr="00BB72C2" w14:paraId="0116C721" w14:textId="77777777">
        <w:trPr>
          <w:tblHeader/>
          <w:jc w:val="center"/>
        </w:trPr>
        <w:tc>
          <w:tcPr>
            <w:tcW w:w="3671" w:type="dxa"/>
            <w:shd w:val="clear" w:color="auto" w:fill="17365D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2D30EF61" w14:textId="77777777" w:rsidR="005967E9" w:rsidRPr="00861856" w:rsidRDefault="00000000">
            <w:pPr>
              <w:spacing w:after="0"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861856">
              <w:rPr>
                <w:rFonts w:cs="Arial"/>
                <w:b/>
                <w:color w:val="FFFFFF"/>
                <w:sz w:val="24"/>
                <w:szCs w:val="24"/>
              </w:rPr>
              <w:t>Competency</w:t>
            </w:r>
          </w:p>
        </w:tc>
        <w:tc>
          <w:tcPr>
            <w:tcW w:w="5112" w:type="dxa"/>
            <w:shd w:val="clear" w:color="auto" w:fill="17365D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495C34FE" w14:textId="77777777" w:rsidR="005967E9" w:rsidRPr="00861856" w:rsidRDefault="00000000">
            <w:pPr>
              <w:spacing w:after="0"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861856">
              <w:rPr>
                <w:rFonts w:cs="Arial"/>
                <w:b/>
                <w:color w:val="FFFFFF"/>
                <w:sz w:val="24"/>
                <w:szCs w:val="24"/>
              </w:rPr>
              <w:t>Evidence demonstrated</w:t>
            </w:r>
          </w:p>
        </w:tc>
        <w:tc>
          <w:tcPr>
            <w:tcW w:w="1152" w:type="dxa"/>
            <w:shd w:val="clear" w:color="auto" w:fill="17365D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7169C0CF" w14:textId="77777777" w:rsidR="005967E9" w:rsidRPr="00861856" w:rsidRDefault="00000000">
            <w:pPr>
              <w:spacing w:after="0"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861856">
              <w:rPr>
                <w:rFonts w:cs="Arial"/>
                <w:b/>
                <w:color w:val="FFFFFF"/>
                <w:sz w:val="24"/>
                <w:szCs w:val="24"/>
              </w:rPr>
              <w:t>Rating</w:t>
            </w:r>
            <w:r w:rsidRPr="00861856">
              <w:rPr>
                <w:rFonts w:cs="Arial"/>
                <w:b/>
                <w:color w:val="FFFFFF"/>
                <w:sz w:val="24"/>
                <w:szCs w:val="24"/>
              </w:rPr>
              <w:br/>
              <w:t>1–5 / N/O</w:t>
            </w:r>
          </w:p>
        </w:tc>
      </w:tr>
      <w:tr w:rsidR="005967E9" w:rsidRPr="00BB72C2" w14:paraId="567BAEE4" w14:textId="77777777">
        <w:trPr>
          <w:jc w:val="center"/>
        </w:trPr>
        <w:tc>
          <w:tcPr>
            <w:tcW w:w="367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1E1EF43" w14:textId="77777777" w:rsidR="005967E9" w:rsidRPr="00834547" w:rsidRDefault="00000000">
            <w:pPr>
              <w:spacing w:after="0" w:line="240" w:lineRule="auto"/>
              <w:rPr>
                <w:rFonts w:cs="Arial"/>
                <w:color w:val="000000" w:themeColor="text1"/>
                <w:sz w:val="24"/>
                <w:szCs w:val="24"/>
              </w:rPr>
            </w:pPr>
            <w:r w:rsidRPr="00834547">
              <w:rPr>
                <w:rFonts w:cs="Arial"/>
                <w:color w:val="000000" w:themeColor="text1"/>
                <w:sz w:val="24"/>
                <w:szCs w:val="24"/>
              </w:rPr>
              <w:t>1. Public Purpose and Integrity</w:t>
            </w:r>
          </w:p>
        </w:tc>
        <w:tc>
          <w:tcPr>
            <w:tcW w:w="511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3A4D8F9" w14:textId="77777777" w:rsidR="005967E9" w:rsidRPr="0093392E" w:rsidRDefault="00000000">
            <w:pPr>
              <w:spacing w:after="0" w:line="240" w:lineRule="auto"/>
              <w:rPr>
                <w:rFonts w:cs="Arial"/>
                <w:sz w:val="22"/>
              </w:rPr>
            </w:pPr>
            <w:r w:rsidRPr="0093392E">
              <w:rPr>
                <w:rFonts w:cs="Arial"/>
                <w:sz w:val="22"/>
              </w:rPr>
              <w:br/>
            </w:r>
          </w:p>
        </w:tc>
        <w:tc>
          <w:tcPr>
            <w:tcW w:w="115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624A285" w14:textId="77777777" w:rsidR="005967E9" w:rsidRPr="0093392E" w:rsidRDefault="005967E9">
            <w:pPr>
              <w:spacing w:after="0" w:line="240" w:lineRule="auto"/>
              <w:rPr>
                <w:rFonts w:cs="Arial"/>
                <w:sz w:val="22"/>
              </w:rPr>
            </w:pPr>
          </w:p>
        </w:tc>
      </w:tr>
      <w:tr w:rsidR="005967E9" w:rsidRPr="00BB72C2" w14:paraId="7950CE15" w14:textId="77777777">
        <w:trPr>
          <w:jc w:val="center"/>
        </w:trPr>
        <w:tc>
          <w:tcPr>
            <w:tcW w:w="3671" w:type="dxa"/>
            <w:shd w:val="clear" w:color="auto" w:fill="F5F7F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1F15437" w14:textId="77777777" w:rsidR="005967E9" w:rsidRPr="00834547" w:rsidRDefault="00000000">
            <w:pPr>
              <w:spacing w:after="0" w:line="240" w:lineRule="auto"/>
              <w:rPr>
                <w:rFonts w:cs="Arial"/>
                <w:color w:val="000000" w:themeColor="text1"/>
                <w:sz w:val="24"/>
                <w:szCs w:val="24"/>
              </w:rPr>
            </w:pPr>
            <w:r w:rsidRPr="00834547">
              <w:rPr>
                <w:rFonts w:cs="Arial"/>
                <w:color w:val="000000" w:themeColor="text1"/>
                <w:sz w:val="24"/>
                <w:szCs w:val="24"/>
              </w:rPr>
              <w:t>2. Strategic Thinking and Judgement</w:t>
            </w:r>
          </w:p>
        </w:tc>
        <w:tc>
          <w:tcPr>
            <w:tcW w:w="5112" w:type="dxa"/>
            <w:shd w:val="clear" w:color="auto" w:fill="F5F7F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238B7B2" w14:textId="77777777" w:rsidR="005967E9" w:rsidRPr="0093392E" w:rsidRDefault="00000000">
            <w:pPr>
              <w:spacing w:after="0" w:line="240" w:lineRule="auto"/>
              <w:rPr>
                <w:rFonts w:cs="Arial"/>
                <w:sz w:val="22"/>
              </w:rPr>
            </w:pPr>
            <w:r w:rsidRPr="0093392E">
              <w:rPr>
                <w:rFonts w:cs="Arial"/>
                <w:sz w:val="22"/>
              </w:rPr>
              <w:br/>
            </w:r>
          </w:p>
        </w:tc>
        <w:tc>
          <w:tcPr>
            <w:tcW w:w="1152" w:type="dxa"/>
            <w:shd w:val="clear" w:color="auto" w:fill="F5F7F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4EBE8DA" w14:textId="77777777" w:rsidR="005967E9" w:rsidRPr="0093392E" w:rsidRDefault="005967E9">
            <w:pPr>
              <w:spacing w:after="0" w:line="240" w:lineRule="auto"/>
              <w:rPr>
                <w:rFonts w:cs="Arial"/>
                <w:sz w:val="22"/>
              </w:rPr>
            </w:pPr>
          </w:p>
        </w:tc>
      </w:tr>
      <w:tr w:rsidR="005967E9" w:rsidRPr="00BB72C2" w14:paraId="6B00B180" w14:textId="77777777">
        <w:trPr>
          <w:jc w:val="center"/>
        </w:trPr>
        <w:tc>
          <w:tcPr>
            <w:tcW w:w="367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BFEF923" w14:textId="77777777" w:rsidR="005967E9" w:rsidRPr="00834547" w:rsidRDefault="00000000">
            <w:pPr>
              <w:spacing w:after="0" w:line="240" w:lineRule="auto"/>
              <w:rPr>
                <w:rFonts w:cs="Arial"/>
                <w:color w:val="000000" w:themeColor="text1"/>
                <w:sz w:val="24"/>
                <w:szCs w:val="24"/>
              </w:rPr>
            </w:pPr>
            <w:r w:rsidRPr="00834547">
              <w:rPr>
                <w:rFonts w:cs="Arial"/>
                <w:color w:val="000000" w:themeColor="text1"/>
                <w:sz w:val="24"/>
                <w:szCs w:val="24"/>
              </w:rPr>
              <w:t>3. Leading and Developing People</w:t>
            </w:r>
          </w:p>
        </w:tc>
        <w:tc>
          <w:tcPr>
            <w:tcW w:w="511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FA870C7" w14:textId="77777777" w:rsidR="005967E9" w:rsidRPr="0093392E" w:rsidRDefault="00000000">
            <w:pPr>
              <w:spacing w:after="0" w:line="240" w:lineRule="auto"/>
              <w:rPr>
                <w:rFonts w:cs="Arial"/>
                <w:sz w:val="22"/>
              </w:rPr>
            </w:pPr>
            <w:r w:rsidRPr="0093392E">
              <w:rPr>
                <w:rFonts w:cs="Arial"/>
                <w:sz w:val="22"/>
              </w:rPr>
              <w:br/>
            </w:r>
          </w:p>
        </w:tc>
        <w:tc>
          <w:tcPr>
            <w:tcW w:w="115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BFB83EC" w14:textId="77777777" w:rsidR="005967E9" w:rsidRPr="0093392E" w:rsidRDefault="005967E9">
            <w:pPr>
              <w:spacing w:after="0" w:line="240" w:lineRule="auto"/>
              <w:rPr>
                <w:rFonts w:cs="Arial"/>
                <w:sz w:val="22"/>
              </w:rPr>
            </w:pPr>
          </w:p>
        </w:tc>
      </w:tr>
      <w:tr w:rsidR="005967E9" w:rsidRPr="00BB72C2" w14:paraId="03C08253" w14:textId="77777777">
        <w:trPr>
          <w:jc w:val="center"/>
        </w:trPr>
        <w:tc>
          <w:tcPr>
            <w:tcW w:w="3671" w:type="dxa"/>
            <w:shd w:val="clear" w:color="auto" w:fill="F5F7F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4A66141" w14:textId="77777777" w:rsidR="005967E9" w:rsidRPr="00834547" w:rsidRDefault="00000000">
            <w:pPr>
              <w:spacing w:after="0" w:line="240" w:lineRule="auto"/>
              <w:rPr>
                <w:rFonts w:cs="Arial"/>
                <w:color w:val="000000" w:themeColor="text1"/>
                <w:sz w:val="24"/>
                <w:szCs w:val="24"/>
              </w:rPr>
            </w:pPr>
            <w:r w:rsidRPr="00834547">
              <w:rPr>
                <w:rFonts w:cs="Arial"/>
                <w:color w:val="000000" w:themeColor="text1"/>
                <w:sz w:val="24"/>
                <w:szCs w:val="24"/>
              </w:rPr>
              <w:t>4. Communication and Collaboration</w:t>
            </w:r>
          </w:p>
        </w:tc>
        <w:tc>
          <w:tcPr>
            <w:tcW w:w="5112" w:type="dxa"/>
            <w:shd w:val="clear" w:color="auto" w:fill="F5F7F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DEDC7DD" w14:textId="77777777" w:rsidR="005967E9" w:rsidRPr="0093392E" w:rsidRDefault="00000000">
            <w:pPr>
              <w:spacing w:after="0" w:line="240" w:lineRule="auto"/>
              <w:rPr>
                <w:rFonts w:cs="Arial"/>
                <w:sz w:val="22"/>
              </w:rPr>
            </w:pPr>
            <w:r w:rsidRPr="0093392E">
              <w:rPr>
                <w:rFonts w:cs="Arial"/>
                <w:sz w:val="22"/>
              </w:rPr>
              <w:br/>
            </w:r>
          </w:p>
        </w:tc>
        <w:tc>
          <w:tcPr>
            <w:tcW w:w="1152" w:type="dxa"/>
            <w:shd w:val="clear" w:color="auto" w:fill="F5F7F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6194D8A" w14:textId="77777777" w:rsidR="005967E9" w:rsidRPr="0093392E" w:rsidRDefault="005967E9">
            <w:pPr>
              <w:spacing w:after="0" w:line="240" w:lineRule="auto"/>
              <w:rPr>
                <w:rFonts w:cs="Arial"/>
                <w:sz w:val="22"/>
              </w:rPr>
            </w:pPr>
          </w:p>
        </w:tc>
      </w:tr>
      <w:tr w:rsidR="005967E9" w:rsidRPr="00BB72C2" w14:paraId="0F50EDA1" w14:textId="77777777">
        <w:trPr>
          <w:jc w:val="center"/>
        </w:trPr>
        <w:tc>
          <w:tcPr>
            <w:tcW w:w="367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B545FCE" w14:textId="77777777" w:rsidR="005967E9" w:rsidRPr="00834547" w:rsidRDefault="00000000">
            <w:pPr>
              <w:spacing w:after="0" w:line="240" w:lineRule="auto"/>
              <w:rPr>
                <w:rFonts w:cs="Arial"/>
                <w:color w:val="000000" w:themeColor="text1"/>
                <w:sz w:val="24"/>
                <w:szCs w:val="24"/>
              </w:rPr>
            </w:pPr>
            <w:r w:rsidRPr="00834547">
              <w:rPr>
                <w:rFonts w:cs="Arial"/>
                <w:color w:val="000000" w:themeColor="text1"/>
                <w:sz w:val="24"/>
                <w:szCs w:val="24"/>
              </w:rPr>
              <w:t>5. Accountability and Delivery</w:t>
            </w:r>
          </w:p>
        </w:tc>
        <w:tc>
          <w:tcPr>
            <w:tcW w:w="511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EEC1769" w14:textId="77777777" w:rsidR="005967E9" w:rsidRPr="0093392E" w:rsidRDefault="00000000">
            <w:pPr>
              <w:spacing w:after="0" w:line="240" w:lineRule="auto"/>
              <w:rPr>
                <w:rFonts w:cs="Arial"/>
                <w:sz w:val="22"/>
              </w:rPr>
            </w:pPr>
            <w:r w:rsidRPr="0093392E">
              <w:rPr>
                <w:rFonts w:cs="Arial"/>
                <w:sz w:val="22"/>
              </w:rPr>
              <w:br/>
            </w:r>
          </w:p>
        </w:tc>
        <w:tc>
          <w:tcPr>
            <w:tcW w:w="115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24AEC1E" w14:textId="77777777" w:rsidR="005967E9" w:rsidRPr="0093392E" w:rsidRDefault="005967E9">
            <w:pPr>
              <w:spacing w:after="0" w:line="240" w:lineRule="auto"/>
              <w:rPr>
                <w:rFonts w:cs="Arial"/>
                <w:sz w:val="22"/>
              </w:rPr>
            </w:pPr>
          </w:p>
        </w:tc>
      </w:tr>
      <w:tr w:rsidR="005967E9" w:rsidRPr="00BB72C2" w14:paraId="29781DD1" w14:textId="77777777">
        <w:trPr>
          <w:jc w:val="center"/>
        </w:trPr>
        <w:tc>
          <w:tcPr>
            <w:tcW w:w="3671" w:type="dxa"/>
            <w:shd w:val="clear" w:color="auto" w:fill="F5F7F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EB8EBD8" w14:textId="77777777" w:rsidR="005967E9" w:rsidRPr="00834547" w:rsidRDefault="00000000">
            <w:pPr>
              <w:spacing w:after="0" w:line="240" w:lineRule="auto"/>
              <w:rPr>
                <w:rFonts w:cs="Arial"/>
                <w:color w:val="000000" w:themeColor="text1"/>
                <w:sz w:val="24"/>
                <w:szCs w:val="24"/>
              </w:rPr>
            </w:pPr>
            <w:r w:rsidRPr="00834547">
              <w:rPr>
                <w:rFonts w:cs="Arial"/>
                <w:color w:val="000000" w:themeColor="text1"/>
                <w:sz w:val="24"/>
                <w:szCs w:val="24"/>
              </w:rPr>
              <w:t>6. Adaptation and Learning</w:t>
            </w:r>
          </w:p>
        </w:tc>
        <w:tc>
          <w:tcPr>
            <w:tcW w:w="5112" w:type="dxa"/>
            <w:shd w:val="clear" w:color="auto" w:fill="F5F7F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73C8A59" w14:textId="77777777" w:rsidR="005967E9" w:rsidRPr="0093392E" w:rsidRDefault="00000000">
            <w:pPr>
              <w:spacing w:after="0" w:line="240" w:lineRule="auto"/>
              <w:rPr>
                <w:rFonts w:cs="Arial"/>
                <w:sz w:val="22"/>
              </w:rPr>
            </w:pPr>
            <w:r w:rsidRPr="0093392E">
              <w:rPr>
                <w:rFonts w:cs="Arial"/>
                <w:sz w:val="22"/>
              </w:rPr>
              <w:br/>
            </w:r>
          </w:p>
        </w:tc>
        <w:tc>
          <w:tcPr>
            <w:tcW w:w="1152" w:type="dxa"/>
            <w:shd w:val="clear" w:color="auto" w:fill="F5F7F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89439BF" w14:textId="77777777" w:rsidR="005967E9" w:rsidRPr="0093392E" w:rsidRDefault="005967E9">
            <w:pPr>
              <w:spacing w:after="0" w:line="240" w:lineRule="auto"/>
              <w:rPr>
                <w:rFonts w:cs="Arial"/>
                <w:sz w:val="22"/>
              </w:rPr>
            </w:pPr>
          </w:p>
        </w:tc>
      </w:tr>
    </w:tbl>
    <w:p w14:paraId="001CB512" w14:textId="77777777" w:rsidR="005967E9" w:rsidRPr="00BB72C2" w:rsidRDefault="005967E9">
      <w:pPr>
        <w:spacing w:after="0"/>
        <w:rPr>
          <w:rFonts w:cs="Arial"/>
        </w:rPr>
      </w:pPr>
    </w:p>
    <w:p w14:paraId="435A1400" w14:textId="77777777" w:rsidR="00182027" w:rsidRDefault="00182027">
      <w:pPr>
        <w:spacing w:after="200" w:line="276" w:lineRule="auto"/>
        <w:rPr>
          <w:rFonts w:eastAsiaTheme="majorEastAsia" w:cs="Arial"/>
          <w:b/>
          <w:bCs/>
          <w:color w:val="2E75B6"/>
          <w:sz w:val="23"/>
          <w:szCs w:val="26"/>
        </w:rPr>
      </w:pPr>
      <w:r>
        <w:rPr>
          <w:rFonts w:cs="Arial"/>
        </w:rPr>
        <w:br w:type="page"/>
      </w:r>
    </w:p>
    <w:p w14:paraId="685B145B" w14:textId="23710F06" w:rsidR="005967E9" w:rsidRPr="00182027" w:rsidRDefault="00000000">
      <w:pPr>
        <w:pStyle w:val="Heading2"/>
        <w:rPr>
          <w:rFonts w:ascii="Arial" w:hAnsi="Arial" w:cs="Arial"/>
          <w:sz w:val="28"/>
          <w:szCs w:val="28"/>
        </w:rPr>
      </w:pPr>
      <w:r w:rsidRPr="00182027">
        <w:rPr>
          <w:rFonts w:ascii="Arial" w:hAnsi="Arial" w:cs="Arial"/>
          <w:sz w:val="28"/>
          <w:szCs w:val="28"/>
        </w:rPr>
        <w:lastRenderedPageBreak/>
        <w:t>Overall assessment</w:t>
      </w:r>
    </w:p>
    <w:p w14:paraId="232D0E11" w14:textId="77777777" w:rsidR="00182027" w:rsidRPr="00182027" w:rsidRDefault="00182027" w:rsidP="00182027"/>
    <w:tbl>
      <w:tblPr>
        <w:tblStyle w:val="TableGrid"/>
        <w:tblW w:w="9936" w:type="dxa"/>
        <w:jc w:val="center"/>
        <w:tblLayout w:type="fixed"/>
        <w:tblLook w:val="04A0" w:firstRow="1" w:lastRow="0" w:firstColumn="1" w:lastColumn="0" w:noHBand="0" w:noVBand="1"/>
      </w:tblPr>
      <w:tblGrid>
        <w:gridCol w:w="3168"/>
        <w:gridCol w:w="6768"/>
      </w:tblGrid>
      <w:tr w:rsidR="005967E9" w:rsidRPr="00182027" w14:paraId="3BAA035C" w14:textId="77777777" w:rsidTr="00182027">
        <w:trPr>
          <w:trHeight w:val="1134"/>
          <w:jc w:val="center"/>
        </w:trPr>
        <w:tc>
          <w:tcPr>
            <w:tcW w:w="3168" w:type="dxa"/>
            <w:shd w:val="clear" w:color="auto" w:fill="EAF2F8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0928D655" w14:textId="77777777" w:rsidR="005967E9" w:rsidRPr="00182027" w:rsidRDefault="00000000">
            <w:pPr>
              <w:spacing w:after="0" w:line="240" w:lineRule="auto"/>
              <w:rPr>
                <w:rFonts w:cs="Arial"/>
                <w:sz w:val="24"/>
                <w:szCs w:val="24"/>
              </w:rPr>
            </w:pPr>
            <w:r w:rsidRPr="00182027">
              <w:rPr>
                <w:rFonts w:cs="Arial"/>
                <w:b/>
                <w:color w:val="17365D"/>
                <w:sz w:val="24"/>
                <w:szCs w:val="24"/>
              </w:rPr>
              <w:t>Assessment outcome</w:t>
            </w:r>
          </w:p>
        </w:tc>
        <w:tc>
          <w:tcPr>
            <w:tcW w:w="6768" w:type="dx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7EB3329F" w14:textId="77777777" w:rsidR="005967E9" w:rsidRPr="00182027" w:rsidRDefault="00000000">
            <w:pPr>
              <w:spacing w:after="0" w:line="240" w:lineRule="auto"/>
              <w:rPr>
                <w:rFonts w:cs="Arial"/>
                <w:sz w:val="24"/>
                <w:szCs w:val="24"/>
              </w:rPr>
            </w:pPr>
            <w:r w:rsidRPr="00182027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182027">
              <w:rPr>
                <w:rFonts w:cs="Arial"/>
                <w:sz w:val="24"/>
                <w:szCs w:val="24"/>
              </w:rPr>
              <w:t xml:space="preserve"> Demonstrated   </w:t>
            </w:r>
            <w:r w:rsidRPr="00182027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182027">
              <w:rPr>
                <w:rFonts w:cs="Arial"/>
                <w:sz w:val="24"/>
                <w:szCs w:val="24"/>
              </w:rPr>
              <w:t xml:space="preserve"> Partially demonstrated   </w:t>
            </w:r>
            <w:r w:rsidRPr="00182027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182027">
              <w:rPr>
                <w:rFonts w:cs="Arial"/>
                <w:sz w:val="24"/>
                <w:szCs w:val="24"/>
              </w:rPr>
              <w:t xml:space="preserve"> Further evidence required</w:t>
            </w:r>
          </w:p>
        </w:tc>
      </w:tr>
      <w:tr w:rsidR="005967E9" w:rsidRPr="00182027" w14:paraId="113A21EB" w14:textId="77777777" w:rsidTr="00C5793C">
        <w:trPr>
          <w:trHeight w:val="1701"/>
          <w:jc w:val="center"/>
        </w:trPr>
        <w:tc>
          <w:tcPr>
            <w:tcW w:w="3168" w:type="dxa"/>
            <w:shd w:val="clear" w:color="auto" w:fill="EAF2F8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044FB52B" w14:textId="77777777" w:rsidR="005967E9" w:rsidRPr="00182027" w:rsidRDefault="00000000">
            <w:pPr>
              <w:spacing w:after="0" w:line="240" w:lineRule="auto"/>
              <w:rPr>
                <w:rFonts w:cs="Arial"/>
                <w:sz w:val="24"/>
                <w:szCs w:val="24"/>
              </w:rPr>
            </w:pPr>
            <w:r w:rsidRPr="00182027">
              <w:rPr>
                <w:rFonts w:cs="Arial"/>
                <w:b/>
                <w:color w:val="17365D"/>
                <w:sz w:val="24"/>
                <w:szCs w:val="24"/>
              </w:rPr>
              <w:t>Assessor comments</w:t>
            </w:r>
          </w:p>
        </w:tc>
        <w:tc>
          <w:tcPr>
            <w:tcW w:w="6768" w:type="dx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00E5F6CF" w14:textId="12816ED5" w:rsidR="005967E9" w:rsidRPr="00182027" w:rsidRDefault="005967E9">
            <w:pPr>
              <w:spacing w:after="0" w:line="240" w:lineRule="auto"/>
              <w:rPr>
                <w:rFonts w:cs="Arial"/>
                <w:sz w:val="24"/>
                <w:szCs w:val="24"/>
              </w:rPr>
            </w:pPr>
          </w:p>
        </w:tc>
      </w:tr>
      <w:tr w:rsidR="005967E9" w:rsidRPr="00182027" w14:paraId="4B0E0FA8" w14:textId="77777777" w:rsidTr="00C5793C">
        <w:trPr>
          <w:trHeight w:val="1701"/>
          <w:jc w:val="center"/>
        </w:trPr>
        <w:tc>
          <w:tcPr>
            <w:tcW w:w="3168" w:type="dxa"/>
            <w:shd w:val="clear" w:color="auto" w:fill="EAF2F8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7E33E91E" w14:textId="77777777" w:rsidR="005967E9" w:rsidRPr="00182027" w:rsidRDefault="00000000">
            <w:pPr>
              <w:spacing w:after="0" w:line="240" w:lineRule="auto"/>
              <w:rPr>
                <w:rFonts w:cs="Arial"/>
                <w:sz w:val="24"/>
                <w:szCs w:val="24"/>
              </w:rPr>
            </w:pPr>
            <w:r w:rsidRPr="00182027">
              <w:rPr>
                <w:rFonts w:cs="Arial"/>
                <w:b/>
                <w:color w:val="17365D"/>
                <w:sz w:val="24"/>
                <w:szCs w:val="24"/>
              </w:rPr>
              <w:t>Participant’s next development priority</w:t>
            </w:r>
          </w:p>
        </w:tc>
        <w:tc>
          <w:tcPr>
            <w:tcW w:w="6768" w:type="dx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28832ACF" w14:textId="0A858DE4" w:rsidR="005967E9" w:rsidRPr="00182027" w:rsidRDefault="005967E9">
            <w:pPr>
              <w:spacing w:after="0" w:line="240" w:lineRule="auto"/>
              <w:rPr>
                <w:rFonts w:cs="Arial"/>
                <w:sz w:val="24"/>
                <w:szCs w:val="24"/>
              </w:rPr>
            </w:pPr>
          </w:p>
        </w:tc>
      </w:tr>
    </w:tbl>
    <w:p w14:paraId="757B6C4E" w14:textId="77777777" w:rsidR="005967E9" w:rsidRPr="00182027" w:rsidRDefault="005967E9">
      <w:pPr>
        <w:spacing w:after="0"/>
        <w:rPr>
          <w:rFonts w:cs="Arial"/>
          <w:sz w:val="24"/>
          <w:szCs w:val="24"/>
        </w:rPr>
      </w:pPr>
    </w:p>
    <w:tbl>
      <w:tblPr>
        <w:tblStyle w:val="TableGrid"/>
        <w:tblW w:w="9936" w:type="dxa"/>
        <w:jc w:val="center"/>
        <w:tblLayout w:type="fixed"/>
        <w:tblLook w:val="04A0" w:firstRow="1" w:lastRow="0" w:firstColumn="1" w:lastColumn="0" w:noHBand="0" w:noVBand="1"/>
      </w:tblPr>
      <w:tblGrid>
        <w:gridCol w:w="9936"/>
      </w:tblGrid>
      <w:tr w:rsidR="005967E9" w:rsidRPr="00182027" w14:paraId="0D5901D5" w14:textId="77777777">
        <w:trPr>
          <w:jc w:val="center"/>
        </w:trPr>
        <w:tc>
          <w:tcPr>
            <w:tcW w:w="9936" w:type="dxa"/>
            <w:shd w:val="clear" w:color="auto" w:fill="EAF2F8"/>
            <w:tcMar>
              <w:top w:w="105" w:type="dxa"/>
              <w:left w:w="135" w:type="dxa"/>
              <w:bottom w:w="105" w:type="dxa"/>
              <w:right w:w="135" w:type="dxa"/>
            </w:tcMar>
          </w:tcPr>
          <w:p w14:paraId="1AF6E918" w14:textId="77777777" w:rsidR="005967E9" w:rsidRPr="00182027" w:rsidRDefault="00000000">
            <w:pPr>
              <w:spacing w:after="0"/>
              <w:rPr>
                <w:rFonts w:cs="Arial"/>
                <w:sz w:val="24"/>
                <w:szCs w:val="24"/>
              </w:rPr>
            </w:pPr>
            <w:r w:rsidRPr="00182027">
              <w:rPr>
                <w:rFonts w:cs="Arial"/>
                <w:b/>
                <w:color w:val="17365D"/>
                <w:sz w:val="24"/>
                <w:szCs w:val="24"/>
              </w:rPr>
              <w:t xml:space="preserve">COMPLETION CHECK  </w:t>
            </w:r>
            <w:r w:rsidRPr="00182027">
              <w:rPr>
                <w:rFonts w:cs="Arial"/>
                <w:sz w:val="24"/>
                <w:szCs w:val="24"/>
              </w:rPr>
              <w:t>The project addressed a real challenge; stakeholders were engaged appropriately; decisions and resources were handled responsibly; evidence was collected; and the participant identified what to sustain or improve.</w:t>
            </w:r>
          </w:p>
        </w:tc>
      </w:tr>
    </w:tbl>
    <w:p w14:paraId="2AA80021" w14:textId="77777777" w:rsidR="005967E9" w:rsidRPr="00182027" w:rsidRDefault="005967E9">
      <w:pPr>
        <w:spacing w:after="0"/>
        <w:rPr>
          <w:rFonts w:cs="Arial"/>
          <w:sz w:val="24"/>
          <w:szCs w:val="24"/>
        </w:rPr>
      </w:pPr>
    </w:p>
    <w:p w14:paraId="4A1FA8A2" w14:textId="77777777" w:rsidR="00C5793C" w:rsidRDefault="00C5793C">
      <w:pPr>
        <w:spacing w:before="120" w:after="0"/>
        <w:rPr>
          <w:rFonts w:cs="Arial"/>
          <w:sz w:val="24"/>
          <w:szCs w:val="24"/>
        </w:rPr>
      </w:pPr>
    </w:p>
    <w:p w14:paraId="7E6CA3FD" w14:textId="349B6FE0" w:rsidR="00182027" w:rsidRDefault="00000000">
      <w:pPr>
        <w:spacing w:before="120" w:after="0"/>
        <w:rPr>
          <w:rFonts w:cs="Arial"/>
          <w:sz w:val="24"/>
          <w:szCs w:val="24"/>
        </w:rPr>
      </w:pPr>
      <w:r w:rsidRPr="00182027">
        <w:rPr>
          <w:rFonts w:cs="Arial"/>
          <w:sz w:val="24"/>
          <w:szCs w:val="24"/>
        </w:rPr>
        <w:t>Participant signature: _________________________    Date: ____________</w:t>
      </w:r>
      <w:r w:rsidRPr="00182027">
        <w:rPr>
          <w:rFonts w:cs="Arial"/>
          <w:sz w:val="24"/>
          <w:szCs w:val="24"/>
        </w:rPr>
        <w:br/>
      </w:r>
    </w:p>
    <w:p w14:paraId="6701608B" w14:textId="77777777" w:rsidR="00C5793C" w:rsidRDefault="00C5793C">
      <w:pPr>
        <w:spacing w:before="120" w:after="0"/>
        <w:rPr>
          <w:rFonts w:cs="Arial"/>
          <w:sz w:val="24"/>
          <w:szCs w:val="24"/>
        </w:rPr>
      </w:pPr>
    </w:p>
    <w:p w14:paraId="0A19AADD" w14:textId="3B953AE6" w:rsidR="005967E9" w:rsidRPr="00182027" w:rsidRDefault="00000000">
      <w:pPr>
        <w:spacing w:before="120" w:after="0"/>
        <w:rPr>
          <w:rFonts w:cs="Arial"/>
          <w:sz w:val="24"/>
          <w:szCs w:val="24"/>
        </w:rPr>
      </w:pPr>
      <w:r w:rsidRPr="00182027">
        <w:rPr>
          <w:rFonts w:cs="Arial"/>
          <w:sz w:val="24"/>
          <w:szCs w:val="24"/>
        </w:rPr>
        <w:t>Assessor / facilitator: _________________________    Date: ____________</w:t>
      </w:r>
    </w:p>
    <w:sectPr w:rsidR="005967E9" w:rsidRPr="00182027" w:rsidSect="00034616">
      <w:headerReference w:type="default" r:id="rId8"/>
      <w:footerReference w:type="default" r:id="rId9"/>
      <w:pgSz w:w="12240" w:h="15840"/>
      <w:pgMar w:top="936" w:right="1037" w:bottom="936" w:left="1037" w:header="403" w:footer="40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DF67CA" w14:textId="77777777" w:rsidR="00BF5B78" w:rsidRDefault="00BF5B78">
      <w:pPr>
        <w:spacing w:after="0" w:line="240" w:lineRule="auto"/>
      </w:pPr>
      <w:r>
        <w:separator/>
      </w:r>
    </w:p>
  </w:endnote>
  <w:endnote w:type="continuationSeparator" w:id="0">
    <w:p w14:paraId="74F5ED23" w14:textId="77777777" w:rsidR="00BF5B78" w:rsidRDefault="00BF5B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64F9A5" w14:textId="77777777" w:rsidR="005967E9" w:rsidRDefault="00000000">
    <w:pPr>
      <w:pStyle w:val="Footer"/>
      <w:jc w:val="center"/>
    </w:pPr>
    <w:r>
      <w:rPr>
        <w:color w:val="66717C"/>
        <w:sz w:val="16"/>
      </w:rPr>
      <w:t>LDR-04  |  Public Sector Leadership Development and Action Plan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ACA6D1" w14:textId="77777777" w:rsidR="00BF5B78" w:rsidRDefault="00BF5B78">
      <w:pPr>
        <w:spacing w:after="0" w:line="240" w:lineRule="auto"/>
      </w:pPr>
      <w:r>
        <w:separator/>
      </w:r>
    </w:p>
  </w:footnote>
  <w:footnote w:type="continuationSeparator" w:id="0">
    <w:p w14:paraId="7BFE5FFB" w14:textId="77777777" w:rsidR="00BF5B78" w:rsidRDefault="00BF5B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B768FE" w14:textId="77777777" w:rsidR="005967E9" w:rsidRDefault="00000000">
    <w:pPr>
      <w:pStyle w:val="Header"/>
      <w:jc w:val="right"/>
    </w:pPr>
    <w:r>
      <w:rPr>
        <w:b/>
        <w:color w:val="66717C"/>
        <w:sz w:val="16"/>
      </w:rPr>
      <w:t>ISMT  |  LEADERSHIP DEVELOPMENT TOOLS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30531130">
    <w:abstractNumId w:val="8"/>
  </w:num>
  <w:num w:numId="2" w16cid:durableId="255332193">
    <w:abstractNumId w:val="6"/>
  </w:num>
  <w:num w:numId="3" w16cid:durableId="1942570673">
    <w:abstractNumId w:val="5"/>
  </w:num>
  <w:num w:numId="4" w16cid:durableId="195698076">
    <w:abstractNumId w:val="4"/>
  </w:num>
  <w:num w:numId="5" w16cid:durableId="870264627">
    <w:abstractNumId w:val="7"/>
  </w:num>
  <w:num w:numId="6" w16cid:durableId="15541048">
    <w:abstractNumId w:val="3"/>
  </w:num>
  <w:num w:numId="7" w16cid:durableId="371879289">
    <w:abstractNumId w:val="2"/>
  </w:num>
  <w:num w:numId="8" w16cid:durableId="1752314481">
    <w:abstractNumId w:val="1"/>
  </w:num>
  <w:num w:numId="9" w16cid:durableId="4936912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75909"/>
    <w:rsid w:val="00182027"/>
    <w:rsid w:val="0029639D"/>
    <w:rsid w:val="00326F90"/>
    <w:rsid w:val="003D0934"/>
    <w:rsid w:val="004E45DC"/>
    <w:rsid w:val="005163EA"/>
    <w:rsid w:val="005967E9"/>
    <w:rsid w:val="00622394"/>
    <w:rsid w:val="00826C1E"/>
    <w:rsid w:val="00834547"/>
    <w:rsid w:val="00861856"/>
    <w:rsid w:val="0093392E"/>
    <w:rsid w:val="00AA1D8D"/>
    <w:rsid w:val="00AB3890"/>
    <w:rsid w:val="00B47730"/>
    <w:rsid w:val="00BA6282"/>
    <w:rsid w:val="00BB72C2"/>
    <w:rsid w:val="00BF5B78"/>
    <w:rsid w:val="00C5793C"/>
    <w:rsid w:val="00CB0664"/>
    <w:rsid w:val="00D865C2"/>
    <w:rsid w:val="00E538B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2A6A31A"/>
  <w14:defaultImageDpi w14:val="300"/>
  <w15:docId w15:val="{CB5963B6-3889-4674-9388-A8BEE24E8A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Arial" w:hAnsi="Arial"/>
      <w:color w:val="25313C"/>
      <w:sz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/>
      <w:b/>
      <w:bCs/>
      <w:color w:val="17365D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60"/>
      <w:outlineLvl w:val="1"/>
    </w:pPr>
    <w:rPr>
      <w:rFonts w:asciiTheme="majorHAnsi" w:eastAsiaTheme="majorEastAsia" w:hAnsiTheme="majorHAnsi" w:cstheme="majorBidi"/>
      <w:b/>
      <w:bCs/>
      <w:color w:val="2E75B6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/>
      <w:b/>
      <w:bCs/>
      <w:color w:val="17365D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8</Pages>
  <Words>787</Words>
  <Characters>4488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5265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LDR-04 Public Sector Leadership Development and Action Plan</dc:title>
  <dc:subject>90-day workplace leadership project and competency assessment tool</dc:subject>
  <dc:creator>Integrated Sport Management Toolkit</dc:creator>
  <cp:keywords>public sector leadership, development plan, action plan, workplace project, assessment, ISMT, LDR-04</cp:keywords>
  <dc:description>generated by python-docx</dc:description>
  <cp:lastModifiedBy>Brian Minikin</cp:lastModifiedBy>
  <cp:revision>14</cp:revision>
  <dcterms:created xsi:type="dcterms:W3CDTF">2026-08-14T05:12:00Z</dcterms:created>
  <dcterms:modified xsi:type="dcterms:W3CDTF">2026-09-03T00:35:00Z</dcterms:modified>
  <cp:category/>
</cp:coreProperties>
</file>